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99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136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Администрация муниципального образования Тоцкого района</w:t>
      </w:r>
    </w:p>
    <w:p>
      <w:pPr>
        <w:autoSpaceDN w:val="0"/>
        <w:autoSpaceDE w:val="0"/>
        <w:widowControl/>
        <w:spacing w:line="230" w:lineRule="auto" w:before="670" w:after="1436"/>
        <w:ind w:left="0" w:right="368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p>
      <w:pPr>
        <w:sectPr>
          <w:pgSz w:w="11900" w:h="16840"/>
          <w:pgMar w:top="298" w:right="870" w:bottom="398" w:left="1440" w:header="720" w:footer="720" w:gutter="0"/>
          <w:cols w:space="720" w:num="1" w:equalWidth="0"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______________Е.Ю.Миляева</w:t>
      </w:r>
    </w:p>
    <w:p>
      <w:pPr>
        <w:sectPr>
          <w:type w:val="continuous"/>
          <w:pgSz w:w="11900" w:h="16840"/>
          <w:pgMar w:top="298" w:right="870" w:bottom="398" w:left="1440" w:header="720" w:footer="720" w:gutter="0"/>
          <w:cols w:space="720" w:num="2" w:equalWidth="0"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______________О.Н.Кинжеева</w:t>
      </w:r>
    </w:p>
    <w:p>
      <w:pPr>
        <w:sectPr>
          <w:type w:val="nextColumn"/>
          <w:pgSz w:w="11900" w:h="16840"/>
          <w:pgMar w:top="298" w:right="870" w:bottom="398" w:left="1440" w:header="720" w:footer="720" w:gutter="0"/>
          <w:cols w:space="720" w:num="2" w:equalWidth="0">
            <w:col w:w="5934" w:space="0"/>
            <w:col w:w="3656" w:space="0"/>
            <w:col w:w="9590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5"/>
        <w:gridCol w:w="4795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№144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5122697)</w:t>
      </w:r>
    </w:p>
    <w:p>
      <w:pPr>
        <w:autoSpaceDN w:val="0"/>
        <w:autoSpaceDE w:val="0"/>
        <w:widowControl/>
        <w:spacing w:line="262" w:lineRule="auto" w:before="166" w:after="0"/>
        <w:ind w:left="3600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«Музыка»</w:t>
      </w:r>
    </w:p>
    <w:p>
      <w:pPr>
        <w:autoSpaceDN w:val="0"/>
        <w:autoSpaceDE w:val="0"/>
        <w:widowControl/>
        <w:spacing w:line="262" w:lineRule="auto" w:before="670" w:after="0"/>
        <w:ind w:left="2304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7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7928" w:right="0" w:hanging="2868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Касилова Марина Викторовна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музыки</w:t>
      </w:r>
    </w:p>
    <w:p>
      <w:pPr>
        <w:autoSpaceDN w:val="0"/>
        <w:autoSpaceDE w:val="0"/>
        <w:widowControl/>
        <w:spacing w:line="230" w:lineRule="auto" w:before="2830" w:after="0"/>
        <w:ind w:left="0" w:right="413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Медведка 2022</w:t>
      </w:r>
    </w:p>
    <w:p>
      <w:pPr>
        <w:sectPr>
          <w:type w:val="continuous"/>
          <w:pgSz w:w="11900" w:h="16840"/>
          <w:pgMar w:top="298" w:right="870" w:bottom="398" w:left="1440" w:header="720" w:footer="720" w:gutter="0"/>
          <w:cols w:space="720" w:num="1" w:equalWidth="0"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1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«Музыка» на уровне 7 класса основного общего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составлена на основе Требований к результатам освоения программы основного общего образования,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Федеральном государственном образовательном стандарте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с учётом распределённых по модулям проверяемых требований к результатам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образовательной программы основного общего образования по предмету «Музыка»,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Примерной программы воспитания.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«МУЗЫКА»</w:t>
      </w:r>
    </w:p>
    <w:p>
      <w:pPr>
        <w:autoSpaceDN w:val="0"/>
        <w:autoSpaceDE w:val="0"/>
        <w:widowControl/>
        <w:spacing w:line="286" w:lineRule="auto" w:before="168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— универсальный антропологический феномен, неизменно присутствующий во всех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культурах и цивилизациях на протяжении всей истории человечества. Используя интонационно-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выразительные средства, она способна порождать эстетические эмоции, разнообразные чувства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мысли, яркие художественные образы, для которых характерны, с одной стороны, высокий уровень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обобщённости, с другой — глубокая степень психологической вовлечённости личности. Эта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особенность открывает уникальный потенциал для развития внутреннего мира человека,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гармонизации его взаимоотношений с самим собой, другими людьми, окружающим миром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занятия музыкальным искусством.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действует на невербальном уровне и развивает такие важнейшие качества и свойства,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целостное восприятие мира, интуиция, сопереживание, содержательная рефлексия. Огромное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имеет музыка в качестве универсального языка, не требующего перевода, позволяющего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принимать образ жизни, способ мышления и мировоззрение представителей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народов и культур.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Музыка, являясь эффективным способом коммуникации, обеспечивает межличностное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социальное взаимодействие людей, в том числе является средством сохранения и передачи идей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смыслов, рождённых в предыдущие века и отражённых в народной, духовной музыке, произведениях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великих композиторов прошлого. Особое значение приобретает музыкальное воспитание в свете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 и задач укрепления национальной идентичности. Родные интонации, мелодии и ритмы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квинтэссенцией культурного кода, сохраняющего в свёрнутом виде всю систему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мировоззрения предков, передаваемую музыкой не только через сознание, но и на более глубоком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подсознательном — уровне.</w:t>
      </w:r>
    </w:p>
    <w:p>
      <w:pPr>
        <w:autoSpaceDN w:val="0"/>
        <w:autoSpaceDE w:val="0"/>
        <w:widowControl/>
        <w:spacing w:line="276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— временнóе искусство. В связи с этим важнейшим вкладом в развитие комплекса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психических качеств личности является способность музыки развивать чувство времени, чуткость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распознаванию причинно-следственных связей и логики развития событий, обогощать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индивидуальный опыт в предвидении будущего и его сравнении с прошлым.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обеспечивает развитие интеллектуальных и творческих способностей ребёнка, развивает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абстрактное мышление, память и воображение, формирует умения и навыки в сфере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эмоционального интеллекта, способствует самореализации и самопринятию личности. Таким образом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музыкальное обучение и воспитание вносит огромный вклад в эстетическое и нравственное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ребёнка, формирование всей системы ценностей.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позволит учителю:</w:t>
      </w:r>
    </w:p>
    <w:p>
      <w:pPr>
        <w:autoSpaceDN w:val="0"/>
        <w:autoSpaceDE w:val="0"/>
        <w:widowControl/>
        <w:spacing w:line="271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реализовать в процессе преподавания музыки современные подходы к формированию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личностных, метапредметных и предметных результатов обучения, сформулированных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Федеральном государственном образовательном стандарте основного общего образования;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определить и структурировать планируемые результаты обучения и содержание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предмета «Музыка» по годам обучения в соответствии с ФГОС ООО (утв. приказом</w:t>
      </w:r>
    </w:p>
    <w:p>
      <w:pPr>
        <w:sectPr>
          <w:pgSz w:w="11900" w:h="16840"/>
          <w:pgMar w:top="298" w:right="650" w:bottom="368" w:left="666" w:header="720" w:footer="720" w:gutter="0"/>
          <w:cols w:space="720" w:num="1" w:equalWidth="0"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Министерства образования и науки РФ от 17 декабря 2010 г. № 1897, с изменениями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дополнениями от 29 декабря 2014 г., 31 декабря 2015 г., 11 декабря 2020 г.); Примерной основной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программой основного общего образования (в редакции протокола № 1/20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04.02.2020 Федерального учебно-методического объединения по общему образованию);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Примерной программой воспитания (одобрена решением Федерального учебно-методического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объединения по общему образованию, протокол от 2 июня 2020 г. №2/20);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разработать календарно-тематическое планирование с учётом особенностей конкретного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региона, образовательного учреждения, класса, используя рекомендованное в рабочей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примерное распределение учебного времени на изучение определённого раздела/темы,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предложенные основные виды учебной деятельности для освоения учебного материала.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 ЗАДАЧИ ИЗУЧЕНИЯ УЧЕБНОГО ПРЕДМЕТА «МУЗЫКА»</w:t>
      </w:r>
    </w:p>
    <w:p>
      <w:pPr>
        <w:autoSpaceDN w:val="0"/>
        <w:autoSpaceDE w:val="0"/>
        <w:widowControl/>
        <w:spacing w:line="276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жизненно необходима для полноценного образования и воспитания ребёнка, развития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психики, эмоциональной и интеллектуальной сфер, творческого потенциала. Признание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самоценности творческого развития человека, уникального вклада искусства в образование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 делает неприменимыми критерии утилитарности.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реализации программы — воспитание музыкальной культуры как части всей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духовной культуры обучающихся. Основным содержанием музыкального обучения и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личный и коллективный опыт проживания и осознания специфического комплекса эмоций,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чувств, образов, идей, порождаемых ситуациями эстетического восприятия (постижение мира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переживание, интонационно-смысловое обобщение, содержательный анализ произведений,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моделирование художественно-творческого процесса, самовыражение через творчество).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конкретизации учебных целей их реализация осуществляется по следующим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направлениям: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становление системы ценностей обучающихся, развитие целостного миропонимания в единстве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эмоциональной и познавательной сферы;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развитие потребности в общении с произведениями искусства, осознание значения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как универсальной формы невербальной коммуникации между людьми разных эпох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народов, эффективного способа автокоммуникации;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формирование творческих способностей ребёнка, развитие внутренней мотивации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интонационно-содержательной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изучения предмета «Музыка» в основной школе являются: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Приобщение к общечеловеческим духовным ценностям через личный психологический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эмоционально-эстетического переживания.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Осознание социальной функции музыки. Стремление понять закономерности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искусства, условия разнообразного проявления и бытования музыки в человеческом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обществе, специфики её воздействия на человека.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Формирование ценностных личных предпочтений в сфере музыкального искусства. Воспитание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уважительного отношения к системе культурных ценностей других людей. Приверженность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парадигме сохранения и развития культурного многообразия.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Формирование целостного представления о комплексе выразительных средств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искусства. Освоение ключевых элементов музыкального языка, характерных для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музыкальных стилей.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  Развитие общих и специальных музыкальных способностей, совершенствование в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умениях и навыках, в 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а) слушание (расширение приёмов и навыков вдумчивого, осмысленного восприятия музыки;</w:t>
      </w:r>
    </w:p>
    <w:p>
      <w:pPr>
        <w:sectPr>
          <w:pgSz w:w="11900" w:h="16840"/>
          <w:pgMar w:top="286" w:right="718" w:bottom="372" w:left="666" w:header="720" w:footer="720" w:gutter="0"/>
          <w:cols w:space="720" w:num="1" w:equalWidth="0"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аналитической, оценочной, рефлексивной деятельности в связи с прослушанным музыкальным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произведением);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исполнение (пение в различных манерах, составах, стилях; игра на доступных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инструментах, опыт исполнительской деятельности на электронных и виртуальных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инструментах);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в) сочинение (элементы вокальной и инструментальной импровизации, композиции, аранжировки,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с использованием цифровых программных продуктов);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г) музыкальное движение (пластическое интонирование, инсценировка, танец, двигательное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моделирование и др.);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д) творческие проекты, музыкально-театральная деятельность (концерты, фестивали,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е) исследовательская деятельность на материале музыкального искусства.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 Расширение культурного кругозора, накопление знаний о музыке и музыкантах, достаточное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активного, осознанного восприятия лучших образцов народного и профессионального искусства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родной страны и мира, ориентации в истории развития музыкального искусства и современной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музыкальной культуре.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составлена на основе модульного принципа построения учебного материала и допускает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вариативный подход к очерёдности изучения модулей, принципам компоновки учебных тем, форм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методов освоения содержания.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«Музыка» структурно представлено девятью модулями (тематическими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линиями), обеспечивающими преемственность с образовательной программой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непрерывность изучения предмета и образовательной области «Искусство»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протяжении всего курса школьного обучения: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1 «Музыка моего края»;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2 «Народное музыкальное творчество России»;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3 «Музыка народов мира»;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4 «Европейская 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5 «Русская 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6 «Истоки и образы русской и европейской духовной музыки»;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7 «Современная музыка: основные жанры и направления»;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8 «Связь музыки с другими видами искусства»;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модуль № 9 «Жанры музыкального искусства».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«МУЗЫКА»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«Музыка» входит в предметную область «Искусство»,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обязательным для изучения и преподаётся в основной школе с 5 по 8 класс включительно.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«Музыка» предполагает активную социокультурную деятельность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участие в исследовательских и творческих проектах, в том числе основанных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межпредметных связях с такими дисциплинами образовательной программы, как «Изобразительное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искусство», «Литература», «География», «История», «Обществознание», «Иностранный язык» и др.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«Музыка» в 7 классе составляет 34 часа (не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менее 1 часа в неделю).</w:t>
      </w:r>
    </w:p>
    <w:p>
      <w:pPr>
        <w:sectPr>
          <w:pgSz w:w="11900" w:h="16840"/>
          <w:pgMar w:top="286" w:right="690" w:bottom="968" w:left="666" w:header="720" w:footer="720" w:gutter="0"/>
          <w:cols w:space="720" w:num="1" w:equalWidth="0"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346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МУЗЫКА МОЕГО КРАЯ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Семейный фольклор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Фольклорные жанры, связанные с жизнью человека: свадебный обряд, рекрутские песни, плачи-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причитания.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«НАРОДНОЕ МУЗЫКАЛЬНОЕ ТВОРЧЕСТВО РОССИИ»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Фольклор в творчестве профессиональных композиторов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Народные истоки композиторского творчества: обработки фольклора, цитаты; картины родной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природы и отражение типичных образов, характеров, важных исторических событий.</w:t>
      </w:r>
    </w:p>
    <w:p>
      <w:pPr>
        <w:autoSpaceDN w:val="0"/>
        <w:autoSpaceDE w:val="0"/>
        <w:widowControl/>
        <w:spacing w:line="271" w:lineRule="auto" w:before="192" w:after="0"/>
        <w:ind w:left="180" w:right="316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«ЖАНРЫ МУЗЫКАЛЬНОГО ИСКУССТВА»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Симфоническая музыка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Одночастные симфонические жанры (увертюра, картина). Симфония.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«РУССКАЯ КЛАССИЧЕСКАЯ МУЗЫКА»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История страны и народа в музыке русских композиторов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Образы народных героев, тема служения Отечеству в крупных театральных и симфонических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произведениях русских композиторов (на примере сочинений композиторов — членов «Могучей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кучки», С.С.Прокофьева, Г.В.Свиридова и др.)</w:t>
      </w:r>
    </w:p>
    <w:p>
      <w:pPr>
        <w:autoSpaceDN w:val="0"/>
        <w:autoSpaceDE w:val="0"/>
        <w:widowControl/>
        <w:spacing w:line="271" w:lineRule="auto" w:before="190" w:after="0"/>
        <w:ind w:left="180" w:right="547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«МУЗЫКА НАРОДОВ МИРА»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Музыкальный фольклор народов Азии и Африки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Африканская музыка — стихия ритма.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Интонационно-ладовая основа музыки стран Азии, уникальные традиции, музыкальные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инструменты. Представления о роли музыки в жизни людей.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«ЕВРОПЕЙСКАЯ КЛАССИЧЕСКАЯ МУЗЫКА»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Музыкант и публика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Кумиры публики (на примере творчества В.А.Моцарта, Н.Паганини, Ф.Листа и др.). Виртуозность.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Талант, труд, миссия композитора, исполнителя. Признание публики. Культура слушателя. Традиции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слушания музыки в прошлые века и сегодня.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«ИСТОКИ И ОБРАЗЫ РУССКОЙ И ЕВРОПЕЙСКОЙ ДУХОВНОЙ МУЗЫКИ»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Музыкальные жанры богослужения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Эстетическое содержание и жизненное предназначение духовной музыки. Многочастные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 на канонические тексты: католическая месса, православная литургия, всенощное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бдение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«СВЯЗЬ МУЗЫКИ С ДРУГИМИ ВИДАМИ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 и театр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к драматическому спектаклю (на примере творчества Э.Грига, Л. ван Бетховена,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А.Г.Шнитке, Д.Д.Шостаковича и др.).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Единство музыки, драматургии, сценической живописи, хореографии.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F0F50"/>
          <w:sz w:val="24"/>
        </w:rPr>
        <w:t>Mодуль «СОВРЕМЕННАЯ МУЗЫКА: ОСНОВНЫЕ ЖАНРЫ И НАПРАВЛЕНИЯ»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Мюзикл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жанра. Классика жанра — мюзиклы середины XX века (на примере творчества Ф.Лоу,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Р.Роджерса, Э.Л.Уэббера и др.).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Современные постановки в жанре мюзикла на российской сцене.</w:t>
      </w:r>
    </w:p>
    <w:p>
      <w:pPr>
        <w:sectPr>
          <w:pgSz w:w="11900" w:h="16840"/>
          <w:pgMar w:top="298" w:right="650" w:bottom="480" w:left="666" w:header="720" w:footer="720" w:gutter="0"/>
          <w:cols w:space="720" w:num="1" w:equalWidth="0"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Специфика эстетического содержания предмета «Музыка» обусловливает тесное взаимодействие,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смысловое единство трёх групп результатов: личностных, метапредметных и предметных.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по музыке для основного общего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достигаются во взаимодействии учебной и воспитательной работы, урочной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внеурочной деятельности. Они должны отражать готовность обучающихся руководствоваться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системой позитивных ценностных ориентаций,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Гражданско-патриотического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идентичности; знание Гимна России и традиций его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исполнения, уважение музыкальных символов и традиций республик Российской Федерации;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интереса к освоению музыкальных традиций своего края, музыкальной культуры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России; уважение к достижениям отечественных мастеров культуры; стремление участвовать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творческой жизни своей школы, города, республики.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Духовно-нравственного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признание индивидуальности каждого человека; проявление сопереживания, уважения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доброжелательности; готовность придерживаться принципов взаимопомощи и творческого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сотрудничества в процессе непосредственной музыкальной и учебной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Эстетического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различным видам искусства, музыкальным традициям и творчеству своего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 народов; умение видеть прекрасное в жизни, наслаждаться красотой; стремление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самовыражению в разных 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Ценности научного познания: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первоначальные представления о единстве и особенностях художественной и научной картины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мира; познавательные интересы, активность, инициативность, любознательность и самостоятельность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познании.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Физического воспитания, формирования культуры здоровья и эмоционального благополучия: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здорового и безопасного (для себя и других людей) образа жизни в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среде; бережное отношение к физиологическим системам организма, задействованным в музыкально-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исполнительской деятельности (дыхание, артикуляция, музыкальный слух, голос); профилактика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умственного и физического утомления с использованием возможностей музыкотерапии.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Трудового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посильное активное участие в практической деятельности; трудолюбие в учёбе,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настойчивость в достижении поставленных целей; интерес к практическому изучению профессий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сфере культуры и искусства; уважение к труду и результатам трудовой деятельности.</w:t>
      </w:r>
    </w:p>
    <w:p>
      <w:pPr>
        <w:autoSpaceDN w:val="0"/>
        <w:autoSpaceDE w:val="0"/>
        <w:widowControl/>
        <w:spacing w:line="262" w:lineRule="auto" w:before="70" w:after="0"/>
        <w:ind w:left="180" w:right="2592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Экологического воспитания: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бережное отношение к природе; неприятие действий, приносящих ей вред.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основной образовательной программы, формируемые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изучении предмета «Музыка»: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1. Овладение универсальными познавательными действиями.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логические действия: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сравнивать музыкальные звуки, звуковые сочетания, произведения, жанры; устанавливать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основания для сравнения, объединять элементы музыкального звучания по определённому признаку;</w:t>
      </w:r>
    </w:p>
    <w:p>
      <w:pPr>
        <w:sectPr>
          <w:pgSz w:w="11900" w:h="16840"/>
          <w:pgMar w:top="298" w:right="650" w:bottom="338" w:left="666" w:header="720" w:footer="720" w:gutter="0"/>
          <w:cols w:space="720" w:num="1" w:equalWidth="0"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определять существенный признак для классификации, классифицировать предложенные объекты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(музыкальные инструменты, элементы музыкального языка, произведения, исполнительские составы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др.);находить закономерности и противоречия в рассматриваемых явлениях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искусства, сведениях и наблюдениях за звучащим музыкальным материалом на основе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алгоритма;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выявлять недостаток информации, в том числе слуховой, акустической для решения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(практической) задачи на основе предложенного алгоритма;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устанавливать причинно-следственные связи в ситуациях музыкального восприятия и исполнения,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выводы.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основе предложенных учителем вопросов определять разрыв между реальным и желательным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состоянием музыкальных явлений, в том числе в отношении собственных музыкально-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исполнительских навыков;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помощью учителя формулировать цель выполнения вокальных и слуховых упражнений,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изменения результатов своей музыкальной деятельности, ситуации совместного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музицирования;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несколько вариантов решения творческой, исполнительской задачи, выбирать наиболее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подходящий (на основе предложенных критериев);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предложенному плану опыт, несложное исследование по установлению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изучения и связей между музыкальными объектами и явлениями (часть — целое,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причина — следствие);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выводы и подкреплять их доказательствами на основе результатов проведённого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 (в том числе в форме двигательного моделирования, звукового эксперимента,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классификации, сравнения, исследования);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развитие музыкального процесса, эволюции культурных явлений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различных условиях.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источник получения информации;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заданному алгоритму находить в предложенном источнике информацию, представленную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явном виде;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достоверную и недостоверную информацию самостоятельно или на основании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предложенного учителем способа её проверки;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с помощью взрослых (учителей, родителей (законных представителей) обучающихся)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информационной безопасности при поиске информации в сети Интернет;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текстовую, видео-, графическую, звуковую, информацию в соответствии с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музыкальные тексты (акустические и нотные) по предложенному учителем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создавать схемы, таблицы для представления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Невербальная коммуникация: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музыку как специфическую форму общения людей, стремиться понять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эмоционально-образное содержание музыкального высказывания;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выступать перед публикой в качестве исполнителя музыки (соло или в коллективе);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передавать в собственном исполнении музыки художественное содержание, выражать настроение,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чувства, личное отношение к исполняемому произведению;</w:t>
      </w:r>
    </w:p>
    <w:p>
      <w:pPr>
        <w:sectPr>
          <w:pgSz w:w="11900" w:h="16840"/>
          <w:pgMar w:top="298" w:right="720" w:bottom="428" w:left="666" w:header="720" w:footer="720" w:gutter="0"/>
          <w:cols w:space="720" w:num="1" w:equalWidth="0"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пользоваться интонационной выразительностью в обыденной речи, понимать культурные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нормы и значение интонации в повседневном общении.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Вербальная коммуникация: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знакомой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уважительное отношение к собеседнику, соблюдать правила ведения диалога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дискуссии;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возможность существования разных точек зрения;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корректно и аргументированно высказывать своё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речевое высказывание в соответствии с поставленной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устные и письменные тексты (описание, рассуждение, повествование);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готовить небольшие публичные выступления;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подбирать иллюстративный материал (рисунки, фото, плакаты) к тексту выступления.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Совместная деятельность (сотрудничество):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стремиться к объединению усилий, эмоциональной эмпатии в ситуациях совместного восприятия,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исполнения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переключаться между различными формами коллективной, групповой и индивидуальной работы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конкретной проблемы, выбирать наиболее эффективные формы взаимодействия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краткосрочные и долгосрочные цели (индивидуальные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формата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планирования, распределения промежуточных шагов и сроков;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проявлять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руководить, выполнять поручения, 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 выполнять свою часть работы; оценивать свой вклад в общий результат;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совместные проектные, творческие задания с опорой на предложенные образцы.</w:t>
      </w:r>
    </w:p>
    <w:p>
      <w:pPr>
        <w:autoSpaceDN w:val="0"/>
        <w:autoSpaceDE w:val="0"/>
        <w:widowControl/>
        <w:spacing w:line="276" w:lineRule="auto" w:before="70" w:after="0"/>
        <w:ind w:left="180" w:right="23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Овладение универсальными регулятивными действиями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Самоорганизация: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действия по решению учебной задачи для получения результата;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выстраивать последовательность выбранных действий.</w:t>
      </w:r>
    </w:p>
    <w:p>
      <w:pPr>
        <w:autoSpaceDN w:val="0"/>
        <w:autoSpaceDE w:val="0"/>
        <w:widowControl/>
        <w:spacing w:line="271" w:lineRule="auto" w:before="72" w:after="0"/>
        <w:ind w:left="180" w:right="360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Самоконтроль: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причины успеха/неудач учебной деятельности;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корректировать свои учебные действия для преодоления ошибок.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(управления собой, самодисциплины, устойчивого поведения, эмоционального душевного равновесия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т. д.).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характеризуют сформированность у обучающихся основ музыкальной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и проявляются в способности к музыкальной деятельности, потребности в регулярном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общении с музыкальным искусством во всех доступных формах, органичном включении музыки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актуальный контекст своей жизни.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Обучающиеся, освоившие основную образовательную программу по предмету «Музыка»: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осознают принципы универсальности и всеобщности музыки как вида искусства, неразрывную</w:t>
      </w:r>
    </w:p>
    <w:p>
      <w:pPr>
        <w:sectPr>
          <w:pgSz w:w="11900" w:h="16840"/>
          <w:pgMar w:top="298" w:right="674" w:bottom="332" w:left="666" w:header="720" w:footer="720" w:gutter="0"/>
          <w:cols w:space="720" w:num="1" w:equalWidth="0"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связь музыки и жизни человека, всего человечества, могут рассуждать на эту тему;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воспринимают российскую музыкальную культуру как целостное и самобытное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цивилизационное явление; знают достижения отечественных мастеров музыкальной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испытывают гордость за них;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сознательно стремятся к укреплению и сохранению собственной музыкальной идентичности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(разбираются в особенностях музыкальной культуры своего народа, узнают на слух родные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интонации среди других, стремятся участвовать в исполнении музыки своей национальной традиции,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понимают ответственность за сохранение и передачу следующим поколениям музыкальной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своего народа);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понимают роль музыки как социально значимого явления, формирующего общественные вкусы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настроения, включённого в развитие политического, экономического, религиозного, иных аспектов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развития общества.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результаты, формируемые в ходе изучения предмета «Музыка», сгруппированы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учебным модулям и должны отражать сформированность умений.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«Музыка моего края»: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музыкальные традиции своей республики, края, народа;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особенности творчества народных и профессиональных музыкантов,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коллективов своего края;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и оценивать образцы музыкального фольклора и сочинения композиторов своей малой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родины.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«Народное музыкальное творчество России»: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на слух музыкальные образцы, относящиеся к русскому музыкальному фольклору,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музыке народов Северного Кавказа; республик Поволжья, Сибири (не менее трёх региональных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фольклорных традиций на выбор учителя);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и исполнять произведения различных жанров фольклорной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на слух принадлежность народных музыкальных инструментов к группам духовых,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струнных, ударно-шумовых инструментов;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на примерах связь устного народного музыкального творчества и деятельности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профессиональных музыкантов в развитии общей культуры страны.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«Музыка народов мира»: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определять на слух музыкальные произведения, относящиеся к западно-европейской, латино-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американской, азиатской традиционной музыкальной культуре, в том числе к отдельным самобытным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культурно-национальным традициям;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и исполнять произведения различных жанров фольклорной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на слух принадлежность народных музыкальных инструментов к группам духовых,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струнных, ударно-шумовых инструментов;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и узнавать признаки влияния музыки разных народов мира в сочинениях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профессиональных композиторов (из числа изученных культурно-национальных традиций и жанров).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«Европейская классическая музыка»: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произведения европейских композиторов-классиков, называть автора,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произведение, исполнительский состав;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принадлежность музыкального произведения к одному из художественных стилей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(барокко, классицизм, романтизм, импрессионизм);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(в том числе фрагментарно) сочинения композиторов-классиков;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характеризовать музыкальный образ и выразительные средства, использованные композитором,</w:t>
      </w:r>
    </w:p>
    <w:p>
      <w:pPr>
        <w:sectPr>
          <w:pgSz w:w="11900" w:h="16840"/>
          <w:pgMar w:top="286" w:right="650" w:bottom="368" w:left="666" w:header="720" w:footer="720" w:gutter="0"/>
          <w:cols w:space="720" w:num="1" w:equalWidth="0"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способы развития и форму строения музыкального произведения;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творчество не менее двух композиторов-классиков, приводить примеры наиболее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известных сочинений.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«Русская классическая музыка»: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произведения русских композиторов-классиков, называть автора, произведение,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исполнительский состав;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музыкальный образ и выразительные средства, использованные композитором,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способы развития и форму строения музыкального произведения;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(в том числе фрагментарно, отдельными темами) сочинения русских композиторов;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творчество не менее двух отечественных композиторов-классиков, приводить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примеры наиболее известных сочинений.</w:t>
      </w:r>
    </w:p>
    <w:p>
      <w:pPr>
        <w:autoSpaceDN w:val="0"/>
        <w:autoSpaceDE w:val="0"/>
        <w:widowControl/>
        <w:spacing w:line="276" w:lineRule="auto" w:before="192" w:after="0"/>
        <w:ind w:left="18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«Образы русской и европейской духовной музыки»: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характеризовать жанры и произведения русской и европейской духовной музыки;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произведения русской и европейской духовной музыки;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приводить примеры сочинений духовной музыки, называть их автора.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«Современная музыка: основные жанры и направления»: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и характеризовать стили, направления и жанры современной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определять на слух виды оркестров, ансамблей, тембры музыкальных инструментов,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входящих в их состав;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исполнять современные музыкальные произведения в разных видах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«Связь музыки с другими видами искусства»: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стилевые и жанровые параллели между музыкой и другими видами искусств;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анализировать средства выразительности разных видов искусств;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импровизировать, создавать произведения в одном виде искусства на основе восприятия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 другого вида искусства (сочинение, рисунок по мотивам музыкального произведения,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озвучивание картин, кинофрагментов и т. п.) или подбирать ассоциативные пары произведений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видов искусств, объясняя логику выбора;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суждения об основной идее, средствах её воплощения, интонационных особенностях,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жанре, исполнителях музыкального произведения.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«Жанры музыкального искусства»: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характеризовать жанры музыки (театральные, камерные и симфонические, вокальные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инструментальные и т..д.), знать их разновидности, приводить примеры;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рассуждать о круге образов и средствах их воплощения, типичных для данного жанра;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выразительно исполнять произведения (в том числе фрагменты) вокальных, инструментальных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музыкально-театральных жанров.</w:t>
      </w:r>
    </w:p>
    <w:p>
      <w:pPr>
        <w:sectPr>
          <w:pgSz w:w="11900" w:h="16840"/>
          <w:pgMar w:top="286" w:right="746" w:bottom="1440" w:left="666" w:header="720" w:footer="720" w:gutter="0"/>
          <w:cols w:space="720" w:num="1" w:equalWidth="0"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8"/>
        </w:trPr>
        <w:tc>
          <w:tcPr>
            <w:tcW w:type="dxa" w:w="432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1430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300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5536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Репертуар </w:t>
            </w:r>
          </w:p>
        </w:tc>
        <w:tc>
          <w:tcPr>
            <w:tcW w:type="dxa" w:w="80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06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294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3146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слушания</w:t>
            </w:r>
          </w:p>
        </w:tc>
        <w:tc>
          <w:tcPr>
            <w:tcW w:type="dxa" w:w="111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пения</w:t>
            </w:r>
          </w:p>
        </w:tc>
        <w:tc>
          <w:tcPr>
            <w:tcW w:type="dxa" w:w="127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музицирования</w:t>
            </w:r>
          </w:p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Музыка моего края</w:t>
            </w:r>
          </w:p>
        </w:tc>
      </w:tr>
      <w:tr>
        <w:trPr>
          <w:trHeight w:hRule="exact" w:val="2654"/>
        </w:trPr>
        <w:tc>
          <w:tcPr>
            <w:tcW w:type="dxa" w:w="432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1430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576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Семейный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фольклор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3146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Казачья колыбельная. "Как во чарочке, 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серебряной", "Перевешу млада хмелю".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"Вдоль по улице метелица метёт", "Ах ты,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душечка". "Матушка, что во поле пыльно?"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"Полюбила я на печаль свою". Доволенские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частушки.</w:t>
            </w:r>
          </w:p>
        </w:tc>
        <w:tc>
          <w:tcPr>
            <w:tcW w:type="dxa" w:w="1118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РНП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"Отдавали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молоду",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"Возле речки,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возле моста".</w:t>
            </w:r>
          </w:p>
        </w:tc>
        <w:tc>
          <w:tcPr>
            <w:tcW w:type="dxa" w:w="127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РНП "Возле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речки, возле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моста" (игра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ложках)</w:t>
            </w:r>
          </w:p>
        </w:tc>
        <w:tc>
          <w:tcPr>
            <w:tcW w:type="dxa" w:w="80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6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фольклорными жанрами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семейного цикла.;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Изучение особенностей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исполнения и звучания.;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жанровой принадлежности;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символики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традиционных образов.;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отдельных песен;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фрагментов обрядов (по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выбору учителя).;;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www.cd-musica.ru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348"/>
        </w:trPr>
        <w:tc>
          <w:tcPr>
            <w:tcW w:type="dxa" w:w="186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311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30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Народное музыкальное творчество России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1440" w:left="666" w:header="720" w:footer="720" w:gutter="0"/>
          <w:cols w:space="720" w:num="1" w:equalWidth="0"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5740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14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творчестве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профессиональных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композиторов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314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М.И. Глинка"Камаринсая". П. И.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Чайковский Симфония№4 (финал), концерт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фортепиано с оркестром (3 часть),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романс "Я ли в поле да не травушкой была".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 Мусоргский Опера "Хованщина"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("Рассвет на Москве-реке")"Колыбельная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Ерёмушке", "Песни и пляски смерти". И.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Паницкий "Полосынька", "Ой, да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ты,калинушка"</w:t>
            </w:r>
          </w:p>
        </w:tc>
        <w:tc>
          <w:tcPr>
            <w:tcW w:type="dxa" w:w="111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РНП "Ой ты,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степь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широкая"</w:t>
            </w:r>
          </w:p>
        </w:tc>
        <w:tc>
          <w:tcPr>
            <w:tcW w:type="dxa" w:w="127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РНП "Калинка",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"Полянка".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Сравнение аутентичного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звучания фольклора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фольклорных мелодий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композиторской обработке.;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народной песни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композиторской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обработке.; Знакомство с 2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—3 фрагментами крупных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сочинений (опера;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симфония;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концерт;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квартет;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вариации и т. п.);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которых использованы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подлинные народные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мелодии.;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принципами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композиторской обработки;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развития фольклорного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тематического материала.;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Посещение концерта;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спектакля (просмотр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фильма;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телепередачи);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посвящённого данной теме.;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в классе и/или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письменная рецензия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результатам просмотра;;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www.cd-musica.ru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186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311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3.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Русская классическая музыка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5752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14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История страны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народа в музыке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композиторов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314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М.И. Глинка Опера "Иван Сусанин". , А.П.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Бородин Опера "Князь Игорь" (ария князя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Игоря, плач Ярославны), Симфония №2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"Богатырская". С.С. Прокофьев Кантата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"Александр Невский".</w:t>
            </w:r>
          </w:p>
        </w:tc>
        <w:tc>
          <w:tcPr>
            <w:tcW w:type="dxa" w:w="111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Хор "Улетай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крыльях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ветра"</w:t>
            </w:r>
          </w:p>
        </w:tc>
        <w:tc>
          <w:tcPr>
            <w:tcW w:type="dxa" w:w="127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Казачья песня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"Ой, донцы-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молодцы"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шедеврами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русской музыки XIX—XX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веков;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художественного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 и способов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выражения патриотической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идеи;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гражданского пафоса.;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не менее одного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вокального произведения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патриотического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сочинённого русским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композитором- классиком.;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Гимна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Российской Федерации.;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викторина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знание 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названий и авторов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изученных произведений.;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 видеозаписи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оперы одного из русских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композиторов (или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посещение театра)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фильма;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основанного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музыкальных сочинениях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русских композиторов;;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www.cd-musica.ru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186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3112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4.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Образы русской и европейской духовной музыки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4514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14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богослужения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314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Знаменный распев; М. Березовский.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Хоровой концерт«Не отвержи мене во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время старости»; Э. Григ. Соната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виолончели и фортепиано» (Ι часть); Л.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Бетховен. Соната № 7 (экспозиция Ι части);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Г. Аллегри.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«Мизерере» («Помилуй»). И.С. Бах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"Высокая месса", Токката и фуга ре минор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для органа. Органная фуга соль минор.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Органная фуга ля минор. Прелюдия до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мажор (ХТК, том Ι). Фуга ре диез минор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(ХТК, том Ι).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Итальянский концерт. Прелюдия № 8 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минор («12 маленьких прелюдий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начинающих»); Дж.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Перголези. Stabat mater; . Моцарт. Реквием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(Dies ire, Lacrimoza), Г.Ф. Гендель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"Аллилуя", С.В. Рахманинов "Всенощная",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"Богородица Дева, радуйся". П.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Чайковский. «Всенощное бдение»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(«Богородице Дево, радуйся» № 8),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"Литургия св. Иоанна Златоуста".</w:t>
            </w:r>
          </w:p>
        </w:tc>
        <w:tc>
          <w:tcPr>
            <w:tcW w:type="dxa" w:w="111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"Музыка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всюду живёт",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"Мир,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который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нужен мне".</w:t>
            </w:r>
          </w:p>
        </w:tc>
        <w:tc>
          <w:tcPr>
            <w:tcW w:type="dxa" w:w="127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"Серебристые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снежинки"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(пластическое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интонирование).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одним (более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полно) или несколькими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(фрагментарно)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произведениями мировой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музыкальной классики;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написанными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соответствии с религиозным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каноном.; Определение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слух изученных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и их авторов.;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представление об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особенностях их построения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образов.;;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432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www.cd-musica.ru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348"/>
        </w:trPr>
        <w:tc>
          <w:tcPr>
            <w:tcW w:type="dxa" w:w="186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311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30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5.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Европейская классическая музыка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6472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.5.1.</w:t>
            </w:r>
          </w:p>
        </w:tc>
        <w:tc>
          <w:tcPr>
            <w:tcW w:type="dxa" w:w="14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Музыкант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публика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314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Л. Бетховен. Рондо-каприччио «Ярость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поводу утерянного гроша». Экосез 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бемоль мажор. В. А.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Моцарт ("Турецкий марш" исп. Д. Беликов),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Н.Паганини ("Кампанелла", "Каприс №24"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исп. Е. Кисин, В. Горовиц)), Ф. Лист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"Венгерская рапсодия№2",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трансцендентальные этюды и др.), И. Брамс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"Венгерский танец №5" (исп. Д. Гарретт)</w:t>
            </w:r>
          </w:p>
        </w:tc>
        <w:tc>
          <w:tcPr>
            <w:tcW w:type="dxa" w:w="111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И.С. Бах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№Скерцо"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сюиты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оркестром№2.</w:t>
            </w:r>
          </w:p>
        </w:tc>
        <w:tc>
          <w:tcPr>
            <w:tcW w:type="dxa" w:w="127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А.Цыганков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обработка рнп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"Коробочка"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(игра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шумовых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инструментах).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образцами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виртуозной 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Размышление над фактами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биографий великих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музыкантов — как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любимцев публики;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так и непóнятых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современниками.;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мелодий;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элементов музыкального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 изучаемых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классических произведений;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умение напеть их наиболее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яркие ритмо- интонации.;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викторина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знание 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названий и авторов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изученных произведений.;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Знание и соблюдение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общепринятых норм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слушания 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 поведения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концертном зале;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театре оперы и балета.;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Создание тематической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подборки музыкальных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домашнего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прослушивания;;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www.cd-musica.ru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186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3112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Жанры музыкального искусства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614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14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Симфоническая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314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Й. Гайдн Симфония№103 с тремоло литавр,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Бетховен Симфония №5, Симфония №9 (ода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"К радости"), В.А. Моцарт Симфония №40,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Д. Шостакович Симфония №7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"Ленинградская"</w:t>
            </w:r>
          </w:p>
        </w:tc>
        <w:tc>
          <w:tcPr>
            <w:tcW w:type="dxa" w:w="111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Ода "К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радости" 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лейтмотива.</w:t>
            </w:r>
          </w:p>
        </w:tc>
        <w:tc>
          <w:tcPr>
            <w:tcW w:type="dxa" w:w="127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П.И.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Чайковский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Симфония №1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"Зимний путь"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образцами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симфонической музыки: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программной увертюры;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классической 4-частной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симфонии.; Освоение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основных тем (пропевание;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графическая фиксация;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интонирование);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процессом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развёртывания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повествования.;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Образно- тематический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конспект.; Слушание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целиком не менее одного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симфонического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произведения.;;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www.cd-musica.ru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186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311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Связь музыки с другими видами искусства</w:t>
            </w:r>
          </w:p>
        </w:tc>
      </w:tr>
      <w:tr>
        <w:trPr>
          <w:trHeight w:hRule="exact" w:val="3230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14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Музыка и театр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314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Д.Б. Кабалевский Музыка к драматическому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спектаклю "Ромео и Джульетта", Э. Григ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Музыка к драме Г. Ибсена "Пер Гюнт".</w:t>
            </w:r>
          </w:p>
        </w:tc>
        <w:tc>
          <w:tcPr>
            <w:tcW w:type="dxa" w:w="111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Э. Григ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"Песня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Сольвейг".</w:t>
            </w:r>
          </w:p>
        </w:tc>
        <w:tc>
          <w:tcPr>
            <w:tcW w:type="dxa" w:w="127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Э. Григ "Танец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Анитры"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(озвучивание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шумовыми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инструментами).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образцами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созданной отечественными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зарубежными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композиторами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драматического театра.;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песни 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театральной постановки.;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 видеозаписи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спектакля;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котором звучит данная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песня.; Музыкальная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викторина на материале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изученных фрагментов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музыкальных спектаклей.;;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www.cd-musica.ru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</w:t>
            </w:r>
          </w:p>
        </w:tc>
      </w:tr>
      <w:tr>
        <w:trPr>
          <w:trHeight w:hRule="exact" w:val="348"/>
        </w:trPr>
        <w:tc>
          <w:tcPr>
            <w:tcW w:type="dxa" w:w="186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311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8.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Современная музыка: основные жанры и направления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22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14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Мюзикл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314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Ф. Лоу "Моя прекрасная леди", Р. Роджерс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"Звуки музыки", Э.Л. Уэббер "Кошки",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"Иисус Христос-суперзвезда", А. Рыбников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"Юнона и Авось".</w:t>
            </w:r>
          </w:p>
        </w:tc>
        <w:tc>
          <w:tcPr>
            <w:tcW w:type="dxa" w:w="111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Е. Осин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"Алые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паруса", М.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Блантер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"Катюша".</w:t>
            </w:r>
          </w:p>
        </w:tc>
        <w:tc>
          <w:tcPr>
            <w:tcW w:type="dxa" w:w="127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Е. Осин "Алые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паруса", М.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Блантер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"Катюша".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сочинёнными зарубежными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отечественными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композиторами в жанре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мюзикла;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сравнение с другими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театральными жанрами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(опера;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балет;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драматический спектакль).;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 видеозаписи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одного из мюзиклов;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написание собственного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рекламного текста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данной постановки.;;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432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www.cd-musica.ru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186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3112"/>
            <w:gridSpan w:val="9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9.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Музыка народов мира</w:t>
            </w:r>
          </w:p>
        </w:tc>
      </w:tr>
      <w:tr>
        <w:trPr>
          <w:trHeight w:hRule="exact" w:val="3038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9.1.</w:t>
            </w:r>
          </w:p>
        </w:tc>
        <w:tc>
          <w:tcPr>
            <w:tcW w:type="dxa" w:w="14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 народов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Азии и Африки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314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Д. Гаспарян "Магический дудук", С.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Назархан "Korgim Kelar", "Adolat Tanovori",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"Tushim". Арета Франклин "Сегодня я пою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блюз", спиричуэл "Вернёмся с Иисусом".</w:t>
            </w:r>
          </w:p>
        </w:tc>
        <w:tc>
          <w:tcPr>
            <w:tcW w:type="dxa" w:w="111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"Школьный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блюз",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"Каникулы".</w:t>
            </w:r>
          </w:p>
        </w:tc>
        <w:tc>
          <w:tcPr>
            <w:tcW w:type="dxa" w:w="127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импровизация.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Выявление характерных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интонаций и ритмов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звучании традиционной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 народов Африки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Азии.; Выявление общего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особенного при сравнении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изучаемых образцов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азиатского фольклора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фольклора народов России.;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песен;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танцев.; Коллективные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ритмические импровизации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шумовых и ударных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инструментах.;;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</w:tr>
      <w:tr>
        <w:trPr>
          <w:trHeight w:hRule="exact" w:val="348"/>
        </w:trPr>
        <w:tc>
          <w:tcPr>
            <w:tcW w:type="dxa" w:w="186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3112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12"/>
        </w:trPr>
        <w:tc>
          <w:tcPr>
            <w:tcW w:type="dxa" w:w="186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ЧАСОВ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0868"/>
            <w:gridSpan w:val="7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4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Фольклорный жанр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колыбельной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Свадебный обряд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46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Рекрутские песни, плачи-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причитания.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Жанр частушки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0.25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истоки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композиторского творчества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Обработки фольклора,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цитаты.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Картины родной природы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творчестве русских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зарубежных композиторов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0.25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образы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творчестве М. Мусоргского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Опера М. Глинки "Иван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Сусанин"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28.10.2022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Опреа А. Бородина "Князь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Игорь"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11.11.2022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Кантата "Александр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Невский" С. Прокофьева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0.25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 религиозная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светская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жанры, традиции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отечественной духовной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602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Полифония, фуга, хорал.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Духовная музыка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отечественных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композиторов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музыкальных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образов. Принципы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музыкального развития.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Музыкальная форма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строение музыкального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Музыканты-виртуозы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0.25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Программная увертюра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симфонический жанр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симфонической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симфонической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Симфония №7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"Ленинградская"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Д.Шостаковича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 к драматическому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спектаклю "Ромео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Джульетта" Д. Кабалевского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24.02.2023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 Э. Грига к драме Г.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Ибсена "Пер Гюнт"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Единство музыки,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драматургии, сценической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живописи, хореографии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0.25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Мюзикл: особенности жанра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Классика жанра - мюзиклы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середины XX века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82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 Бернстайн "Вестсайдская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история"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Жанр рок-оперы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Рыбников "Юнона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Авось"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322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Уникальные традиции,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интонационно-ладовая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основа музыки стран Азии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46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Восточные интонации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творчестве композиторов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Промежуточная  аттестация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Африканская музыка-стихия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ритма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Двигательная, ритмическая,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интонационная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импровизация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1.75</w:t>
            </w:r>
          </w:p>
        </w:tc>
        <w:tc>
          <w:tcPr>
            <w:tcW w:type="dxa" w:w="2882"/>
            <w:gridSpan w:val="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62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Музыка, 7 класс/Сергеева Г.П., Критская Е.Д., Акционерное общество «Издательство «Просвещение»;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Поурочные разработки по музыке 5-8 классы "Уроки музыки" Г.П. Сергеева, Е.Д.Критская. Москва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"Просвещение" 2017 го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1" w:lineRule="auto" w:before="168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http://mp3sort.biz/ Музыкальный форум http://nsportal.ru/ Социальная сеть работников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http://infourok.ru/ Проект "Инфоурок" https://resh.edu.ru/ Российская электронная школа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https://znanio.ru/ ООО"Знанио"</w:t>
      </w:r>
    </w:p>
    <w:p>
      <w:pPr>
        <w:sectPr>
          <w:pgSz w:w="11900" w:h="16840"/>
          <w:pgMar w:top="298" w:right="648" w:bottom="1440" w:left="666" w:header="720" w:footer="720" w:gutter="0"/>
          <w:cols w:space="720" w:num="1" w:equalWidth="0">
            <w:col w:w="10586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532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Аккордеон, активные колонки, монитор, ноутбук.</w:t>
      </w:r>
    </w:p>
    <w:p>
      <w:pPr>
        <w:autoSpaceDN w:val="0"/>
        <w:autoSpaceDE w:val="0"/>
        <w:widowControl/>
        <w:spacing w:line="302" w:lineRule="auto" w:before="262" w:after="0"/>
        <w:ind w:left="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Аудио и видеоматериалы для слушания и просмотра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6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584" w:space="0"/>
            <w:col w:w="10544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6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488" w:space="0"/>
        <w:col w:w="10584" w:space="0"/>
        <w:col w:w="10560" w:space="0"/>
        <w:col w:w="10514" w:space="0"/>
        <w:col w:w="10584" w:space="0"/>
        <w:col w:w="10584" w:space="0"/>
        <w:col w:w="10544" w:space="0"/>
        <w:col w:w="10516" w:space="0"/>
        <w:col w:w="10584" w:space="0"/>
        <w:col w:w="9590" w:space="0"/>
        <w:col w:w="5934" w:space="0"/>
        <w:col w:w="3656" w:space="0"/>
        <w:col w:w="9590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