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792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1998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Оренбургской области</w:t>
      </w:r>
    </w:p>
    <w:p>
      <w:pPr>
        <w:autoSpaceDN w:val="0"/>
        <w:autoSpaceDE w:val="0"/>
        <w:widowControl/>
        <w:spacing w:line="230" w:lineRule="auto" w:before="670" w:after="0"/>
        <w:ind w:left="1362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Администрация муниципального образования Тоцкого района</w:t>
      </w:r>
    </w:p>
    <w:p>
      <w:pPr>
        <w:autoSpaceDN w:val="0"/>
        <w:autoSpaceDE w:val="0"/>
        <w:widowControl/>
        <w:spacing w:line="230" w:lineRule="auto" w:before="670" w:after="1436"/>
        <w:ind w:left="0" w:right="368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Медведская ООШ</w:t>
      </w:r>
    </w:p>
    <w:p>
      <w:pPr>
        <w:sectPr>
          <w:pgSz w:w="11900" w:h="16840"/>
          <w:pgMar w:top="298" w:right="870" w:bottom="398" w:left="1440" w:header="720" w:footer="720" w:gutter="0"/>
          <w:cols w:space="720" w:num="1" w:equalWidth="0"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2816" w:right="288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СОГЛАСОВАНО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Заместитель директора по УВР</w:t>
      </w:r>
    </w:p>
    <w:p>
      <w:pPr>
        <w:autoSpaceDN w:val="0"/>
        <w:autoSpaceDE w:val="0"/>
        <w:widowControl/>
        <w:spacing w:line="230" w:lineRule="auto" w:before="182" w:after="0"/>
        <w:ind w:left="0" w:right="492" w:firstLine="0"/>
        <w:jc w:val="righ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______________Е.Ю.Миляева</w:t>
      </w:r>
    </w:p>
    <w:p>
      <w:pPr>
        <w:sectPr>
          <w:type w:val="continuous"/>
          <w:pgSz w:w="11900" w:h="16840"/>
          <w:pgMar w:top="298" w:right="870" w:bottom="398" w:left="1440" w:header="720" w:footer="720" w:gutter="0"/>
          <w:cols w:space="720" w:num="2" w:equalWidth="0"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45" w:lineRule="auto" w:before="0" w:after="0"/>
        <w:ind w:left="398" w:right="1872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 xml:space="preserve">УТВЕРЖДЕНО </w:t>
      </w:r>
      <w:r>
        <w:br/>
      </w: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Директор</w:t>
      </w:r>
    </w:p>
    <w:p>
      <w:pPr>
        <w:autoSpaceDN w:val="0"/>
        <w:autoSpaceDE w:val="0"/>
        <w:widowControl/>
        <w:spacing w:line="230" w:lineRule="auto" w:before="182" w:after="182"/>
        <w:ind w:left="398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______________О.Н.Кинжеева</w:t>
      </w:r>
    </w:p>
    <w:p>
      <w:pPr>
        <w:sectPr>
          <w:type w:val="nextColumn"/>
          <w:pgSz w:w="11900" w:h="16840"/>
          <w:pgMar w:top="298" w:right="870" w:bottom="398" w:left="1440" w:header="720" w:footer="720" w:gutter="0"/>
          <w:cols w:space="720" w:num="2" w:equalWidth="0">
            <w:col w:w="5934" w:space="0"/>
            <w:col w:w="3656" w:space="0"/>
            <w:col w:w="9590" w:space="0"/>
          </w:cols>
          <w:docGrid w:linePitch="360"/>
        </w:sectPr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1400.0" w:type="dxa"/>
      </w:tblPr>
      <w:tblGrid>
        <w:gridCol w:w="4795"/>
        <w:gridCol w:w="4795"/>
      </w:tblGrid>
      <w:tr>
        <w:trPr>
          <w:trHeight w:hRule="exact" w:val="490"/>
        </w:trPr>
        <w:tc>
          <w:tcPr>
            <w:tcW w:type="dxa" w:w="39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1416" w:right="864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Протокол №1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"31" 08  2022 г.</w:t>
            </w:r>
          </w:p>
        </w:tc>
        <w:tc>
          <w:tcPr>
            <w:tcW w:type="dxa" w:w="33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0" w:after="0"/>
              <w:ind w:left="992" w:right="72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 xml:space="preserve">Приказ №144 </w:t>
            </w:r>
            <w:r>
              <w:br/>
            </w: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"01" 09 2022 г.</w:t>
            </w:r>
          </w:p>
        </w:tc>
      </w:tr>
    </w:tbl>
    <w:p>
      <w:pPr>
        <w:autoSpaceDN w:val="0"/>
        <w:autoSpaceDE w:val="0"/>
        <w:widowControl/>
        <w:spacing w:line="262" w:lineRule="auto" w:before="978" w:after="0"/>
        <w:ind w:left="3024" w:right="3600" w:firstLine="0"/>
        <w:jc w:val="center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РАБОЧАЯ ПРОГРАММА </w:t>
      </w:r>
      <w:r>
        <w:br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(ID 5118202)</w:t>
      </w:r>
    </w:p>
    <w:p>
      <w:pPr>
        <w:autoSpaceDN w:val="0"/>
        <w:autoSpaceDE w:val="0"/>
        <w:widowControl/>
        <w:spacing w:line="262" w:lineRule="auto" w:before="166" w:after="0"/>
        <w:ind w:left="3600" w:right="3888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«Музыка»</w:t>
      </w:r>
    </w:p>
    <w:p>
      <w:pPr>
        <w:autoSpaceDN w:val="0"/>
        <w:autoSpaceDE w:val="0"/>
        <w:widowControl/>
        <w:spacing w:line="262" w:lineRule="auto" w:before="670" w:after="0"/>
        <w:ind w:left="2304" w:right="2736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для 6 класса основного общего образования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62" w:lineRule="auto" w:before="2112" w:after="0"/>
        <w:ind w:left="7928" w:right="0" w:hanging="2868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Составитель: Касилова Марина Викторовна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музыки</w:t>
      </w:r>
    </w:p>
    <w:p>
      <w:pPr>
        <w:autoSpaceDN w:val="0"/>
        <w:autoSpaceDE w:val="0"/>
        <w:widowControl/>
        <w:spacing w:line="230" w:lineRule="auto" w:before="2830" w:after="0"/>
        <w:ind w:left="0" w:right="413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 Медведка 2022</w:t>
      </w:r>
    </w:p>
    <w:p>
      <w:pPr>
        <w:sectPr>
          <w:type w:val="continuous"/>
          <w:pgSz w:w="11900" w:h="16840"/>
          <w:pgMar w:top="298" w:right="870" w:bottom="398" w:left="1440" w:header="720" w:footer="720" w:gutter="0"/>
          <w:cols w:space="720" w:num="1" w:equalWidth="0"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1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предмету «Музыка» на уровне 6 класса основного общего образования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составлена на основе Требований к результатам освоения программы основного общего образования,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представленных в Федеральном государственном образовательном стандарте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образования, с учётом распределённых по модулям проверяемых требований к результатам освоения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основной образовательной программы основного общего образования по предмету «Музыка»,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Примерной программы воспитания.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ОБЩАЯ ХАРАКТЕРИСТИКА УЧЕБНОГО ПРЕДМЕТА «МУЗЫКА»</w:t>
      </w:r>
    </w:p>
    <w:p>
      <w:pPr>
        <w:autoSpaceDN w:val="0"/>
        <w:autoSpaceDE w:val="0"/>
        <w:widowControl/>
        <w:spacing w:line="286" w:lineRule="auto" w:before="168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— универсальный антропологический феномен, неизменно присутствующий во всех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культурах и цивилизациях на протяжении всей истории человечества. Используя интонационно-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выразительные средства, она способна порождать эстетические эмоции, разнообразные чувства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мысли, яркие художественные образы, для которых характерны, с одной стороны, высокий уровень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обобщённости, с другой — глубокая степень психологической вовлечённости личности. Эта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особенность открывает уникальный потенциал для развития внутреннего мира человека,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гармонизации его взаимоотношений с самим собой, другими людьми, окружающим миром через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занятия музыкальным искусством.</w:t>
      </w:r>
    </w:p>
    <w:p>
      <w:pPr>
        <w:autoSpaceDN w:val="0"/>
        <w:autoSpaceDE w:val="0"/>
        <w:widowControl/>
        <w:spacing w:line="28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действует на невербальном уровне и развивает такие важнейшие качества и свойства, как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целостное восприятие мира, интуиция, сопереживание, содержательная рефлексия. Огромное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значение имеет музыка в качестве универсального языка, не требующего перевода, позволяющего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 принимать образ жизни, способ мышления и мировоззрение представителей других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народов и культур.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Музыка, являясь эффективным способом коммуникации, обеспечивает межличностное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социальное взаимодействие людей, в том числе является средством сохранения и передачи идей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смыслов, рождённых в предыдущие века и отражённых в народной, духовной музыке, произведениях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великих композиторов прошлого. Особое значение приобретает музыкальное воспитание в свете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целей и задач укрепления национальной идентичности. Родные интонации, мелодии и ритмы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являются квинтэссенцией культурного кода, сохраняющего в свёрнутом виде всю систему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мировоззрения предков, передаваемую музыкой не только через сознание, но и на более глубоком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подсознательном — уровне.</w:t>
      </w:r>
    </w:p>
    <w:p>
      <w:pPr>
        <w:autoSpaceDN w:val="0"/>
        <w:autoSpaceDE w:val="0"/>
        <w:widowControl/>
        <w:spacing w:line="276" w:lineRule="auto" w:before="7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— временнóе искусство. В связи с этим важнейшим вкладом в развитие комплекса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психических качеств личности является способность музыки развивать чувство времени, чуткость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распознаванию причинно-следственных связей и логики развития событий, обогощать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индивидуальный опыт в предвидении будущего и его сравнении с прошлым.</w:t>
      </w:r>
    </w:p>
    <w:p>
      <w:pPr>
        <w:autoSpaceDN w:val="0"/>
        <w:autoSpaceDE w:val="0"/>
        <w:widowControl/>
        <w:spacing w:line="28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обеспечивает развитие интеллектуальных и творческих способностей ребёнка, развивает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его абстрактное мышление, память и воображение, формирует умения и навыки в сфере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эмоционального интеллекта, способствует самореализации и самопринятию личности. Таким образом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музыкальное обучение и воспитание вносит огромный вклад в эстетическое и нравственное развитие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ребёнка, формирование всей системы ценностей.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Рабочая программа позволит учителю:</w:t>
      </w:r>
    </w:p>
    <w:p>
      <w:pPr>
        <w:autoSpaceDN w:val="0"/>
        <w:autoSpaceDE w:val="0"/>
        <w:widowControl/>
        <w:spacing w:line="271" w:lineRule="auto" w:before="178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реализовать в процессе преподавания музыки современные подходы к формированию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личностных, метапредметных и предметных результатов обучения, сформулированных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Федеральном государственном образовательном стандарте основного общего образования;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определить и структурировать планируемые результаты обучения и содержание учебного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предмета «Музыка» по годам обучения в соответствии с ФГОС ООО (утв. приказом</w:t>
      </w:r>
    </w:p>
    <w:p>
      <w:pPr>
        <w:sectPr>
          <w:pgSz w:w="11900" w:h="16840"/>
          <w:pgMar w:top="298" w:right="650" w:bottom="368" w:left="666" w:header="720" w:footer="720" w:gutter="0"/>
          <w:cols w:space="720" w:num="1" w:equalWidth="0"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Министерства образования и науки РФ от 17 декабря 2010 г. № 1897, с изменениями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дополнениями от 29 декабря 2014 г., 31 декабря 2015 г., 11 декабря 2020 г.); Примерной основной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образовательной программой основного общего образования (в редакции протокола № 1/20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04.02.2020 Федерального учебно-методического объединения по общему образованию);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Примерной программой воспитания (одобрена решением Федерального учебно-методического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объединения по общему образованию, протокол от 2 июня 2020 г. №2/20);</w:t>
      </w:r>
    </w:p>
    <w:p>
      <w:pPr>
        <w:autoSpaceDN w:val="0"/>
        <w:autoSpaceDE w:val="0"/>
        <w:widowControl/>
        <w:spacing w:line="276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разработать календарно-тематическое планирование с учётом особенностей конкретного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региона, образовательного учреждения, класса, используя рекомендованное в рабочей программе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примерное распределение учебного времени на изучение определённого раздела/темы, а также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предложенные основные виды учебной деятельности для освоения учебного материала.</w:t>
      </w:r>
    </w:p>
    <w:p>
      <w:pPr>
        <w:autoSpaceDN w:val="0"/>
        <w:autoSpaceDE w:val="0"/>
        <w:widowControl/>
        <w:spacing w:line="230" w:lineRule="auto" w:before="32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 ЗАДАЧИ ИЗУЧЕНИЯ УЧЕБНОГО ПРЕДМЕТА «МУЗЫКА»</w:t>
      </w:r>
    </w:p>
    <w:p>
      <w:pPr>
        <w:autoSpaceDN w:val="0"/>
        <w:autoSpaceDE w:val="0"/>
        <w:widowControl/>
        <w:spacing w:line="276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жизненно необходима для полноценного образования и воспитания ребёнка, развития 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психики, эмоциональной и интеллектуальной сфер, творческого потенциала. Признание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самоценности творческого развития человека, уникального вклада искусства в образование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воспитание делает неприменимыми критерии утилитарности.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Основная цель реализации программы — воспитание музыкальной культуры как части всей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духовной культуры обучающихся. Основным содержанием музыкального обучения и воспитания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является личный и коллективный опыт проживания и осознания специфического комплекса эмоций,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чувств, образов, идей, порождаемых ситуациями эстетического восприятия (постижение мира через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переживание, интонационно-смысловое обобщение, содержательный анализ произведений,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моделирование художественно-творческого процесса, самовыражение через творчество).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процессе конкретизации учебных целей их реализация осуществляется по следующим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направлениям: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1) становление системы ценностей обучающихся, развитие целостного миропонимания в единстве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эмоциональной и познавательной сферы;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2) развитие потребности в общении с произведениями искусства, осознание значения музыкального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 как универсальной формы невербальной коммуникации между людьми разных эпох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народов, эффективного способа автокоммуникации;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3) формирование творческих способностей ребёнка, развитие внутренней мотивации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интонационно-содержательной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2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Важнейшими задачами изучения предмета «Музыка» в основной школе являются: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1.   Приобщение к общечеловеческим духовным ценностям через личный психологический опыт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эмоционально-эстетического переживания.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   Осознание социальной функции музыки. Стремление понять закономерности развития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музыкального искусства, условия разнообразного проявления и бытования музыки в человеческом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обществе, специфики её воздействия на человека.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   Формирование ценностных личных предпочтений в сфере музыкального искусства. Воспитание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уважительного отношения к системе культурных ценностей других людей. Приверженность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парадигме сохранения и развития культурного многообразия.</w:t>
      </w:r>
    </w:p>
    <w:p>
      <w:pPr>
        <w:autoSpaceDN w:val="0"/>
        <w:autoSpaceDE w:val="0"/>
        <w:widowControl/>
        <w:spacing w:line="271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4.   Формирование целостного представления о комплексе выразительных средств музыкального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искусства. Освоение ключевых элементов музыкального языка, характерных для различных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музыкальных стилей.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5.   Развитие общих и специальных музыкальных способностей, совершенствование в предметных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умениях и навыках, в том числе: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а) слушание (расширение приёмов и навыков вдумчивого, осмысленного восприятия музыки;</w:t>
      </w:r>
    </w:p>
    <w:p>
      <w:pPr>
        <w:sectPr>
          <w:pgSz w:w="11900" w:h="16840"/>
          <w:pgMar w:top="286" w:right="718" w:bottom="372" w:left="666" w:header="720" w:footer="720" w:gutter="0"/>
          <w:cols w:space="720" w:num="1" w:equalWidth="0"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8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аналитической, оценочной, рефлексивной деятельности в связи с прослушанным музыкальным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произведением);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б) исполнение (пение в различных манерах, составах, стилях; игра на доступных музыкальных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инструментах, опыт исполнительской деятельности на электронных и виртуальных музыкальных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инструментах);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в) сочинение (элементы вокальной и инструментальной импровизации, композиции, аранжировки,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том числе с использованием цифровых программных продуктов);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г) музыкальное движение (пластическое интонирование, инсценировка, танец, двигательное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моделирование и др.);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д) творческие проекты, музыкально-театральная деятельность (концерты, фестивали,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е) исследовательская деятельность на материале музыкального искусства.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6.   Расширение культурного кругозора, накопление знаний о музыке и музыкантах, достаточное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активного, осознанного восприятия лучших образцов народного и профессионального искусства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родной страны и мира, ориентации в истории развития музыкального искусства и современной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музыкальной культуре.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Программа составлена на основе модульного принципа построения учебного материала и допускает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вариативный подход к очерёдности изучения модулей, принципам компоновки учебных тем, форм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методов освоения содержания.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Содержание предмета «Музыка» структурно представлено девятью модулями (тематическими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линиями), обеспечивающими преемственность с образовательной программой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и непрерывность изучения предмета и образовательной области «Искусство»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протяжении всего курса школьного обучения: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1 «Музыка моего края»;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2 «Народное музыкальное творчество России»;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3 «Музыка народов мира»;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4 «Европейская классическая музыка»;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5 «Русская классическая музыка»;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6 «Истоки и образы русской и европейской духовной музыки»;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7 «Современная музыка: основные жанры и направления»;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модуль № 8 «Связь музыки с другими видами искусства»;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модуль № 9 «Жанры музыкального искусства».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«МУЗЫКА» В УЧЕБНОМ ПЛАНЕ</w:t>
      </w:r>
    </w:p>
    <w:p>
      <w:pPr>
        <w:autoSpaceDN w:val="0"/>
        <w:autoSpaceDE w:val="0"/>
        <w:widowControl/>
        <w:spacing w:line="271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Федеральным государственным образовательным стандартом основного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учебный предмет «Музыка» входит в предметную область «Искусство»,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обязательным для изучения и преподаётся в основной школе с 5 по 8 класс включительно.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предмета «Музыка» предполагает активную социокультурную деятельность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обучающихся, участие в исследовательских и творческих проектах, в том числе основанных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межпредметных связях с такими дисциплинами образовательной программы, как «Изобразительное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искусство», «Литература», «География», «История», «Обществознание», «Иностранный язык» и др.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Общее число часов, отведённых на изучение предмета «Музыка» в 6 классе составляет 34 часа (не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менее 1 часа в неделю).</w:t>
      </w:r>
    </w:p>
    <w:p>
      <w:pPr>
        <w:sectPr>
          <w:pgSz w:w="11900" w:h="16840"/>
          <w:pgMar w:top="286" w:right="682" w:bottom="968" w:left="666" w:header="720" w:footer="720" w:gutter="0"/>
          <w:cols w:space="720" w:num="1" w:equalWidth="0">
            <w:col w:w="10552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34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МУЗЫКА МОЕГО КРАЯ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Календарный фольклор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Календарные обряды, традиционные для данной местности (осенние, зимние, весенние — на выбор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учителя).</w:t>
      </w:r>
    </w:p>
    <w:p>
      <w:pPr>
        <w:autoSpaceDN w:val="0"/>
        <w:autoSpaceDE w:val="0"/>
        <w:widowControl/>
        <w:spacing w:line="271" w:lineRule="auto" w:before="190" w:after="0"/>
        <w:ind w:left="180" w:right="288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Mодуль «НАРОДНОЕ МУЗЫКАЛЬНОЕ ТВОРЧЕСТВО РОССИИ»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Фольклорные жанры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Общее и особенное в фольклоре народов России: лирика, эпос, танец.</w:t>
      </w:r>
    </w:p>
    <w:p>
      <w:pPr>
        <w:autoSpaceDN w:val="0"/>
        <w:autoSpaceDE w:val="0"/>
        <w:widowControl/>
        <w:spacing w:line="271" w:lineRule="auto" w:before="192" w:after="0"/>
        <w:ind w:left="180" w:right="432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Mодуль «ЖАНРЫ МУЗЫКАЛЬНОГО ИСКУССТВА»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Циклические формы и жанры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Сюита, цикл миниатюр (вокальных, инструментальных).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Принцип контраста.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Прелюдия и фуга.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Соната, концерт: трёхчастная форма, контраст основных тем, разработочный принцип развития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Mодуль «РУССКАЯ КЛАССИЧЕСКАЯ МУЗЫКА»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Золотой век русской культуры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Светская музыка российского дворянства XIX века: музыкальные салоны, домашнее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музицирование, балы, театры. Увлечение западным искусством, появление своих гениев. Синтез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западно-европейской культуры и русских интонаций, настроений, образов (на примере творчества М. 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И. Глинки, П. И. Чайковского, Н. А. Римского-Корсакова и др.)</w:t>
      </w:r>
    </w:p>
    <w:p>
      <w:pPr>
        <w:autoSpaceDN w:val="0"/>
        <w:autoSpaceDE w:val="0"/>
        <w:widowControl/>
        <w:spacing w:line="271" w:lineRule="auto" w:before="190" w:after="0"/>
        <w:ind w:left="180" w:right="3654" w:firstLine="0"/>
        <w:jc w:val="both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Mодуль «МУЗЫКА НАРОДОВ МИРА»</w:t>
      </w:r>
      <w:r>
        <w:br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Музыка — древнейший язык человечества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Археологические находки, легенды и сказания о музыке древних.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Древняя Греция — колыбель европейской культуры (театр, хор, оркестр, лады, учение о гармонии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др.).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Mодуль «ЕВРОПЕЙСКАЯ КЛАССИЧЕСКАЯ МУЗЫКА»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Музыкальный образ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Героические об​разы в музыке. Лирический герой музыкального произведения. Судьба человека —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судьба человечества (на примере творчества Л. ван Бетховена, Ф. Шуберта и др.). Стили классицизм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романтизм (круг основных образов, характерных интонаций, жанров)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2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Mодуль «ИСТОКИ И ОБРАЗЫ РУССКОЙ И ЕВРОПЕЙСКОЙ ДУХОВНОЙ МУЗЫКИ»</w:t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Развитие церковной музыки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Европейская музыка религиозной традиции (григорианский хорал, изобретение нотной записи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Гвидо д’Ареццо, протестантский хорал).</w:t>
      </w:r>
    </w:p>
    <w:p>
      <w:pPr>
        <w:autoSpaceDN w:val="0"/>
        <w:autoSpaceDE w:val="0"/>
        <w:widowControl/>
        <w:spacing w:line="262" w:lineRule="auto" w:before="70" w:after="0"/>
        <w:ind w:left="18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Русская музыка религиозной традиции (знаменный распев, крюковая запись, партесное пение).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Полифония в западной и русской духовной музыке. Жанры: кантата, духовный концерт, реквием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Mодуль «СВЯЗЬ МУЗЫКИ С ДРУГИМИ ВИДАМИ ИСКУССТВА»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Музыка и литература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Единство слова и музыки в вокальных жанрах (песня, романс, кантата, ноктюрн, баркарола, былина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др.).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Интонации рассказа, повествования в инструментальной музыке (поэма, баллада и др.).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Программная музыка.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F0F50"/>
          <w:sz w:val="24"/>
        </w:rPr>
        <w:t>Mодуль «СОВРЕМЕННАЯ МУЗЫКА: ОСНОВНЫЕ ЖАНРЫ И НАПРАВЛЕНИЯ »</w:t>
      </w:r>
    </w:p>
    <w:p>
      <w:pPr>
        <w:sectPr>
          <w:pgSz w:w="11900" w:h="16840"/>
          <w:pgMar w:top="298" w:right="650" w:bottom="310" w:left="666" w:header="720" w:footer="720" w:gutter="0"/>
          <w:cols w:space="720" w:num="1" w:equalWidth="0">
            <w:col w:w="10584" w:space="0"/>
            <w:col w:w="10552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2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71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Музыка цифрового мира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 повсюду (радио, телевидение, Интернет, наушники). Музыка на любой вкус (безграничный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выбор, персональные плей-листы). Музыкальное творчество в условиях цифровой среды</w:t>
      </w:r>
    </w:p>
    <w:p>
      <w:pPr>
        <w:sectPr>
          <w:pgSz w:w="11900" w:h="16840"/>
          <w:pgMar w:top="292" w:right="748" w:bottom="1440" w:left="666" w:header="720" w:footer="720" w:gutter="0"/>
          <w:cols w:space="720" w:num="1" w:equalWidth="0">
            <w:col w:w="10486" w:space="0"/>
            <w:col w:w="10584" w:space="0"/>
            <w:col w:w="10552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Специфика эстетического содержания предмета «Музыка» обусловливает тесное взаимодействие,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смысловое единство трёх групп результатов: личностных, метапредметных и предметных.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66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рабочей программы по музыке для основного общего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достигаются во взаимодействии учебной и воспитательной работы, урочной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внеурочной деятельности. Они должны отражать готовность обучающихся руководствоваться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системой позитивных ценностных ориентаций, в том числе в части: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Гражданско-патриотического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российской гражданской идентичности; знание Гимна России и традиций его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исполнения, уважение музыкальных символов и традиций республик Российской Федерации;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проявление интереса к освоению музыкальных традиций своего края, музыкальной культуры народов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России; уважение к достижениям отечественных мастеров культуры; стремление участвовать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творческой жизни своей школы, города, республики.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Духовно-нравственного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признание индивидуальности каждого человека; проявление сопереживания, уважения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доброжелательности; готовность придерживаться принципов взаимопомощи и творческого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сотрудничества в процессе непосредственной музыкальной и учебной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Эстетического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восприимчивость к различным видам искусства, музыкальным традициям и творчеству своего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других народов; умение видеть прекрасное в жизни, наслаждаться красотой; стремление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самовыражению в разных видах искусства.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Ценности научного познания: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первоначальные представления о единстве и особенностях художественной и научной картины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мира; познавательные интересы, активность, инициативность, любознательность и самостоятельность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познании.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Физического воспитания, формирования культуры здоровья и эмоционального благополучия: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соблюдение правил здорового и безопасного (для себя и других людей) образа жизни в окружающей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среде; бережное отношение к физиологическим системам организма, задействованным в музыкально-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исполнительской деятельности (дыхание, артикуляция, музыкальный слух, голос); профилактика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умственного и физического утомления с использованием возможностей музыкотерапии.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2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Трудового воспитания: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установка на посильное активное участие в практической деятельности; трудолюбие в учёбе,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настойчивость в достижении поставленных целей; интерес к практическому изучению профессий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сфере культуры и искусства; уважение к труду и результатам трудовой деятельности.</w:t>
      </w:r>
    </w:p>
    <w:p>
      <w:pPr>
        <w:autoSpaceDN w:val="0"/>
        <w:autoSpaceDE w:val="0"/>
        <w:widowControl/>
        <w:spacing w:line="262" w:lineRule="auto" w:before="70" w:after="0"/>
        <w:ind w:left="180" w:right="2592" w:firstLine="0"/>
        <w:jc w:val="left"/>
      </w:pP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Экологического воспитания: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бережное отношение к природе; неприятие действий, приносящих ей вред.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6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Метапредметные результаты освоения основной образовательной программы, формируемые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изучении предмета «Музыка»: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1. Овладение универсальными познавательными действиями.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Базовые логические действия: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сравнивать музыкальные звуки, звуковые сочетания, произведения, жанры; устанавливать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основания для сравнения, объединять элементы музыкального звучания по определённому признаку;</w:t>
      </w:r>
    </w:p>
    <w:p>
      <w:pPr>
        <w:sectPr>
          <w:pgSz w:w="11900" w:h="16840"/>
          <w:pgMar w:top="298" w:right="650" w:bottom="338" w:left="666" w:header="720" w:footer="720" w:gutter="0"/>
          <w:cols w:space="720" w:num="1" w:equalWidth="0">
            <w:col w:w="10584" w:space="0"/>
            <w:col w:w="10486" w:space="0"/>
            <w:col w:w="10584" w:space="0"/>
            <w:col w:w="10552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определять существенный признак для классификации, классифицировать предложенные объекты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(музыкальные инструменты, элементы музыкального языка, произведения, исполнительские составы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др.);находить закономерности и противоречия в рассматриваемых явлениях музыкального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искусства, сведениях и наблюдениях за звучащим музыкальным материалом на основе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предложенного учителем алгоритма;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выявлять недостаток информации, в том числе слуховой, акустической для решения учебной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(практической) задачи на основе предложенного алгоритма;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устанавливать причинно-следственные связи в ситуациях музыкального восприятия и исполнения,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делать выводы.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Базовые исследовательские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основе предложенных учителем вопросов определять разрыв между реальным и желательным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состоянием музыкальных явлений, в том числе в отношении собственных музыкально-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исполнительских навыков;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помощью учителя формулировать цель выполнения вокальных и слуховых упражнений,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изменения результатов своей музыкальной деятельности, ситуации совместного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музицирования;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сравнивать несколько вариантов решения творческой, исполнительской задачи, выбирать наиболее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подходящий (на основе предложенных критериев);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по предложенному плану опыт, несложное исследование по установлению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предмета изучения и связей между музыкальными объектами и явлениями (часть — целое,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причина — следствие);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выводы и подкреплять их доказательствами на основе результатов проведённого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наблюдения (в том числе в форме двигательного моделирования, звукового эксперимента,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классификации, сравнения, исследования);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прогнозировать возможное развитие музыкального процесса, эволюции культурных явлений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различных условиях.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Работа с информацией: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 источник получения информации;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согласно заданному алгоритму находить в предложенном источнике информацию, представленную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явном виде;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достоверную и недостоверную информацию самостоятельно или на основании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предложенного учителем способа её проверки;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соблюдать с помощью взрослых (учителей, родителей (законных представителей) обучающихся)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 информационной безопасности при поиске информации в сети Интернет;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текстовую, видео-, графическую, звуковую, информацию в соответствии с учебной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анализировать музыкальные тексты (акустические и нотные) по предложенному учителем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алгоритму;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самостоятельно создавать схемы, таблицы для представления информации.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2. Овладение универсальными коммуникативными действиями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Невербальная коммуникация: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музыку как специфическую форму общения людей, стремиться понять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эмоционально-образное содержание музыкального высказывания;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выступать перед публикой в качестве исполнителя музыки (соло или в коллективе);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передавать в собственном исполнении музыки художественное содержание, выражать настроение,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чувства, личное отношение к исполняемому произведению;</w:t>
      </w:r>
    </w:p>
    <w:p>
      <w:pPr>
        <w:sectPr>
          <w:pgSz w:w="11900" w:h="16840"/>
          <w:pgMar w:top="298" w:right="720" w:bottom="428" w:left="666" w:header="720" w:footer="720" w:gutter="0"/>
          <w:cols w:space="720" w:num="1" w:equalWidth="0">
            <w:col w:w="10514" w:space="0"/>
            <w:col w:w="10584" w:space="0"/>
            <w:col w:w="10486" w:space="0"/>
            <w:col w:w="10584" w:space="0"/>
            <w:col w:w="10552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62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осознанно пользоваться интонационной выразительностью в обыденной речи, понимать культурные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нормы и значение интонации в повседневном общении.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Вербальная коммуникация: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и формулировать суждения, выражать эмоции в соответствии с целями и условиями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 в знакомой среде;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проявлять уважительное отношение к собеседнику, соблюдать правила ведения диалога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дискуссии;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признавать возможность существования разных точек зрения;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корректно и аргументированно высказывать своё мнение;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строить речевое высказывание в соответствии с поставленной задачей;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создавать устные и письменные тексты (описание, рассуждение, повествование);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готовить небольшие публичные выступления;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подбирать иллюстративный материал (рисунки, фото, плакаты) к тексту выступления.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Совместная деятельность (сотрудничество):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стремиться к объединению усилий, эмоциональной эмпатии в ситуациях совместного восприятия,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исполнения музыки;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переключаться между различными формами коллективной, групповой и индивидуальной работы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решении конкретной проблемы, выбирать наиболее эффективные формы взаимодействия при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решении поставленной задачи;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краткосрочные и долгосрочные цели (индивидуальные с учётом участия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коллективных задачах) в стандартной (типовой) ситуации на основе предложенного формата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планирования, распределения промежуточных шагов и сроков;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принимать цель совместной деятельности, коллективно строить действия по её достижению: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распределять роли, договариваться, обсуждать процесс и результат совместной работы; проявлять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руководить, выполнять поручения, подчиняться;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ответственно выполнять свою часть работы; оценивать свой вклад в общий результат;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выполнять совместные проектные, творческие задания с опорой на предложенные образцы.</w:t>
      </w:r>
    </w:p>
    <w:p>
      <w:pPr>
        <w:autoSpaceDN w:val="0"/>
        <w:autoSpaceDE w:val="0"/>
        <w:widowControl/>
        <w:spacing w:line="276" w:lineRule="auto" w:before="70" w:after="0"/>
        <w:ind w:left="180" w:right="230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3. Овладение универсальными регулятивными действиями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Самоорганизация: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действия по решению учебной задачи для получения результата;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выстраивать последовательность выбранных действий.</w:t>
      </w:r>
    </w:p>
    <w:p>
      <w:pPr>
        <w:autoSpaceDN w:val="0"/>
        <w:autoSpaceDE w:val="0"/>
        <w:widowControl/>
        <w:spacing w:line="271" w:lineRule="auto" w:before="72" w:after="0"/>
        <w:ind w:left="180" w:right="360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Самоконтроль: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причины успеха/неудач учебной деятельности;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корректировать свои учебные действия для преодоления ошибок.</w:t>
      </w:r>
    </w:p>
    <w:p>
      <w:pPr>
        <w:autoSpaceDN w:val="0"/>
        <w:autoSpaceDE w:val="0"/>
        <w:widowControl/>
        <w:spacing w:line="27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универсальных учебных регулятивных действий обеспечивает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смысловых установок личности (внутренняя позиция личности) и жизненных навыков личности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(управления собой, самодисциплины, устойчивого поведения, эмоционального душевного равновесия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т. д.).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76" w:lineRule="auto" w:before="166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 характеризуют сформированность у обучающихся основ музыкальной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культуры и проявляются в способности к музыкальной деятельности, потребности в регулярном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общении с музыкальным искусством во всех доступных формах, органичном включении музыки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актуальный контекст своей жизни.</w:t>
      </w:r>
    </w:p>
    <w:p>
      <w:pPr>
        <w:autoSpaceDN w:val="0"/>
        <w:autoSpaceDE w:val="0"/>
        <w:widowControl/>
        <w:spacing w:line="262" w:lineRule="auto" w:before="190" w:after="0"/>
        <w:ind w:left="18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Обучающиеся, освоившие основную образовательную программу по предмету «Музыка»: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осознают принципы универсальности и всеобщности музыки как вида искусства, неразрывную</w:t>
      </w:r>
    </w:p>
    <w:p>
      <w:pPr>
        <w:sectPr>
          <w:pgSz w:w="11900" w:h="16840"/>
          <w:pgMar w:top="298" w:right="674" w:bottom="392" w:left="666" w:header="720" w:footer="720" w:gutter="0"/>
          <w:cols w:space="720" w:num="1" w:equalWidth="0">
            <w:col w:w="10560" w:space="0"/>
            <w:col w:w="10514" w:space="0"/>
            <w:col w:w="10584" w:space="0"/>
            <w:col w:w="10486" w:space="0"/>
            <w:col w:w="10584" w:space="0"/>
            <w:col w:w="10552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8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связь музыки и жизни человека, всего человечества, могут рассуждать на эту тему;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воспринимают российскую музыкальную культуру как целостное и самобытное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цивилизационное явление; знают достижения отечественных мастеров музыкальной культуры,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испытывают гордость за них;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сознательно стремятся к укреплению и сохранению собственной музыкальной идентичности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(разбираются в особенностях музыкальной культуры своего народа, узнают на слух родные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интонации среди других, стремятся участвовать в исполнении музыки своей национальной традиции,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понимают ответственность за сохранение и передачу следующим поколениям музыкальной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своего народа);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понимают роль музыки как социально значимого явления, формирующего общественные вкусы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настроения, включённого в развитие политического, экономического, религиозного, иных аспектов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развития общества.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результаты, формируемые в ходе изучения предмета «Музыка», сгруппированы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учебным модулям и должны отражать сформированность умений.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«Музыка моего края»: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знать музыкальные традиции своей республики, края, народа;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особенности творчества народных и профессиональных музыкантов, творческих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коллективов своего края;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исполнять и оценивать образцы музыкального фольклора и сочинения композиторов своей малой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родины.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«Народное музыкальное творчество России»: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на слух музыкальные образцы, относящиеся к русскому музыкальному фольклору,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музыке народов Северного Кавказа; республик Поволжья, Сибири (не менее трёх региональных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фольклорных традиций на выбор учителя);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на слух и исполнять произведения различных жанров фольклорной музыки;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на слух принадлежность народных музыкальных инструментов к группам духовых,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струнных, ударно-шумовых инструментов;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на примерах связь устного народного музыкального творчества и деятельности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профессиональных музыкантов в развитии общей культуры страны.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«Музыка народов мира»: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определять на слух музыкальные произведения, относящиеся к западно-европейской, латино-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американской, азиатской традиционной музыкальной культуре, в том числе к отдельным самобытным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культурно-национальным традициям;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на слух и исполнять произведения различных жанров фольклорной музыки;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на слух принадлежность народных музыкальных инструментов к группам духовых,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струнных, ударно-шумовых инструментов;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на слух и узнавать признаки влияния музыки разных народов мира в сочинениях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профессиональных композиторов (из числа изученных культурно-национальных традиций и жанров).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«Европейская классическая музыка»: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на слух произведения европейских композиторов-классиков, называть автора,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произведение, исполнительский состав;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принадлежность музыкального произведения к одному из художественных стилей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(барокко, классицизм, романтизм, импрессионизм);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исполнять (в том числе фрагментарно) сочинения композиторов-классиков;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характеризовать музыкальный образ и выразительные средства, использованные композитором,</w:t>
      </w:r>
    </w:p>
    <w:p>
      <w:pPr>
        <w:sectPr>
          <w:pgSz w:w="11900" w:h="16840"/>
          <w:pgMar w:top="286" w:right="650" w:bottom="368" w:left="666" w:header="720" w:footer="720" w:gutter="0"/>
          <w:cols w:space="720" w:num="1" w:equalWidth="0">
            <w:col w:w="10584" w:space="0"/>
            <w:col w:w="10560" w:space="0"/>
            <w:col w:w="10514" w:space="0"/>
            <w:col w:w="10584" w:space="0"/>
            <w:col w:w="10486" w:space="0"/>
            <w:col w:w="10584" w:space="0"/>
            <w:col w:w="10552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71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способы развития и форму строения музыкального произведения;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творчество не менее двух композиторов-классиков, приводить примеры наиболее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известных сочинений.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«Русская классическая музыка»: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на слух произведения русских композиторов-классиков, называть автора, произведение,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исполнительский состав;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музыкальный образ и выразительные средства, использованные композитором,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способы развития и форму строения музыкального произведения;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исполнять (в том числе фрагментарно, отдельными темами) сочинения русских композиторов;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 творчество не менее двух отечественных композиторов-классиков, приводить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примеры наиболее известных сочинений.</w:t>
      </w:r>
    </w:p>
    <w:p>
      <w:pPr>
        <w:autoSpaceDN w:val="0"/>
        <w:autoSpaceDE w:val="0"/>
        <w:widowControl/>
        <w:spacing w:line="276" w:lineRule="auto" w:before="192" w:after="0"/>
        <w:ind w:left="180" w:right="57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«Истоки и образы русской и европейской духовной музыки»: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и характеризовать жанры и произведения русской и европейской духовной музыки;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исполнять произведения русской и европейской духовной музыки;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приводить примеры сочинений духовной музыки, называть их автора.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«Современная музыка: основные жанры и направления»: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и характеризовать стили, направления и жанры современной музыки;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и определять на слух виды оркестров, ансамблей, тембры музыкальных инструментов,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входящих в их состав;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исполнять современные музыкальные произведения в разных видах деятельности.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«Связь музыки с другими видами искусства»: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определять стилевые и жанровые параллели между музыкой и другими видами искусств;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и анализировать средства выразительности разных видов искусств;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импровизировать, создавать произведения в одном виде искусства на основе восприятия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произведения другого вида искусства (сочинение, рисунок по мотивам музыкального произведения,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озвучивание картин, кинофрагментов и т. п.) или подбирать ассоциативные пары произведений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разных видов искусств, объясняя логику выбора;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высказывать суждения об основной идее, средствах её воплощения, интонационных особенностях,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жанре, исполнителях музыкального произведения.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Модуль «Жанры музыкального искусства»: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 и характеризовать жанры музыки (театральные, камерные и симфонические, вокальные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инструментальные и т..д.), знать их разновидности, приводить примеры;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рассуждать о круге образов и средствах их воплощения, типичных для данного жанра;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выразительно исполнять произведения (в том числе фрагменты) вокальных, инструментальных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музыкально-театральных жанров.</w:t>
      </w:r>
    </w:p>
    <w:p>
      <w:pPr>
        <w:sectPr>
          <w:pgSz w:w="11900" w:h="16840"/>
          <w:pgMar w:top="286" w:right="746" w:bottom="1440" w:left="666" w:header="720" w:footer="720" w:gutter="0"/>
          <w:cols w:space="720" w:num="1" w:equalWidth="0">
            <w:col w:w="10488" w:space="0"/>
            <w:col w:w="10584" w:space="0"/>
            <w:col w:w="10560" w:space="0"/>
            <w:col w:w="10514" w:space="0"/>
            <w:col w:w="10584" w:space="0"/>
            <w:col w:w="10486" w:space="0"/>
            <w:col w:w="10584" w:space="0"/>
            <w:col w:w="10552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348"/>
        </w:trPr>
        <w:tc>
          <w:tcPr>
            <w:tcW w:type="dxa" w:w="39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1430"/>
            <w:vMerge w:val="restart"/>
            <w:tcBorders>
              <w:start w:sz="4.800000000000011" w:val="single" w:color="#000000"/>
              <w:top w:sz="4.800000000000011" w:val="single" w:color="#000000"/>
              <w:end w:sz="4.800000000000068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300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Наименование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разделов и тем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программы</w:t>
            </w:r>
          </w:p>
        </w:tc>
        <w:tc>
          <w:tcPr>
            <w:tcW w:type="dxa" w:w="2772"/>
            <w:gridSpan w:val="3"/>
            <w:tcBorders>
              <w:start w:sz="4.800000000000068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5188"/>
            <w:gridSpan w:val="3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Репертуар</w:t>
            </w:r>
          </w:p>
        </w:tc>
        <w:tc>
          <w:tcPr>
            <w:tcW w:type="dxa" w:w="80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1416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деятельности</w:t>
            </w:r>
          </w:p>
        </w:tc>
        <w:tc>
          <w:tcPr>
            <w:tcW w:type="dxa" w:w="211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Виды, формы контроля</w:t>
            </w:r>
          </w:p>
        </w:tc>
        <w:tc>
          <w:tcPr>
            <w:tcW w:type="dxa" w:w="138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294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294"/>
            <w:vMerge/>
            <w:tcBorders>
              <w:start w:sz="4.800000000000011" w:val="single" w:color="#000000"/>
              <w:top w:sz="4.800000000000011" w:val="single" w:color="#000000"/>
              <w:end w:sz="4.800000000000068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800000000000068" w:val="single" w:color="#000000"/>
              <w:top w:sz="4.800000000000068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205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для слушания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для пения</w:t>
            </w:r>
          </w:p>
        </w:tc>
        <w:tc>
          <w:tcPr>
            <w:tcW w:type="dxa" w:w="146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музицирования</w:t>
            </w:r>
          </w:p>
        </w:tc>
        <w:tc>
          <w:tcPr>
            <w:tcW w:type="dxa" w:w="1294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294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294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294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Модуль 1.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Народное музыкальное творчество России</w:t>
            </w:r>
          </w:p>
        </w:tc>
      </w:tr>
      <w:tr>
        <w:trPr>
          <w:trHeight w:hRule="exact" w:val="4192"/>
        </w:trPr>
        <w:tc>
          <w:tcPr>
            <w:tcW w:type="dxa" w:w="396"/>
            <w:tcBorders>
              <w:start w:sz="4.800000000000011" w:val="single" w:color="#000000"/>
              <w:top w:sz="5.600000000000023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1430"/>
            <w:tcBorders>
              <w:start w:sz="4.800000000000011" w:val="single" w:color="#000000"/>
              <w:top w:sz="5.600000000000023" w:val="single" w:color="#000000"/>
              <w:end w:sz="4.800000000000068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Россия — наш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общий дом;</w:t>
            </w:r>
          </w:p>
        </w:tc>
        <w:tc>
          <w:tcPr>
            <w:tcW w:type="dxa" w:w="528"/>
            <w:tcBorders>
              <w:start w:sz="4.800000000000068" w:val="single" w:color="#000000"/>
              <w:top w:sz="5.600000000000023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5.600000000000023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2054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А. Бородин Симфония 2, М.</w:t>
            </w:r>
          </w:p>
          <w:p>
            <w:pPr>
              <w:autoSpaceDN w:val="0"/>
              <w:autoSpaceDE w:val="0"/>
              <w:widowControl/>
              <w:spacing w:line="254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Глинка опера "Руслан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Людмила" фрагменты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увертюра, марш Черномора,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рондо Фарлафа, опера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"Иван Сусанин" фрагменты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Ария Сусанина, сцена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появления поляков в доме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Сусанина, песня Вани, хор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"Славься" М. Мусоргский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"Рассвет на Москве-реке из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оперы "Хованщина", сюита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"Картинки с выставки"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Богатырские ворота;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Рахманинов романсы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Островок, Весенние воды,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Сирень. Вокализ, Концерт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2и3</w:t>
            </w:r>
          </w:p>
        </w:tc>
        <w:tc>
          <w:tcPr>
            <w:tcW w:type="dxa" w:w="1668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Высоцкий "Песня 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друге", Я. Дубравин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"Россия Россией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останется, Б.</w:t>
            </w:r>
          </w:p>
          <w:p>
            <w:pPr>
              <w:autoSpaceDN w:val="0"/>
              <w:autoSpaceDE w:val="0"/>
              <w:widowControl/>
              <w:spacing w:line="254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Окуджава "Пожелание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друзьям, "Музыкант",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"До свидания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мальчики", "Десятый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десантный батальон",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"Молитва", РНП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"Солдатушки браво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ребятушки" Ю.</w:t>
            </w:r>
          </w:p>
          <w:p>
            <w:pPr>
              <w:autoSpaceDN w:val="0"/>
              <w:autoSpaceDE w:val="0"/>
              <w:widowControl/>
              <w:spacing w:line="247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Визбор "Солнышко",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О. Мияев "Как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здорово"</w:t>
            </w:r>
          </w:p>
        </w:tc>
        <w:tc>
          <w:tcPr>
            <w:tcW w:type="dxa" w:w="1466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Хор "Славься",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"Музыкант", РНП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Солдатушки браво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ребятуш</w:t>
            </w:r>
          </w:p>
        </w:tc>
        <w:tc>
          <w:tcPr>
            <w:tcW w:type="dxa" w:w="804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16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2—3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фрагментами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крупных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сочинений (опера;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симфония;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концерт;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квартет;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вариации и т. п.);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которых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подлинные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мелодии.;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принципами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композиторской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обработки;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развития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фольклорного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тематического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материала.;</w:t>
            </w:r>
          </w:p>
        </w:tc>
        <w:tc>
          <w:tcPr>
            <w:tcW w:type="dxa" w:w="2114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использованием"Оценочного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листа";</w:t>
            </w:r>
          </w:p>
        </w:tc>
        <w:tc>
          <w:tcPr>
            <w:tcW w:type="dxa" w:w="138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РЭШ, ЦОК</w:t>
            </w:r>
          </w:p>
        </w:tc>
      </w:tr>
      <w:tr>
        <w:trPr>
          <w:trHeight w:hRule="exact" w:val="3938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1430"/>
            <w:tcBorders>
              <w:start w:sz="4.800000000000011" w:val="single" w:color="#000000"/>
              <w:top w:sz="4.799999999999727" w:val="single" w:color="#000000"/>
              <w:end w:sz="4.800000000000068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Фольклор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творчестве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профессиональных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композиторов;</w:t>
            </w:r>
          </w:p>
        </w:tc>
        <w:tc>
          <w:tcPr>
            <w:tcW w:type="dxa" w:w="528"/>
            <w:tcBorders>
              <w:start w:sz="4.800000000000068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205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Н. Римский-Корсаков опера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"Садко" фрагменты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Колыбельная Волховы,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песня Садко Ой ты темная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дубравушка, песня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Индийского гостя, опера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"Снегурочка" фрагменты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Ария Снегурочки, сцена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таяния Снегурочки, Третья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песня Леля, опера "Сказка 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царе Салтане" полет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Шмеля, симфоническая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сюита "Шехерезада", М.</w:t>
            </w:r>
          </w:p>
          <w:p>
            <w:pPr>
              <w:autoSpaceDN w:val="0"/>
              <w:autoSpaceDE w:val="0"/>
              <w:widowControl/>
              <w:spacing w:line="250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Мусоргский "Баба-Яга"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"Балет невылупившихся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птенцов" из сюиты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Картинки с выставки, А.</w:t>
            </w:r>
          </w:p>
          <w:p>
            <w:pPr>
              <w:autoSpaceDN w:val="0"/>
              <w:autoSpaceDE w:val="0"/>
              <w:widowControl/>
              <w:spacing w:line="245" w:lineRule="auto" w:before="1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Гаврилин симфония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"Перезвоны"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РНП: "Вниз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матушке по Волге",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"Эй, ухнем", Во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кузнице", "Светит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месяц", "Во поле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березка стояла","Со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вьюном", "Матушка,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матушка что во поле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пыльно</w:t>
            </w:r>
          </w:p>
        </w:tc>
        <w:tc>
          <w:tcPr>
            <w:tcW w:type="dxa" w:w="146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"Эй, ухнем", Во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кузнице", "Светит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месяц", "Во поле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березка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стояла","Со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вьюном""Матушка,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матушка что во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поле пыльно"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16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26.10.2022;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народных песен;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танцев;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инструментальных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наигрышей;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фольклорных игр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разных народов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России;;</w:t>
            </w:r>
          </w:p>
        </w:tc>
        <w:tc>
          <w:tcPr>
            <w:tcW w:type="dxa" w:w="211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контроль;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"Оценочного листа";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ЦОК, РЭШ</w:t>
            </w:r>
          </w:p>
        </w:tc>
      </w:tr>
      <w:tr>
        <w:trPr>
          <w:trHeight w:hRule="exact" w:val="348"/>
        </w:trPr>
        <w:tc>
          <w:tcPr>
            <w:tcW w:type="dxa" w:w="1826"/>
            <w:gridSpan w:val="2"/>
            <w:tcBorders>
              <w:start w:sz="4.800000000000011" w:val="single" w:color="#000000"/>
              <w:top w:sz="4.800000000000182" w:val="single" w:color="#000000"/>
              <w:end w:sz="4.800000000000068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800000000000068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</w:t>
            </w:r>
          </w:p>
        </w:tc>
        <w:tc>
          <w:tcPr>
            <w:tcW w:type="dxa" w:w="13148"/>
            <w:gridSpan w:val="9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Русская классическая музыка 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376" w:left="666" w:header="720" w:footer="720" w:gutter="0"/>
          <w:cols w:space="720" w:num="1" w:equalWidth="0">
            <w:col w:w="15534" w:space="0"/>
            <w:col w:w="10488" w:space="0"/>
            <w:col w:w="10584" w:space="0"/>
            <w:col w:w="10560" w:space="0"/>
            <w:col w:w="10514" w:space="0"/>
            <w:col w:w="10584" w:space="0"/>
            <w:col w:w="10486" w:space="0"/>
            <w:col w:w="10584" w:space="0"/>
            <w:col w:w="10552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4082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1430"/>
            <w:tcBorders>
              <w:start w:sz="4.800000000000011" w:val="single" w:color="#000000"/>
              <w:top w:sz="4.800000000000011" w:val="single" w:color="#000000"/>
              <w:end w:sz="4.800000000000068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Золотой век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русской культуры</w:t>
            </w:r>
          </w:p>
        </w:tc>
        <w:tc>
          <w:tcPr>
            <w:tcW w:type="dxa" w:w="528"/>
            <w:tcBorders>
              <w:start w:sz="4.800000000000068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205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П. Чайковский Марш, вальс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 балета Щелкунчик,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Танец феи Драже, Концерт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для фо-но с оркестром №1,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Симфония №4 финал,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"Ромео и Джульетта"; М.</w:t>
            </w:r>
          </w:p>
          <w:p>
            <w:pPr>
              <w:autoSpaceDN w:val="0"/>
              <w:autoSpaceDE w:val="0"/>
              <w:widowControl/>
              <w:spacing w:line="254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Глинка "Камаринская"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Патриотическая песня",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"Арагонская хота" романс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"Венецианская ночь"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Русские старинные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романсы: "Гори гори моя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звезда, Горные вершины,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Красный сарафан,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"Колокольчик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Г. Струве "далеко 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близко ли",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"Крылатый апрель",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"Отцовская слава",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Обухова "Мудрая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Россия, Песня 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счастье Русские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народные песни: Я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горку шла, Во поле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береза стояла, Я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камушке сижу,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Русские романсы.</w:t>
            </w:r>
          </w:p>
        </w:tc>
        <w:tc>
          <w:tcPr>
            <w:tcW w:type="dxa" w:w="146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Танец Феи Драже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шедеврами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русской музыки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XIX века;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средств.;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 не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менее одного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вокального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лирического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сочинённого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русским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композитором-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классиком.;;</w:t>
            </w:r>
          </w:p>
        </w:tc>
        <w:tc>
          <w:tcPr>
            <w:tcW w:type="dxa" w:w="211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контроль;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"Оценочного листа";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ЦОК, РЭШ</w:t>
            </w:r>
          </w:p>
        </w:tc>
      </w:tr>
      <w:tr>
        <w:trPr>
          <w:trHeight w:hRule="exact" w:val="534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1430"/>
            <w:tcBorders>
              <w:start w:sz="4.800000000000011" w:val="single" w:color="#000000"/>
              <w:top w:sz="4.7999999999999545" w:val="single" w:color="#000000"/>
              <w:end w:sz="4.800000000000068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История страны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народа в музыке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композиторов</w:t>
            </w:r>
          </w:p>
        </w:tc>
        <w:tc>
          <w:tcPr>
            <w:tcW w:type="dxa" w:w="528"/>
            <w:tcBorders>
              <w:start w:sz="4.800000000000068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205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С. Прокофьев опера "Война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мир" вальс Наташи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Ростовой, Ария Кутузова;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кантата "А. Невский", опера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"Повесть о настоящем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человеке" фрагмент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"Зеленая рощица" ; М.П.</w:t>
            </w:r>
          </w:p>
          <w:p>
            <w:pPr>
              <w:autoSpaceDN w:val="0"/>
              <w:autoSpaceDE w:val="0"/>
              <w:widowControl/>
              <w:spacing w:line="252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Мусоргский опера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"Хованщина" фрагмент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Рассвет на Москве реке,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опера "Борис Годунов"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песня Варлаама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Вечерний звон,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Ленинградский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паренек, Русские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романсы.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Визбор Любовь моя,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Россия.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Городницкий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Атланты.</w:t>
            </w:r>
          </w:p>
          <w:p>
            <w:pPr>
              <w:autoSpaceDN w:val="0"/>
              <w:autoSpaceDE w:val="0"/>
              <w:widowControl/>
              <w:spacing w:line="254" w:lineRule="auto" w:before="1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Новиков "Дороги";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Окуджава "Бери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шинель, пошли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домой"; Высоцкий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"Братские могилы";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Мурадели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"Бухенвальдский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набат" и др. песни 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войн</w:t>
            </w:r>
          </w:p>
        </w:tc>
        <w:tc>
          <w:tcPr>
            <w:tcW w:type="dxa" w:w="146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РНП Шел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Ленинградский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паренек, Вечерний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звон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шедеврами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русской музыки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XIX—XX веков;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содержания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способов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выражения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патриотической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идеи;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гражданского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пафоса.;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 не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менее одного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вокального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патриотического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сочинённого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русским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композитором-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классиком.;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Гимна Российской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Федерации.;;</w:t>
            </w:r>
          </w:p>
        </w:tc>
        <w:tc>
          <w:tcPr>
            <w:tcW w:type="dxa" w:w="21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контроль;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"Оценочного листа";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ЦОК, РЭШ</w:t>
            </w:r>
          </w:p>
        </w:tc>
      </w:tr>
      <w:tr>
        <w:trPr>
          <w:trHeight w:hRule="exact" w:val="348"/>
        </w:trPr>
        <w:tc>
          <w:tcPr>
            <w:tcW w:type="dxa" w:w="1826"/>
            <w:gridSpan w:val="2"/>
            <w:tcBorders>
              <w:start w:sz="4.800000000000011" w:val="single" w:color="#000000"/>
              <w:top w:sz="4.799999999999727" w:val="single" w:color="#000000"/>
              <w:end w:sz="4.800000000000068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800000000000068" w:val="single" w:color="#000000"/>
              <w:top w:sz="4.799999999999727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3148"/>
            <w:gridSpan w:val="9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0"/>
        </w:trPr>
        <w:tc>
          <w:tcPr>
            <w:tcW w:type="dxa" w:w="15502"/>
            <w:gridSpan w:val="12"/>
            <w:tcBorders>
              <w:start w:sz="4.800000000000011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Европейская классическая музыка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592" w:left="666" w:header="720" w:footer="720" w:gutter="0"/>
          <w:cols w:space="720" w:num="1" w:equalWidth="0">
            <w:col w:w="15534" w:space="0"/>
            <w:col w:w="15534" w:space="0"/>
            <w:col w:w="10488" w:space="0"/>
            <w:col w:w="10584" w:space="0"/>
            <w:col w:w="10560" w:space="0"/>
            <w:col w:w="10514" w:space="0"/>
            <w:col w:w="10584" w:space="0"/>
            <w:col w:w="10486" w:space="0"/>
            <w:col w:w="10584" w:space="0"/>
            <w:col w:w="10552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3230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1430"/>
            <w:tcBorders>
              <w:start w:sz="4.800000000000011" w:val="single" w:color="#000000"/>
              <w:top w:sz="4.800000000000011" w:val="single" w:color="#000000"/>
              <w:end w:sz="4.800000000000068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 — зеркало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эпохи</w:t>
            </w:r>
          </w:p>
        </w:tc>
        <w:tc>
          <w:tcPr>
            <w:tcW w:type="dxa" w:w="528"/>
            <w:tcBorders>
              <w:start w:sz="4.800000000000068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205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И.С. Бах "шутка", Токката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фуга ре минор, Бах-Гуно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Аве Мария! В.А. Моцарт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Симфония 40, Маленькая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ночная серенада, Рондо 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турецком стиле, Реквием;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Качини Аве, Мария!</w:t>
            </w:r>
          </w:p>
          <w:p>
            <w:pPr>
              <w:autoSpaceDN w:val="0"/>
              <w:autoSpaceDE w:val="0"/>
              <w:widowControl/>
              <w:spacing w:line="250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Паганини Каприс 24;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Уэббер мюзикл Кошки"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Память, Исус Христос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Супер-звезда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Е. Крылатов "Ты-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человек", Б. Окуджава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Молитва О Утесов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Песня извозчика, Нам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песня строить и жить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помогае</w:t>
            </w:r>
          </w:p>
        </w:tc>
        <w:tc>
          <w:tcPr>
            <w:tcW w:type="dxa" w:w="146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Утесов Нам песня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строить и жить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помогае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образцами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полифонической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гомофонно-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гармонической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 не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менее одного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вокального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сочинённого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композитором-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классиком (из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числа изучаемых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данном разделе).;;</w:t>
            </w:r>
          </w:p>
        </w:tc>
        <w:tc>
          <w:tcPr>
            <w:tcW w:type="dxa" w:w="211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контроль;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"Оценочного листа";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ЦОК, РЭШ</w:t>
            </w:r>
          </w:p>
        </w:tc>
      </w:tr>
      <w:tr>
        <w:trPr>
          <w:trHeight w:hRule="exact" w:val="5980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1430"/>
            <w:tcBorders>
              <w:start w:sz="4.800000000000011" w:val="single" w:color="#000000"/>
              <w:top w:sz="4.7999999999999545" w:val="single" w:color="#000000"/>
              <w:end w:sz="4.800000000000068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образ</w:t>
            </w:r>
          </w:p>
        </w:tc>
        <w:tc>
          <w:tcPr>
            <w:tcW w:type="dxa" w:w="528"/>
            <w:tcBorders>
              <w:start w:sz="4.800000000000068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205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Л. Бетховен Сурок ,сонаты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8 и 14, симфонии 3, 5 и 9.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Мендельсон Венецианский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гондольер". Глюк хор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Фурий и Мелодия из оперы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Орфей и Эвридика, Шуберт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"Лесной царь" Форель,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серенада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78" w:firstLine="0"/>
              <w:jc w:val="both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Крылатов Ты-человек,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Колокола. Г. Струве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нами друг</w:t>
            </w:r>
          </w:p>
        </w:tc>
        <w:tc>
          <w:tcPr>
            <w:tcW w:type="dxa" w:w="146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Струве С нами дру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7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произведениями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композиторов —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венских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классиков;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композиторов-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романтиков;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сравнение образов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их произведений.;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Сопереживание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музыкальному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идентификация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лирическим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героем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произведения.;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Узнавание на слух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мелодий;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интонаций;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ритмов;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элементов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языка изучаемых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классических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умение напеть 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наиболее яркие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темы;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ритмо-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интонации.;;</w:t>
            </w:r>
          </w:p>
        </w:tc>
        <w:tc>
          <w:tcPr>
            <w:tcW w:type="dxa" w:w="21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использованием"Оценочного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листа";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ЦОК, РЭШ</w:t>
            </w:r>
          </w:p>
        </w:tc>
      </w:tr>
      <w:tr>
        <w:trPr>
          <w:trHeight w:hRule="exact" w:val="348"/>
        </w:trPr>
        <w:tc>
          <w:tcPr>
            <w:tcW w:type="dxa" w:w="1826"/>
            <w:gridSpan w:val="2"/>
            <w:tcBorders>
              <w:start w:sz="4.800000000000011" w:val="single" w:color="#000000"/>
              <w:top w:sz="4.800000000000182" w:val="single" w:color="#000000"/>
              <w:end w:sz="4.800000000000068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800000000000068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3148"/>
            <w:gridSpan w:val="9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15502"/>
            <w:gridSpan w:val="1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Модуль 4.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Жанры музыкального искусства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706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488" w:space="0"/>
            <w:col w:w="10584" w:space="0"/>
            <w:col w:w="10560" w:space="0"/>
            <w:col w:w="10514" w:space="0"/>
            <w:col w:w="10584" w:space="0"/>
            <w:col w:w="10486" w:space="0"/>
            <w:col w:w="10584" w:space="0"/>
            <w:col w:w="10552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  <w:gridCol w:w="1294"/>
      </w:tblGrid>
      <w:tr>
        <w:trPr>
          <w:trHeight w:hRule="exact" w:val="2846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1430"/>
            <w:tcBorders>
              <w:start w:sz="4.800000000000011" w:val="single" w:color="#000000"/>
              <w:top w:sz="4.800000000000011" w:val="single" w:color="#000000"/>
              <w:end w:sz="4.800000000000068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Камерная музыка</w:t>
            </w:r>
          </w:p>
        </w:tc>
        <w:tc>
          <w:tcPr>
            <w:tcW w:type="dxa" w:w="528"/>
            <w:tcBorders>
              <w:start w:sz="4.800000000000068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205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Ф. Шопен полонез 3, вальс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7, ноктюрн 15; Бородин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струнный квартет 2,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Вивальди Времена года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весна, лето (гроза)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Г. Струве Весенняя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песенка, Мудрая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Россия Обухова,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Песня о счастье Д.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Кабалевский</w:t>
            </w:r>
          </w:p>
        </w:tc>
        <w:tc>
          <w:tcPr>
            <w:tcW w:type="dxa" w:w="146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Ноктюрн Шопен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16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Слушание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произведений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изучаемых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жанров;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(зарубежных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русских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композиторов);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анализ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выразительных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средств;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характеристика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музыкального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образа.;;</w:t>
            </w:r>
          </w:p>
        </w:tc>
        <w:tc>
          <w:tcPr>
            <w:tcW w:type="dxa" w:w="211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"Оценочного листа";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ЦОК, РЭШ</w:t>
            </w:r>
          </w:p>
        </w:tc>
      </w:tr>
      <w:tr>
        <w:trPr>
          <w:trHeight w:hRule="exact" w:val="2726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1430"/>
            <w:tcBorders>
              <w:start w:sz="4.800000000000011" w:val="single" w:color="#000000"/>
              <w:top w:sz="4.7999999999999545" w:val="single" w:color="#000000"/>
              <w:end w:sz="4.800000000000068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Циклические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формы и жанры</w:t>
            </w:r>
          </w:p>
        </w:tc>
        <w:tc>
          <w:tcPr>
            <w:tcW w:type="dxa" w:w="528"/>
            <w:tcBorders>
              <w:start w:sz="4.800000000000068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4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205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Свиридов Метель, Моцарт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Маленькая ночная серенада,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А.</w:t>
            </w:r>
          </w:p>
          <w:p>
            <w:pPr>
              <w:autoSpaceDN w:val="0"/>
              <w:autoSpaceDE w:val="0"/>
              <w:widowControl/>
              <w:spacing w:line="233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Шнитке Кончерто Гроссо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Гребенщиков "Город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золотой" М.</w:t>
            </w:r>
          </w:p>
          <w:p>
            <w:pPr>
              <w:autoSpaceDN w:val="0"/>
              <w:autoSpaceDE w:val="0"/>
              <w:widowControl/>
              <w:spacing w:line="250" w:lineRule="auto" w:before="1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Пляцковский Мир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котором мы живем"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Макаревич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"Перекресток", "Дом"</w:t>
            </w:r>
          </w:p>
        </w:tc>
        <w:tc>
          <w:tcPr>
            <w:tcW w:type="dxa" w:w="146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Макаревич Дом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416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циклом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миниатюр.;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принципа;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основного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художественного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замысла цикла.;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Разучивание 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исполнение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небольшого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вокального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цикла.;;</w:t>
            </w:r>
          </w:p>
        </w:tc>
        <w:tc>
          <w:tcPr>
            <w:tcW w:type="dxa" w:w="211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Самооценка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"Оценочного листа";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ЦОК, РЭШ</w:t>
            </w:r>
          </w:p>
        </w:tc>
      </w:tr>
      <w:tr>
        <w:trPr>
          <w:trHeight w:hRule="exact" w:val="348"/>
        </w:trPr>
        <w:tc>
          <w:tcPr>
            <w:tcW w:type="dxa" w:w="1826"/>
            <w:gridSpan w:val="2"/>
            <w:tcBorders>
              <w:start w:sz="4.800000000000011" w:val="single" w:color="#000000"/>
              <w:top w:sz="4.799999999999727" w:val="single" w:color="#000000"/>
              <w:end w:sz="4.800000000000068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модулю</w:t>
            </w:r>
          </w:p>
        </w:tc>
        <w:tc>
          <w:tcPr>
            <w:tcW w:type="dxa" w:w="528"/>
            <w:tcBorders>
              <w:start w:sz="4.800000000000068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</w:t>
            </w:r>
          </w:p>
        </w:tc>
        <w:tc>
          <w:tcPr>
            <w:tcW w:type="dxa" w:w="13148"/>
            <w:gridSpan w:val="9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712"/>
        </w:trPr>
        <w:tc>
          <w:tcPr>
            <w:tcW w:type="dxa" w:w="1826"/>
            <w:gridSpan w:val="2"/>
            <w:tcBorders>
              <w:start w:sz="4.800000000000011" w:val="single" w:color="#000000"/>
              <w:top w:sz="4.800000000000182" w:val="single" w:color="#000000"/>
              <w:end w:sz="4.800000000000068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ОБЩЕЕ КОЛИЧЕСТВО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ЧАСОВ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ПРОГРАММЕ</w:t>
            </w:r>
          </w:p>
        </w:tc>
        <w:tc>
          <w:tcPr>
            <w:tcW w:type="dxa" w:w="528"/>
            <w:tcBorders>
              <w:start w:sz="4.800000000000068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34</w:t>
            </w:r>
          </w:p>
        </w:tc>
        <w:tc>
          <w:tcPr>
            <w:tcW w:type="dxa" w:w="1104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0904"/>
            <w:gridSpan w:val="7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488" w:space="0"/>
            <w:col w:w="10584" w:space="0"/>
            <w:col w:w="10560" w:space="0"/>
            <w:col w:w="10514" w:space="0"/>
            <w:col w:w="10584" w:space="0"/>
            <w:col w:w="10486" w:space="0"/>
            <w:col w:w="10584" w:space="0"/>
            <w:col w:w="10552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0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146"/>
            <w:vMerge w:val="restart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64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Богатство  и разнообразие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фольклорных традиций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народов нашей страны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0" w:right="432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 наших соседей,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 других регионов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146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Картины родной природы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музыкальном воплощении</w:t>
            </w:r>
          </w:p>
        </w:tc>
        <w:tc>
          <w:tcPr>
            <w:tcW w:type="dxa" w:w="73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 и  особенное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фольклоре  народов России: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лирика, эпос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и особенное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фольклоре  России: танец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5514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Народные истоки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композиторского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творчества.Н. А. Римский-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Корсаков 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произведенияпо выбору: Н.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А. Римский-Корсаков.</w:t>
            </w:r>
          </w:p>
          <w:p>
            <w:pPr>
              <w:autoSpaceDN w:val="0"/>
              <w:autoSpaceDE w:val="0"/>
              <w:widowControl/>
              <w:spacing w:line="286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Опера"Снегурочка"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("Пляскаскоморохов");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Опера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«Садко»(Колыбельная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Волховы,хороводная песня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Садко«Заиграйте, мои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гусельки»,Сцена появления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лебедей,Песня Варяжского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гостя,Песня Веденецкого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гостя)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10488" w:space="0"/>
            <w:col w:w="10584" w:space="0"/>
            <w:col w:w="10560" w:space="0"/>
            <w:col w:w="10514" w:space="0"/>
            <w:col w:w="10584" w:space="0"/>
            <w:col w:w="10486" w:space="0"/>
            <w:col w:w="10584" w:space="0"/>
            <w:col w:w="10552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553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Народные истоки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композиторского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творчества:тема малой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родины.Музыкальные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произведенияпо выбору: П.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Чайковский. «Я ли в поле 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 травушка  была» (ст. 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Сурикова); А.Гурилёв.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«Домик-крошечка»(сл. С.</w:t>
            </w:r>
          </w:p>
          <w:p>
            <w:pPr>
              <w:autoSpaceDN w:val="0"/>
              <w:autoSpaceDE w:val="0"/>
              <w:widowControl/>
              <w:spacing w:line="276" w:lineRule="auto" w:before="72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Любецкого). «Вьется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ласточка сизокрылая» (сл.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Н.Грекова). «Колокольчик»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(сл.И. Макарова); М.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Матвеев.«Матушка,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матушка, что вополе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пыльно»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519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Народные истоки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композиторского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творчества.Песня-романс.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произведения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выбору: А.Варламов.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«Красный сарафан» (сл. Г.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Цыганова).«Горные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вершины» (сл.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М.Лермонтова); М.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Глинка.Романс «Я помню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чудное мгновенье» (ст. А.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Пушкина);С. Рахманинов.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Романс«Весенние воды» (сл.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Ф.Тютчева). Романс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«Сирень»(сл. Е. Бекетовой)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Светская музыка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российского дворянства XIX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в.:музыкальные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салоны,домашнее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музицирование,балы, театры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27.10.2022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0" w:right="72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15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Увлечение западным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искусством. Синтез западно-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европейской культуры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русских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интонаций,настроений,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образов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60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488" w:space="0"/>
            <w:col w:w="10584" w:space="0"/>
            <w:col w:w="10560" w:space="0"/>
            <w:col w:w="10514" w:space="0"/>
            <w:col w:w="10584" w:space="0"/>
            <w:col w:w="10486" w:space="0"/>
            <w:col w:w="10584" w:space="0"/>
            <w:col w:w="10552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180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Образы русской духовной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музыки. Церковная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музыка.Музыкальные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по выбору: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Знаменный распев; П.</w:t>
            </w:r>
          </w:p>
          <w:p>
            <w:pPr>
              <w:autoSpaceDN w:val="0"/>
              <w:autoSpaceDE w:val="0"/>
              <w:widowControl/>
              <w:spacing w:line="276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Чесноков. «Да исправится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молитва моя»;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П.Чайковский. "Легенда"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(сл. А.Плещеева)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318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Духовный концерт как жанр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 русской музыке XIX-XX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вв.Музыкальные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 по выбору: М.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Березовский.Хоровой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концерт «Не отвержи мене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 время старости»; Н.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Сидельников.Духовный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концерт № 1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5850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Единство небесного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земного. 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по выбору: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В.Кикта. Фрески Софии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Киевской (концертная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симфония для арфы 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оркестром); В. Гаврилин.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прочтении В.</w:t>
            </w:r>
          </w:p>
          <w:p>
            <w:pPr>
              <w:autoSpaceDN w:val="0"/>
              <w:autoSpaceDE w:val="0"/>
              <w:widowControl/>
              <w:spacing w:line="283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Шукшина:«Вечерняя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музыка» (№ 10),«Молитва»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(№ 17).Вокальный цикл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«Времен агода» («Весна»,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«Осень»); М.Глинка. Опера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"Иван Сусанин" (Ария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Сусанина из IV д.,); П.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Чайковский.«Покаянная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молитва о Руси»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488" w:space="0"/>
            <w:col w:w="10584" w:space="0"/>
            <w:col w:w="10560" w:space="0"/>
            <w:col w:w="10514" w:space="0"/>
            <w:col w:w="10584" w:space="0"/>
            <w:col w:w="10486" w:space="0"/>
            <w:col w:w="10584" w:space="0"/>
            <w:col w:w="10552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351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Образы народных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героев,тема служения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Отечеству.Музыкальные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 по выбору: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М. И. Глинка.Опера «Иван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Сусанин» (Ария Сусанина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из IV д.); С. С.Прокофьев.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Кантата"Александра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Невский"; А. П.Бородин.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Опера "Князь Игорь"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Характерные черты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музыкальной речи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отечественных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композиторов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Искусство как отражение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образа жизни и идеалов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конкретной эпохи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Воплощение стиля барокко 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музыкальном творчестве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84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Творчество А.</w:t>
            </w:r>
          </w:p>
          <w:p>
            <w:pPr>
              <w:autoSpaceDN w:val="0"/>
              <w:autoSpaceDE w:val="0"/>
              <w:widowControl/>
              <w:spacing w:line="283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Вивальди.Музыкальные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 по выбору: 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Вивальди. Цикл концертов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для скрипки соло,струнного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квинтета, органа и чембало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«Времена года»(«Весна»,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«Зима»)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Творчество И. Баха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.Музыкальные произведения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выбору: И.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Бах.Итальянский концерт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19.01.2023 ; 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836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Полифонический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гомофонно-гармонический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склад на примере творчества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И. С. Баха и Л. ван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Бетховена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4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16" w:firstLine="0"/>
              <w:jc w:val="both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Воплощение классицизма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романтизма в музыкальном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творчестве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02.02.2023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72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95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488" w:space="0"/>
            <w:col w:w="10584" w:space="0"/>
            <w:col w:w="10560" w:space="0"/>
            <w:col w:w="10514" w:space="0"/>
            <w:col w:w="10584" w:space="0"/>
            <w:col w:w="10486" w:space="0"/>
            <w:col w:w="10584" w:space="0"/>
            <w:col w:w="10552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526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Творчество Ф.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Шопена.Музыкальные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произведения по выбору: Ф.</w:t>
            </w:r>
          </w:p>
          <w:p>
            <w:pPr>
              <w:autoSpaceDN w:val="0"/>
              <w:autoSpaceDE w:val="0"/>
              <w:widowControl/>
              <w:spacing w:line="281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Шопен. Вальс№ 6 (ре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бемоль мажор). Вальс№ 7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(до диез минор). Вальс №10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(си минор). Мазурка №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1.Мазурка № 47. Мазурка №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48.Полонез (ля мажор).</w:t>
            </w:r>
          </w:p>
          <w:p>
            <w:pPr>
              <w:autoSpaceDN w:val="0"/>
              <w:autoSpaceDE w:val="0"/>
              <w:widowControl/>
              <w:spacing w:line="278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Ноктюрн фа минор. Этюд №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 (до минор). Полонез (ля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мажор);Этюд № 12 (до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минор)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Судьба человека - судьба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человечества. Творчество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Л.ван Бетховена.</w:t>
            </w:r>
          </w:p>
          <w:p>
            <w:pPr>
              <w:autoSpaceDN w:val="0"/>
              <w:autoSpaceDE w:val="0"/>
              <w:widowControl/>
              <w:spacing w:line="271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произведения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 выбору: Л.ван Бетховен.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Концерт № 4для ф-но с орк.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(фрагмент ΙΙ части)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Образы зарубежных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композиторов. Искусство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пения.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Художественная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интерпретация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музыкального  образа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0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Жанры камерной вокальной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музыки (песня,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романс,вокализ и др.).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Образы камерной  музыки.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А.Бородин.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Образы камерной музыки.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488"/>
        </w:trPr>
        <w:tc>
          <w:tcPr>
            <w:tcW w:type="dxa" w:w="504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Образы камерной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музыки.Космос как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источник вдохновения.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Музыкальные произведения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выбору: Ч.Айвз.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«Космический пейзаж»;Э.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Артемьев. «Мозаика»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78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488" w:space="0"/>
            <w:col w:w="10584" w:space="0"/>
            <w:col w:w="10560" w:space="0"/>
            <w:col w:w="10514" w:space="0"/>
            <w:col w:w="10584" w:space="0"/>
            <w:col w:w="10486" w:space="0"/>
            <w:col w:w="10584" w:space="0"/>
            <w:col w:w="10552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164"/>
        </w:trPr>
        <w:tc>
          <w:tcPr>
            <w:tcW w:type="dxa" w:w="50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Инструментальная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миниатюра(вальс, ноктюрн,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прелюдия,каприс)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Одночастная,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двухчастная,трёхчастная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репризная форма.Куплетная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форма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Сюита, цикл вокальных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инструментальных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миниатюрПромежуточная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аттестация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0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146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Принцип контраста.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Контраст основных тем,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2508"/>
        </w:trPr>
        <w:tc>
          <w:tcPr>
            <w:tcW w:type="dxa" w:w="50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146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3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Строение сонатной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формы.Музыкальные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произведенияпо выбору: Л.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ван Бетховен.Патетическая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соната. № 26ми-бемоль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мажор«Прощание», № 14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до-диезминор "Лунная"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3650"/>
            <w:gridSpan w:val="2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2882"/>
            <w:gridSpan w:val="2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488" w:space="0"/>
            <w:col w:w="10584" w:space="0"/>
            <w:col w:w="10560" w:space="0"/>
            <w:col w:w="10514" w:space="0"/>
            <w:col w:w="10584" w:space="0"/>
            <w:col w:w="10486" w:space="0"/>
            <w:col w:w="10584" w:space="0"/>
            <w:col w:w="10552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30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ОБЯЗАТЕЛЬНЫЕ УЧЕБНЫЕ МАТЕРИАЛЫ ДЛЯ УЧЕНИКА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Музыка, 6 класс/Сергеева Г.П., Критская Е.Д., Акционерное общество «Издательство «Просвещение»;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302" w:lineRule="auto" w:before="262" w:after="0"/>
        <w:ind w:left="0" w:right="489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МЕТОДИЧЕСКИЕ МАТЕРИАЛЫ ДЛЯ УЧИТЕЛЯ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Поурочные разработки по музыке</w:t>
      </w:r>
    </w:p>
    <w:p>
      <w:pPr>
        <w:autoSpaceDN w:val="0"/>
        <w:autoSpaceDE w:val="0"/>
        <w:widowControl/>
        <w:spacing w:line="302" w:lineRule="auto" w:before="262" w:after="0"/>
        <w:ind w:left="0" w:right="144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ЦИФРОВЫЕ ОБРАЗОВАТЕЛЬНЫЕ РЕСУРСЫ И РЕСУРСЫ СЕТИ ИНТЕРНЕТ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https://resh.edu.ru/</w:t>
      </w:r>
    </w:p>
    <w:p>
      <w:pPr>
        <w:sectPr>
          <w:pgSz w:w="11900" w:h="16840"/>
          <w:pgMar w:top="298" w:right="648" w:bottom="1440" w:left="666" w:header="720" w:footer="720" w:gutter="0"/>
          <w:cols w:space="720" w:num="1" w:equalWidth="0">
            <w:col w:w="10586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488" w:space="0"/>
            <w:col w:w="10584" w:space="0"/>
            <w:col w:w="10560" w:space="0"/>
            <w:col w:w="10514" w:space="0"/>
            <w:col w:w="10584" w:space="0"/>
            <w:col w:w="10486" w:space="0"/>
            <w:col w:w="10584" w:space="0"/>
            <w:col w:w="10552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2" w:lineRule="auto" w:before="346" w:after="0"/>
        <w:ind w:left="0" w:right="720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Компьютер, проектор, колонки</w:t>
      </w:r>
    </w:p>
    <w:p>
      <w:pPr>
        <w:autoSpaceDN w:val="0"/>
        <w:autoSpaceDE w:val="0"/>
        <w:widowControl/>
        <w:spacing w:line="302" w:lineRule="auto" w:before="262" w:after="0"/>
        <w:ind w:left="0" w:right="302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ПРАКТИЧЕСКИХ РАБОТ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Компьютер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6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488" w:space="0"/>
            <w:col w:w="10584" w:space="0"/>
            <w:col w:w="10560" w:space="0"/>
            <w:col w:w="10514" w:space="0"/>
            <w:col w:w="10584" w:space="0"/>
            <w:col w:w="10486" w:space="0"/>
            <w:col w:w="10584" w:space="0"/>
            <w:col w:w="10552" w:space="0"/>
            <w:col w:w="10516" w:space="0"/>
            <w:col w:w="10584" w:space="0"/>
            <w:col w:w="9590" w:space="0"/>
            <w:col w:w="5934" w:space="0"/>
            <w:col w:w="3656" w:space="0"/>
            <w:col w:w="9590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6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10488" w:space="0"/>
        <w:col w:w="10584" w:space="0"/>
        <w:col w:w="10560" w:space="0"/>
        <w:col w:w="10514" w:space="0"/>
        <w:col w:w="10584" w:space="0"/>
        <w:col w:w="10486" w:space="0"/>
        <w:col w:w="10584" w:space="0"/>
        <w:col w:w="10552" w:space="0"/>
        <w:col w:w="10516" w:space="0"/>
        <w:col w:w="10584" w:space="0"/>
        <w:col w:w="9590" w:space="0"/>
        <w:col w:w="5934" w:space="0"/>
        <w:col w:w="3656" w:space="0"/>
        <w:col w:w="9590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