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792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199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Оренбургской области</w:t>
      </w:r>
    </w:p>
    <w:p>
      <w:pPr>
        <w:autoSpaceDN w:val="0"/>
        <w:autoSpaceDE w:val="0"/>
        <w:widowControl/>
        <w:spacing w:line="230" w:lineRule="auto" w:before="670" w:after="0"/>
        <w:ind w:left="1362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Администрация муниципального образования Тоцкого района</w:t>
      </w:r>
    </w:p>
    <w:p>
      <w:pPr>
        <w:autoSpaceDN w:val="0"/>
        <w:autoSpaceDE w:val="0"/>
        <w:widowControl/>
        <w:spacing w:line="230" w:lineRule="auto" w:before="670" w:after="1436"/>
        <w:ind w:left="0" w:right="367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МБОУ Медведская ООШ</w:t>
      </w:r>
    </w:p>
    <w:p>
      <w:pPr>
        <w:sectPr>
          <w:pgSz w:w="11900" w:h="16840"/>
          <w:pgMar w:top="298" w:right="874" w:bottom="398" w:left="1440" w:header="720" w:footer="720" w:gutter="0"/>
          <w:cols w:space="720" w:num="1" w:equalWidth="0"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2816" w:right="288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СОГЛАСОВАНО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Заместитель директора по УВР</w:t>
      </w:r>
    </w:p>
    <w:p>
      <w:pPr>
        <w:autoSpaceDN w:val="0"/>
        <w:autoSpaceDE w:val="0"/>
        <w:widowControl/>
        <w:spacing w:line="230" w:lineRule="auto" w:before="182" w:after="0"/>
        <w:ind w:left="0" w:right="492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______________Е.Ю.Миляева</w:t>
      </w:r>
    </w:p>
    <w:p>
      <w:pPr>
        <w:sectPr>
          <w:type w:val="continuous"/>
          <w:pgSz w:w="11900" w:h="16840"/>
          <w:pgMar w:top="298" w:right="874" w:bottom="398" w:left="1440" w:header="720" w:footer="720" w:gutter="0"/>
          <w:cols w:space="720" w:num="2" w:equalWidth="0"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398" w:right="1728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УТВЕРЖДЕНО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Директор</w:t>
      </w:r>
    </w:p>
    <w:p>
      <w:pPr>
        <w:autoSpaceDN w:val="0"/>
        <w:autoSpaceDE w:val="0"/>
        <w:widowControl/>
        <w:spacing w:line="230" w:lineRule="auto" w:before="182" w:after="182"/>
        <w:ind w:left="398" w:right="0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______________О.Н.Кинжеева</w:t>
      </w:r>
    </w:p>
    <w:p>
      <w:pPr>
        <w:sectPr>
          <w:type w:val="nextColumn"/>
          <w:pgSz w:w="11900" w:h="16840"/>
          <w:pgMar w:top="298" w:right="874" w:bottom="398" w:left="1440" w:header="720" w:footer="720" w:gutter="0"/>
          <w:cols w:space="720" w:num="2" w:equalWidth="0">
            <w:col w:w="5934" w:space="0"/>
            <w:col w:w="3651" w:space="0"/>
            <w:col w:w="9586" w:space="0"/>
          </w:cols>
          <w:docGrid w:linePitch="360"/>
        </w:sectPr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1400.0" w:type="dxa"/>
      </w:tblPr>
      <w:tblGrid>
        <w:gridCol w:w="4793"/>
        <w:gridCol w:w="4793"/>
      </w:tblGrid>
      <w:tr>
        <w:trPr>
          <w:trHeight w:hRule="exact" w:val="490"/>
        </w:trPr>
        <w:tc>
          <w:tcPr>
            <w:tcW w:type="dxa" w:w="39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1416" w:right="864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Протокол №1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"31" 08  2022 г.</w:t>
            </w:r>
          </w:p>
        </w:tc>
        <w:tc>
          <w:tcPr>
            <w:tcW w:type="dxa" w:w="33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992" w:right="72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Приказ №144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"01" 09 2022 г.</w:t>
            </w:r>
          </w:p>
        </w:tc>
      </w:tr>
    </w:tbl>
    <w:p>
      <w:pPr>
        <w:autoSpaceDN w:val="0"/>
        <w:autoSpaceDE w:val="0"/>
        <w:widowControl/>
        <w:spacing w:line="262" w:lineRule="auto" w:before="978" w:after="0"/>
        <w:ind w:left="3024" w:right="3600" w:firstLine="0"/>
        <w:jc w:val="center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РАБОЧАЯ ПРОГРАММА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(ID 5058311)</w:t>
      </w:r>
    </w:p>
    <w:p>
      <w:pPr>
        <w:autoSpaceDN w:val="0"/>
        <w:autoSpaceDE w:val="0"/>
        <w:widowControl/>
        <w:spacing w:line="262" w:lineRule="auto" w:before="166" w:after="0"/>
        <w:ind w:left="3024" w:right="3312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«Изобразительное искусство»</w:t>
      </w:r>
    </w:p>
    <w:p>
      <w:pPr>
        <w:autoSpaceDN w:val="0"/>
        <w:autoSpaceDE w:val="0"/>
        <w:widowControl/>
        <w:spacing w:line="262" w:lineRule="auto" w:before="670" w:after="0"/>
        <w:ind w:left="2160" w:right="2592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3 класса начального общего образования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62" w:lineRule="auto" w:before="2112" w:after="0"/>
        <w:ind w:left="5804" w:right="0" w:hanging="744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Составитель: Касилова Марина Викторовна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изобразительного искусства</w:t>
      </w:r>
    </w:p>
    <w:p>
      <w:pPr>
        <w:autoSpaceDN w:val="0"/>
        <w:autoSpaceDE w:val="0"/>
        <w:widowControl/>
        <w:spacing w:line="230" w:lineRule="auto" w:before="2830" w:after="0"/>
        <w:ind w:left="0" w:right="413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с. Медведка 2021</w:t>
      </w:r>
    </w:p>
    <w:p>
      <w:pPr>
        <w:sectPr>
          <w:type w:val="continuous"/>
          <w:pgSz w:w="11900" w:h="16840"/>
          <w:pgMar w:top="298" w:right="874" w:bottom="398" w:left="1440" w:header="720" w:footer="720" w:gutter="0"/>
          <w:cols w:space="720" w:num="1" w:equalWidth="0"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76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по изобразительному искусству для обучающихся 3 класса на уровне начального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общего образования составлена на основе «Требований к результатам освоения основной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образовательной программы», представленных в Федеральном государственном образовательном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стандарте начального общего образования.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программы распределено по модулям с учётом проверяемых требований к результатам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освоения учебного предмета, выносимым на промежуточную аттестацию.</w:t>
      </w:r>
    </w:p>
    <w:p>
      <w:pPr>
        <w:autoSpaceDN w:val="0"/>
        <w:autoSpaceDE w:val="0"/>
        <w:widowControl/>
        <w:spacing w:line="278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Цель преподавания предмета «Изобразительное искусство» состоит в формировании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художественной культуры учащихся, развитии художественно-образного мышления и эстетического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отношения к явлениям действительности путём освоения начальных основ художественных знаний,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умений, навыков и развития творческого потенциала учащихся.</w:t>
      </w:r>
    </w:p>
    <w:p>
      <w:pPr>
        <w:autoSpaceDN w:val="0"/>
        <w:autoSpaceDE w:val="0"/>
        <w:widowControl/>
        <w:spacing w:line="271" w:lineRule="auto" w:before="70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Преподавание предмета направлено на развитие духовной культуры учащихся,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активной эстетической позиции по отношению к действительности и произведениям искусства,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понимание роли и значения художественной деятельности в жизни людей.</w:t>
      </w:r>
    </w:p>
    <w:p>
      <w:pPr>
        <w:autoSpaceDN w:val="0"/>
        <w:autoSpaceDE w:val="0"/>
        <w:widowControl/>
        <w:spacing w:line="28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предмета охватывает все основные вида визуально-пространственных искусств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(собственно изобразительных): начальные основы графики, живописи и скульптуры, декоративно-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прикладные и народные виды искусства, архитектуру и дизайн. Особое внимание уделено развитию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эстетического восприятия природы, восприятию произведений искусства и формированию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зрительских навыков, художественному восприятию предметно-бытовой культуры. Для учащихся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начальной школы большое значение также имеет восприятие произведений детского творчества,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обсуждать и анализировать детские рисунки с позиций выраженного в них содержания,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художественных средств выразительности, соответствия учебной задачи, поставленной учителем.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Такая рефлексия детского творчества имеет позитивный обучающий характер.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Важнейшей задачей является формирование активного, ценностного отношения к истории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отечественной культуры, выраженной в её архитектуре, изобразительном искусстве, в национальных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образах предметно-материальной и пространственной среды, в понимании красоты человека.</w:t>
      </w:r>
    </w:p>
    <w:p>
      <w:pPr>
        <w:autoSpaceDN w:val="0"/>
        <w:autoSpaceDE w:val="0"/>
        <w:widowControl/>
        <w:spacing w:line="276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Учебные темы, связанные с восприятием, могут быть реализованы как отдельные уроки, но чаще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всего следует объединять задачи восприятия с задачами практической творческой работы (при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сохранении учебного времени на восприятие произведений искусства и эстетического наблюдения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окружающей действительности).</w:t>
      </w:r>
    </w:p>
    <w:p>
      <w:pPr>
        <w:autoSpaceDN w:val="0"/>
        <w:autoSpaceDE w:val="0"/>
        <w:widowControl/>
        <w:spacing w:line="281" w:lineRule="auto" w:before="72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занятиях учащиеся знакомятся с многообразием видов художественной деятельности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технически доступным разнообразием художественных материалов. Практическая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художественно-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творческая деятельность занимает приоритетное пространство учебного времени. При опоре на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восприятие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произведений искусства художественно-эстетическое отношение к миру формируется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прежде всего в собственной художественной деятельности, в процессе практического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художественно-творческих задач.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учитывает психолого-возрастные особенности развития детей 7—8 лет,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этом содержание занятий может быть адаптировано с учётом индивидуальных качеств обучающихся,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как для детей, проявляющих выдающиеся способности, так и для детей-инвалидов и детей с ОВЗ.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урочное время деятельность обучающихся организуется как в индивидуальном, так и в групповом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формате с задачей формирования навыков сотрудничества в художественной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МЕСТО УЧЕБНОГО ПРЕДМЕТА «ИЗОБРАЗИТЕЛЬНОЕ ИСКУССТВО» В УЧЕБНОМ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ПЛАНЕ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Федеральным государственным образовательным стандартом начального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образования учебный предмет «Изобразительное искусство» входит в предметную область</w:t>
      </w:r>
    </w:p>
    <w:p>
      <w:pPr>
        <w:sectPr>
          <w:pgSz w:w="11900" w:h="16840"/>
          <w:pgMar w:top="298" w:right="648" w:bottom="338" w:left="666" w:header="720" w:footer="720" w:gutter="0"/>
          <w:cols w:space="720" w:num="1" w:equalWidth="0">
            <w:col w:w="10586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76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«Искусство» и является обязательным для изучения. Содержание предмета «Изобразительное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искусство» структурировано как система тематических модулей и входит в учебный план 1—4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классов программы начального общего образования в объёме 1 ч одного учебного часа в неделю.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Изучение содержания всех модулей в 3 классе обязательно.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этом предусматривается возможность реализации этого курса при выделении на его изучение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двух учебных часов в неделю за счёт вариативной части учебного плана, определяемой участниками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образовательного процесса. При этом предполагается не увеличение количества тем для изучения, 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увеличение времени на практическую художественную деятельность. Это способствует качеству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обучения и достижению более высокого уровня как предметных, так и личностных и метапредметных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результатов обучения.</w:t>
      </w:r>
    </w:p>
    <w:p>
      <w:pPr>
        <w:autoSpaceDN w:val="0"/>
        <w:autoSpaceDE w:val="0"/>
        <w:widowControl/>
        <w:spacing w:line="230" w:lineRule="auto" w:before="192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изучение изобразительного искусства в 3 классе отводится 1 час в неделю, всего 34 часа.</w:t>
      </w:r>
    </w:p>
    <w:p>
      <w:pPr>
        <w:sectPr>
          <w:pgSz w:w="11900" w:h="16840"/>
          <w:pgMar w:top="286" w:right="682" w:bottom="1440" w:left="666" w:header="720" w:footer="720" w:gutter="0"/>
          <w:cols w:space="720" w:num="1" w:equalWidth="0">
            <w:col w:w="10552" w:space="0"/>
            <w:col w:w="10586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346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«Графика»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Эскизы обложки и иллюстраций к детской книге сказок (сказка по выбору). Рисунок буквицы.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Макет книги-игрушки. Совмещение изображения и текста. Расположение иллюстраций и текста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развороте книги.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Поздравительная открытка. Открытка-пожелание. Композиция открытки: совмещение текста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(шрифта) и изображения. Рисунок открытки или аппликация.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Эскиз плаката или афиши. Совмещение шрифта и изображения. Особенности композиции плаката.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Графические зарисовки карандашами по памяти или на основе наблюдений и фотографий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архитектурных достопримечательностей своего города.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Транспорт в городе. Рисунки реальных или фантастических машин.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Изображение лица человека. Строение, пропорции, взаиморасположение частей лица.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Эскиз маски для маскарада: изображение лица — маски персонажа с ярко выраженным характером.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Аппликация из цветной бумаги.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«Живопись»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Создание сюжетной композиции «В цирке», использование гуаши или карандаша и акварели (по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памяти и представлению).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Художник в театре: эскиз занавеса (или декораций сцены) для спектакля со сказочным сюжетом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(сказка по выбору).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Тематическая композиция «Праздник в городе». Гуашь по цветной бумаге, возможно совмещение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наклейками в виде коллажа или аппликации.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Натюрморт из простых предметов с натуры или по представлению. «Натюрморт-автопортрет»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предметов, характеризующих личность ученика.</w:t>
      </w:r>
    </w:p>
    <w:p>
      <w:pPr>
        <w:autoSpaceDN w:val="0"/>
        <w:autoSpaceDE w:val="0"/>
        <w:widowControl/>
        <w:spacing w:line="271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Пейзаж в живописи. Передача в пейзаже состояний в природе. Выбор для изображения времени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года, времени дня, характера погоды и особенностей ландшафта (лес или поле, река или озеро);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количество и состояние неба в изображении.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Портрет человека по памяти и представлению с опорой на натуру. Выражение в портрете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(автопортрете) характера человека, особенностей его личности с использованием выразительных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возможностей композиционного размещения в плоскости листа, особенностей пропорций и мимики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лица, характера цветового решения, сильного или мягкого контраста, включения в композицию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дополнительных предметов.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2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«Скульптура»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Создание игрушки из подручного нехудожественного материала, придание ей одушевлённого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образа (добавления деталей лепных или из бумаги, ниток или других материалов).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Лепка сказочного персонажа на основе сюжета известной сказки или создание этого персонажа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путём бумагопластики.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29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знаний о видах скульптуры (по назначению) и жанрах скульптуры (по сюжету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изображения).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Лепка эскиза парковой скульптуры. Выражение пластики движения в скульптуре. Работа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пластилином или глиной.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«Декоративно-прикладное искусство»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Приёмы исполнения орнаментов и выполнение эскизов украшения посуды из дерева и глины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традициях народных художественных промыслов Хохломы и Гжели (или в традициях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промыслов по выбору учителя).</w:t>
      </w:r>
    </w:p>
    <w:p>
      <w:pPr>
        <w:sectPr>
          <w:pgSz w:w="11900" w:h="16840"/>
          <w:pgMar w:top="298" w:right="650" w:bottom="444" w:left="666" w:header="720" w:footer="720" w:gutter="0"/>
          <w:cols w:space="720" w:num="1" w:equalWidth="0">
            <w:col w:w="10584" w:space="0"/>
            <w:col w:w="10552" w:space="0"/>
            <w:col w:w="10586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62" w:lineRule="auto" w:before="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Эскизы орнаментов для росписи тканей. Раппорт. Трафарет и создание орнамента при помощи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печаток или штампов.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Эскизы орнамента для росписи платка: симметрия или асимметрия построения композиции, статика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динамика узора, ритмические чередования мотивов, наличие композиционного центра, роспись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канве. Рассматривание павловопосадских платков.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Проектирование (эскизы) декоративных украшений в городе: ажурные ограды, украшения фонарей,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скамеек, киосков, подставок для цветов и др.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«Архитектура»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Зарисовки исторических памятников и архитектурных достопримечательностей города или села.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Работа по наблюдению и по памяти, на основе использования фотографий и образных представлений.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Проектирование садово-паркового пространства на плоскости (аппликация, коллаж) или в виде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макета с использованием бумаги, картона, пенопласта и других подручных материалов.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Графический рисунок (индивидуально) или тематическое панно «Образ моего города» (села) в виде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коллективной работы (композиционная склейка-аппликация рисунков зданий и других элементов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городского пространства, выполненных индивидуально).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«Восприятие произведений искусства»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Иллюстрации в детских книгах и дизайн детской книги. Рассматривание и обсуждение иллюстраций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известных российских иллюстраторов детских книг.</w:t>
      </w:r>
    </w:p>
    <w:p>
      <w:pPr>
        <w:autoSpaceDN w:val="0"/>
        <w:autoSpaceDE w:val="0"/>
        <w:widowControl/>
        <w:spacing w:line="271" w:lineRule="auto" w:before="7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Восприятие объектов окружающего мира — архитектура, улицы города или села. Памятники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архитектуры и архитектурные достопримечательности (по выбору учителя), их значение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современном мире.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Виртуальное путешествие: памятники архитектуры в Москве и Санкт-Петербурге (обзор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памятников по выбору учителя).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Художественные музеи. Виртуальные путешествия в художественные музеи: Государственная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Третьяковская галерея, Государственный Эрмитаж, Государственный Русский музей,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Государственный музей изобразительных искусств имени А. С. Пушкина. Экскурсии в местные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художественные музеи и галереи. Виртуальные экскурсии в знаменитые зарубежные художественные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музеи (выбор музеев — за учителем). Осознание значимости и увлекательности посещения музеев;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посещение знаменитого музея как событие; интерес к коллекции музея и искусству в целом.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Знания о видах пространственных искусств: виды определяются по назначению произведений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жизни людей.</w:t>
      </w:r>
    </w:p>
    <w:p>
      <w:pPr>
        <w:autoSpaceDN w:val="0"/>
        <w:autoSpaceDE w:val="0"/>
        <w:widowControl/>
        <w:spacing w:line="271" w:lineRule="auto" w:before="72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Жанры в изобразительном искусстве — в живописи, графике, скульптуре — определяются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предметом изображения; классификация и сравнение содержания произведений сходного сюжета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(портреты, пейзажи и др.).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Представления о произведениях крупнейших отечественных художников-пейзажистов: И. 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Шишкина, И. И. Левитана, А. К. Саврасова, В. Д. Поленова, А. И. Куинджи, И. К. Айвазовского и др.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Представления о произведениях крупнейших отечественных портретистов: В. И. Сурикова, И. Е.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Репина, В. А. Серова и др.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«Азбука цифровой графики»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Построение в графическом редакторе различных по эмоциональному восприятию ритмов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расположения пятен на плоскости: покой (статика), разные направления и ритмы движения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(собрались, разбежались, догоняют, улетают и т. д.). Вместо пятен (геометрических фигур) могут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быть простые силуэты машинок, птичек, облаков и др.</w:t>
      </w:r>
    </w:p>
    <w:p>
      <w:pPr>
        <w:autoSpaceDN w:val="0"/>
        <w:autoSpaceDE w:val="0"/>
        <w:widowControl/>
        <w:spacing w:line="262" w:lineRule="auto" w:before="70" w:after="0"/>
        <w:ind w:left="0" w:right="432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графическом редакторе создание рисунка элемента орнамента (паттерна), его копирование,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многократное повторение, в том числе с поворотами вокруг оси рисунка, и создание орнамента, в</w:t>
      </w:r>
    </w:p>
    <w:p>
      <w:pPr>
        <w:sectPr>
          <w:pgSz w:w="11900" w:h="16840"/>
          <w:pgMar w:top="298" w:right="666" w:bottom="416" w:left="666" w:header="720" w:footer="720" w:gutter="0"/>
          <w:cols w:space="720" w:num="1" w:equalWidth="0">
            <w:col w:w="10568" w:space="0"/>
            <w:col w:w="10584" w:space="0"/>
            <w:col w:w="10552" w:space="0"/>
            <w:col w:w="10586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основе которого раппорт. Вариативное создание орнаментов на основе одного и того же элемента.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Изображение и изучение мимики лица в программе Paint (или другом графическом редакторе).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Совмещение с помощью графического редактора векторного изображения, фотографии и шрифта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создания плаката или поздравительной открытки.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Редактирование фотографий в программе Picture Manager: изменение яркости, контраста,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насыщенности цвета; обрезка, поворот, отражение.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Виртуальные путешествия в главные художественные музеи и музеи местные (по выбору учителя).</w:t>
      </w:r>
    </w:p>
    <w:p>
      <w:pPr>
        <w:sectPr>
          <w:pgSz w:w="11900" w:h="16840"/>
          <w:pgMar w:top="286" w:right="802" w:bottom="1440" w:left="666" w:header="720" w:footer="720" w:gutter="0"/>
          <w:cols w:space="720" w:num="1" w:equalWidth="0">
            <w:col w:w="10432" w:space="0"/>
            <w:col w:w="10568" w:space="0"/>
            <w:col w:w="10584" w:space="0"/>
            <w:col w:w="10552" w:space="0"/>
            <w:col w:w="10586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autoSpaceDE w:val="0"/>
        <w:widowControl/>
        <w:spacing w:line="271" w:lineRule="auto" w:before="166" w:after="0"/>
        <w:ind w:left="0" w:right="115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центре программы по изобразительному искусству в соответствии с ФГОС начального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находится личностное развитие обучающихся, приобщение их к российским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традиционным духовным ценностям, а также социализация личности.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призвана обеспечить достижение обучающимися личностных результатов: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уважения и ценностного отношения к своей Родине — России;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ценностно-смысловые ориентации и установки, отражающие индивидуально-личностные позиции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 значимые личностные качества;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духовно-нравственное развитие обучающихся;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мотивацию к познанию и обучению, готовность к саморазвитию и активному участию в социально-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значимой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позитивный опыт участия в творческой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интерес к произведениям искусства и литературы, построенным на принципах нравственности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гуманизма, уважительного отношения и интереса к культурным традициям и творчеству своего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других народов.</w:t>
      </w:r>
    </w:p>
    <w:p>
      <w:pPr>
        <w:autoSpaceDN w:val="0"/>
        <w:autoSpaceDE w:val="0"/>
        <w:widowControl/>
        <w:spacing w:line="281" w:lineRule="auto" w:before="19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Патриотическое воспитание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осуществляется через освоение школьниками содержания традиций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отечественной культуры, выраженной в её архитектуре, народном, декоративно-прикладном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изобразительном искусстве. Урок искусства воспитывает патриотизм не в декларативной форме, 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процессе восприятия и освоения в личной художественной деятельности конкретных знаний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красоте и мудрости, заложенных в культурных традициях.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Гражданское воспитание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формируется через развитие чувства личной причастности к жизни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общества и созидающих качеств личности, приобщение обучающихся к ценностям отечественной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мировой культуры. Учебный предмет способствует пониманию особенностей жизни разных народов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красоты национальных эстетических идеалов. Коллективные творческие работы создают условия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разных форм художественно-творческой деятельности, способствуют пониманию другого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человека, становлению чувства личной ответственности.</w:t>
      </w:r>
    </w:p>
    <w:p>
      <w:pPr>
        <w:autoSpaceDN w:val="0"/>
        <w:autoSpaceDE w:val="0"/>
        <w:widowControl/>
        <w:spacing w:line="283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Духовно-нравственное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воспитание является стержнем художественного развития обучающегося,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приобщения его к искусству как сфере, концентрирующей в себе духовно-нравственного поиск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человечества. Учебные задания направлены на развитие внутреннего мира обучающегося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воспитание его эмоционально-образной, чувственной сферы. Занятия искусством помогают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школьнику обрести социально значимые знания. Развитие творческих способностей способствует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росту самосознания, осознания себя как личности и члена общества.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Эстетическое воспитание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— важнейший компонент и условие развития социально значимых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отношений обучающихся, формирования представлений о прекрасном и безобразном, о высоком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низком. Эстетическое воспитание способствует формированию ценностных ориентаций школьников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отношении к окружающим людям, в стремлении к их пониманию, а также в отношении к семье,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природе, труду, искусству, культурному наследию.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Ценности познавательной деятельности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воспитываются как эмоционально окрашенный интерес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жизни людей и природы. Происходит это в процессе развития навыков восприятия и художественной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рефлексии своих наблюдений в художественно-творческой деятельности. Навыки исследовательской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 развиваются при выполнении заданий культурно-исторической направленности.</w:t>
      </w:r>
    </w:p>
    <w:p>
      <w:pPr>
        <w:autoSpaceDN w:val="0"/>
        <w:autoSpaceDE w:val="0"/>
        <w:widowControl/>
        <w:spacing w:line="271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Экологическое воспитание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происходит в процессе художественно-эстетического наблюдения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природы и её образа в произведениях искусства. Формирование эстетических чувств способствует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активному неприятию действий, приносящих вред окружающей среде.</w:t>
      </w:r>
    </w:p>
    <w:p>
      <w:pPr>
        <w:sectPr>
          <w:pgSz w:w="11900" w:h="16840"/>
          <w:pgMar w:top="298" w:right="650" w:bottom="350" w:left="666" w:header="720" w:footer="720" w:gutter="0"/>
          <w:cols w:space="720" w:num="1" w:equalWidth="0">
            <w:col w:w="10584" w:space="0"/>
            <w:col w:w="10432" w:space="0"/>
            <w:col w:w="10568" w:space="0"/>
            <w:col w:w="10584" w:space="0"/>
            <w:col w:w="10552" w:space="0"/>
            <w:col w:w="10586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81" w:lineRule="auto" w:before="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Трудовое воспитание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осуществляется в процессе личной художественно-творческой работы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освоению художественных материалов и удовлетворения от создания реального, практического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продукта. Воспитываются стремление достичь результат, упорство, творческая инициатива,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 эстетики трудовой деятельности. Важны также умения сотрудничать с одноклассниками,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работать в команде, выполнять коллективную работу — обязательные требования к определённым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заданиям по программе.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6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1.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Овладение универсальными познавательными действиями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Пространственные представления и сенсорные способности: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форму предмета, конструкции;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доминантные черты (характерные особенности) в визуальном образе;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сравнивать плоскостные и пространственные объекты по заданным основаниям;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находить ассоциативные связи между визуальными образами разных форм и предметов;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сопоставлять части и целое в видимом образе, предмете, конструкции;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 пропорциональные отношения частей внутри целого и предметов между собой;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обобщать форму составной конструкции;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анализировать ритмические отношения в пространстве и в изображении (визуальном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образе) на установленных основаниях;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абстрагировать образ реальности при построении плоской композиции;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соотносить тональные отношения (тёмное — светлое) в пространственных и плоскостных объектах;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анализировать эмоциональное воздействие цветовых отношений в пространственной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среде и плоскостном изображении.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Базовые логические и исследовательские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проявлять исследовательские, экспериментальные действия в процессе освоения выразительных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свойств различных художественных материалов;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проявлять творческие экспериментальные действия в процессе самостоятельного выполнения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художественных заданий;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проявлять исследовательские и аналитические действия на основе определённых учебных установок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процессе восприятия произведений изобразительного искусства, архитектуры и продуктов детского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художественного творчества;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наблюдения для получения информации об особенностях объектов и состояния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природы, предметного мира человека, городской среды;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анализировать и оценивать с позиций эстетических категорий явления природы и предметно-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пространственную среду жизни человека;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выводы, соответствующие эстетическим, аналитическим и другим учебным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установкам по результатам проведённого наблюдения;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знаково-символические средства для составления орнаментов и декоративных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композиций;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классифицировать произведения искусства по видам и, соответственно, по назначению в жизни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людей;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классифицировать произведения изобразительного искусства по жанрам в качестве инструмента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анализа содержания произведений;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ставить и использовать вопросы как исследовательский инструмент познания.</w:t>
      </w:r>
    </w:p>
    <w:p>
      <w:pPr>
        <w:autoSpaceDN w:val="0"/>
        <w:autoSpaceDE w:val="0"/>
        <w:widowControl/>
        <w:spacing w:line="262" w:lineRule="auto" w:before="190" w:after="0"/>
        <w:ind w:left="180" w:right="4752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Работа с информацией: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использовать электронные образовательные ресурсы;</w:t>
      </w:r>
    </w:p>
    <w:p>
      <w:pPr>
        <w:sectPr>
          <w:pgSz w:w="11900" w:h="16840"/>
          <w:pgMar w:top="298" w:right="658" w:bottom="332" w:left="666" w:header="720" w:footer="720" w:gutter="0"/>
          <w:cols w:space="720" w:num="1" w:equalWidth="0">
            <w:col w:w="10576" w:space="0"/>
            <w:col w:w="10584" w:space="0"/>
            <w:col w:w="10432" w:space="0"/>
            <w:col w:w="10568" w:space="0"/>
            <w:col w:w="10584" w:space="0"/>
            <w:col w:w="10552" w:space="0"/>
            <w:col w:w="10586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работать с электронными учебниками и учебными пособиями;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 источник для получения информации: поисковые системы Интернета, цифровые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электронные средства, справочники, художественные альбомы и детские книги;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анализировать, интерпретировать, обобщать и систематизировать информацию, представленную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произведениях искусства, текстах, таблицах и схемах;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готовить информацию на заданную или выбранную тему и представлять её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различных видах: рисунках и эскизах, электронных презентациях;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осуществлять виртуальные путешествия по архитектурным памятникам, в отечественные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художественные музеи и зарубежные художественные музеи (галереи) на основе установок и квестов,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предложенных учителем;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соблюдать правила информационной безопасности при работе в сети Интернет.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2.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Овладение универсальными коммуникативными действиями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Обучающиеся должны овладеть следующими действиями: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искусство в качестве особого языка общения — межличностного (автор — зритель),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между поколениями, между народами;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вести диалог и участвовать в дискуссии, проявляя уважительное отношение к оппонентам,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сопоставлять свои суждения с суждениями участников общения, выявляя и корректно отстаивая свои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позиции в оценке и понимании обсуждаемого явления;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находить общее решение и разрешать конфликты на основе общих позиций и учёта интересов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процессе совместной художественной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демонстрировать и объяснять результаты своего творческого, художественного или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исследовательского опыта;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 произведения детского художественного творчества с позиций их содержания 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соответствии с учебной задачей, поставленной учителем;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признавать своё и чужое право на ошибку, развивать свои способности сопереживать, понимать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намерения и переживания свои и других людей;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взаимодействовать, сотрудничать в процессе коллективной работы, принимать цель совместной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 и строить действия по её достижению, договариваться, выполнять поручения,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подчиняться, ответственно относиться к своей задаче по достижению общего результата.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129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3.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Овладение универсальными регулятивными действиями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Обучающиеся должны овладеть следующими действиями: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внимательно относиться и выполнять учебные задачи, поставленные учителем;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соблюдать последовательность учебных действий при выполнении задания;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организовывать своё рабочее место для практической работы, сохраняя порядок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окружающем пространстве и бережно относясь к используемым материалам;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соотносить свои действия с планируемыми результатами, осуществлять контроль своей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 в процессе достижения результата.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autoSpaceDE w:val="0"/>
        <w:widowControl/>
        <w:spacing w:line="276" w:lineRule="auto" w:before="16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Предметные результаты сформулированы по годам обучения на основе модульного построения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содержания в соответствии с Приложением № 8 к Федеральному государственному образовательному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стандарту начального общего образования, утверждённому приказом Министерства просвещения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Российской Федерации.</w:t>
      </w:r>
    </w:p>
    <w:p>
      <w:pPr>
        <w:autoSpaceDN w:val="0"/>
        <w:autoSpaceDE w:val="0"/>
        <w:widowControl/>
        <w:spacing w:line="262" w:lineRule="auto" w:before="190" w:after="0"/>
        <w:ind w:left="180" w:right="14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«Графика»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Приобретать представление о художественном оформлении книги, о дизайне книги, многообразии</w:t>
      </w:r>
    </w:p>
    <w:p>
      <w:pPr>
        <w:sectPr>
          <w:pgSz w:w="11900" w:h="16840"/>
          <w:pgMar w:top="298" w:right="668" w:bottom="438" w:left="666" w:header="720" w:footer="720" w:gutter="0"/>
          <w:cols w:space="720" w:num="1" w:equalWidth="0">
            <w:col w:w="10566" w:space="0"/>
            <w:col w:w="10576" w:space="0"/>
            <w:col w:w="10584" w:space="0"/>
            <w:col w:w="10432" w:space="0"/>
            <w:col w:w="10568" w:space="0"/>
            <w:col w:w="10584" w:space="0"/>
            <w:col w:w="10552" w:space="0"/>
            <w:col w:w="10586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 детских книг, о работе художников-иллюстраторов.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Получать опыт создания эскиза книжки-игрушки на выбранный сюжет: рисунок обложки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соединением шрифта (текста) и изображения, рисунок заглавной буквицы, создание иллюстраций,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размещение текста и иллюстраций на развороте.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Узнавать об искусстве шрифта и образных (изобразительных) возможностях надписи, о работе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художника над шрифтовой композицией.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Создавать практическую творческую работу — поздравительную открытку, совмещая в ней шрифт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изображение.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Узнавать о работе художников над плакатами и афишами.</w:t>
      </w:r>
    </w:p>
    <w:p>
      <w:pPr>
        <w:autoSpaceDN w:val="0"/>
        <w:autoSpaceDE w:val="0"/>
        <w:widowControl/>
        <w:spacing w:line="262" w:lineRule="auto" w:before="70" w:after="0"/>
        <w:ind w:left="18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творческую композицию — эскиз афиши к выбранному спектаклю или фильму.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Узнавать основные пропорции лица человека, взаимное расположение частей лица.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Приобретать опыт рисования портрета (лица) человека.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Создавать маску сказочного персонажа с ярко выраженным характером лица (для карнавала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спектакля).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«Живопись»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Осваивать приёмы создания живописной композиции (натюрморта) по наблюдению натуры или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представлению.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Рассматривать, эстетически анализировать сюжет и композицию, эмоциональное настроение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натюрмортах известных отечественных художников.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Приобретать опыт создания творческой живописной работы — натюрморта с ярко выраженным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настроением или «натюрморта-автопортрета».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Изображать красками портрет человека с опорой на натуру или по представлению.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Создавать пейзаж, передавая в нём активное состояние природы.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Приобрести представление о деятельности художника в театре.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Создать красками эскиз занавеса или эскиз декораций к выбранному сюжету.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Познакомиться с работой художников по оформлению праздников.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Выполнить тематическую композицию «Праздник в городе» на основе наблюдений, по памяти и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представлению.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«Скульптура»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Приобрести опыт творческой работы: лепка сказочного персонажа на основе сюжета известной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сказки (или создание этого персонажа в технике бумагопластики, по выбору учителя).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Учиться создавать игрушку из подручного нехудожественного материала путём добавления к ней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необходимых деталей и тем самым «одушевления образа».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Узнавать о видах скульптуры: скульптурные памятники, парковая скульптура, мелкая пластика,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рельеф (виды рельефа).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Приобретать опыт лепки эскиза парковой скульптуры.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«Декоративно-прикладное искусство»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Узнавать о создании глиняной и деревянной посуды: народные художественные промыслы Гжель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Хохлома.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Знакомиться с приёмами исполнения традиционных орнаментов, украшающих посуду Гжели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Хохломы; осваивать простые кистевые приёмы, свойственные этим промыслам; выполнить эскизы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орнаментов, украшающих посуду (по мотивам выбранного художественного промысла).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Узнать о сетчатых видах орнаментов и их применении в росписи тканей, стен и др.; уметь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рассуждать с опорой на зрительный материал о видах симметрии в сетчатом орнаменте.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Осваивать навыки создания орнаментов при помощи штампов и трафаретов.</w:t>
      </w:r>
    </w:p>
    <w:p>
      <w:pPr>
        <w:sectPr>
          <w:pgSz w:w="11900" w:h="16840"/>
          <w:pgMar w:top="286" w:right="742" w:bottom="428" w:left="666" w:header="720" w:footer="720" w:gutter="0"/>
          <w:cols w:space="720" w:num="1" w:equalWidth="0">
            <w:col w:w="10492" w:space="0"/>
            <w:col w:w="10566" w:space="0"/>
            <w:col w:w="10576" w:space="0"/>
            <w:col w:w="10584" w:space="0"/>
            <w:col w:w="10432" w:space="0"/>
            <w:col w:w="10568" w:space="0"/>
            <w:col w:w="10584" w:space="0"/>
            <w:col w:w="10552" w:space="0"/>
            <w:col w:w="10586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62" w:lineRule="auto" w:before="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Получить опыт создания композиции орнамента в квадрате (в качестве эскиза росписи женского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платка).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«Архитектура»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Выполнить зарисовки или творческие рисунки по памяти и по представлению на тему исторических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памятников или архитектурных достопримечательностей своего города.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Создать эскиз макета паркового пространства или участвовать в коллективной работе по созданию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такого макета.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Создать в виде рисунков или объёмных аппликаций из цветной бумаги эскизы разнообразных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малых архитектурных форм, наполняющих городское пространство.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Придумать и нарисовать (или выполнить в технике бумагопластики) транспортное средство.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Выполнить творческий рисунок — создать образ своего города или села или участвовать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коллективной работе по созданию образа своего города или села (в виде коллажа).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«Восприятие произведений искусства»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Рассматривать и обсуждать содержание работы художника, ценностно и эстетически относиться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иллюстрациям известных отечественных художников детских книг, получая различную визуально-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образную информацию; знать имена нескольких художников детской книги.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Рассматривать и анализировать архитектурные постройки своего города (села), характерные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особенности улиц и площадей, выделять центральные по архитектуре здания и обсуждать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архитектурные особенности; приобретать представления, аналитический и эмоциональный опыт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восприятия наиболее известных памятников архитектуры Москвы и Санкт-Петербурга (для жителей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регионов на основе фотографий, телепередач и виртуальных путешествий), уметь обсуждать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увиденные памятники.</w:t>
      </w:r>
    </w:p>
    <w:p>
      <w:pPr>
        <w:autoSpaceDN w:val="0"/>
        <w:autoSpaceDE w:val="0"/>
        <w:widowControl/>
        <w:spacing w:line="271" w:lineRule="auto" w:before="70" w:after="0"/>
        <w:ind w:left="0" w:right="126" w:firstLine="180"/>
        <w:jc w:val="both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 и уметь объяснять назначение основных видов пространственных искусств: изобразительных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видов искусства — живописи, графики, скульптуры; архитектуры, дизайна, декоративно-прикладных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видов искусства, а также деятельности художника в кино, в театре, на празднике.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 и уметь называть основные жанры живописи, графики и скульптуры, определяемые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предметом изображения.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 имена крупнейших отечественных художников-пейзажистов: И. И. Шишкина, И. И. Левитана,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А. К. Саврасова, В. Д. Поленова, А. И. Куинджи, И. К. Айвазовского и других (по выбору учителя),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приобретать представления об их произведениях.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Осуществлять виртуальные интерактивные путешествия в художественные музеи, участвовать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исследовательских квестах, в обсуждении впечатлений от виртуальных путешествий.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 имена крупнейших отечественных портретистов: В. И. Сурикова, И. Е. Репина, В. А. Серова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других (по выбору учителя), приобретать представления об их произведениях.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значение музеев и называть, указывать, где находятся и чему посвящены их коллекции: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Государственная Третьяковская галерея, Государственный Эрмитаж, Государственный Русский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музей, Государственный музей изобразительных искусств имени А. С. Пушкина.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Знать, что в России много замечательных художественных музеев, иметь представление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коллекциях своих региональных музеев.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Модуль «Азбука цифровой графики»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Осваивать приёмы работы в графическом редакторе с линиями, геометрическими фигурами,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инструментами традиционного рисования.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Применять получаемые навыки для усвоения определённых учебных тем, например: исследования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свойств ритма и построения ритмических композиций, составления орнаментов путём различных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повторений рисунка узора, простого повторения (раппорт), экспериментируя на свойствах симметрии;</w:t>
      </w:r>
    </w:p>
    <w:p>
      <w:pPr>
        <w:sectPr>
          <w:pgSz w:w="11900" w:h="16840"/>
          <w:pgMar w:top="298" w:right="652" w:bottom="416" w:left="666" w:header="720" w:footer="720" w:gutter="0"/>
          <w:cols w:space="720" w:num="1" w:equalWidth="0">
            <w:col w:w="10582" w:space="0"/>
            <w:col w:w="10492" w:space="0"/>
            <w:col w:w="10566" w:space="0"/>
            <w:col w:w="10576" w:space="0"/>
            <w:col w:w="10584" w:space="0"/>
            <w:col w:w="10432" w:space="0"/>
            <w:col w:w="10568" w:space="0"/>
            <w:col w:w="10584" w:space="0"/>
            <w:col w:w="10552" w:space="0"/>
            <w:col w:w="10586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создание паттернов.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Осваивать с помощью создания схемы лица человека его конструкцию и пропорции; осваивать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помощью графического редактора схематическое изменение мимики лица.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Осваивать приёмы соединения шрифта и векторного изображения при создании поздравительных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открыток, афиши и др.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Осваивать приёмы редактирования цифровых фотографий с помощью компьютерной программы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Picture Manager (или другой): изменение яркости, контраста и насыщенности цвета; обрезка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изображения, поворот, отражение.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Осуществлять виртуальные путешествия в отечественные художественные музеи и, возможно,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знаменитые зарубежные художественные музеи на основе установок и квестов, предложенных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учителем.</w:t>
      </w:r>
    </w:p>
    <w:p>
      <w:pPr>
        <w:sectPr>
          <w:pgSz w:w="11900" w:h="16840"/>
          <w:pgMar w:top="286" w:right="944" w:bottom="1440" w:left="666" w:header="720" w:footer="720" w:gutter="0"/>
          <w:cols w:space="720" w:num="1" w:equalWidth="0">
            <w:col w:w="10290" w:space="0"/>
            <w:col w:w="10582" w:space="0"/>
            <w:col w:w="10492" w:space="0"/>
            <w:col w:w="10566" w:space="0"/>
            <w:col w:w="10576" w:space="0"/>
            <w:col w:w="10584" w:space="0"/>
            <w:col w:w="10432" w:space="0"/>
            <w:col w:w="10568" w:space="0"/>
            <w:col w:w="10584" w:space="0"/>
            <w:col w:w="10552" w:space="0"/>
            <w:col w:w="10586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39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6544"/>
            <w:vMerge w:val="restart"/>
            <w:tcBorders>
              <w:start w:sz="4.800000000000011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4"/>
            <w:gridSpan w:val="3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04"/>
            <w:vMerge w:val="restart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2486"/>
            <w:vMerge w:val="restart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11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1382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(цифровые)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76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68" w:val="single" w:color="#000000"/>
              <w:end w:sz="5.600000000000364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2"/>
            <w:tcBorders>
              <w:start w:sz="5.600000000000364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1.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Графика</w:t>
            </w:r>
          </w:p>
        </w:tc>
      </w:tr>
      <w:tr>
        <w:trPr>
          <w:trHeight w:hRule="exact" w:val="1118"/>
        </w:trPr>
        <w:tc>
          <w:tcPr>
            <w:tcW w:type="dxa" w:w="396"/>
            <w:tcBorders>
              <w:start w:sz="4.800000000000011" w:val="single" w:color="#000000"/>
              <w:top w:sz="5.600000000000023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6544"/>
            <w:tcBorders>
              <w:start w:sz="4.800000000000011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Поздравительная открытка. Открытка-пожелание. Композиция открытки: совмещение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текста (шрифта) и изображения. Рисунок открытки или аппликация.</w:t>
            </w:r>
          </w:p>
        </w:tc>
        <w:tc>
          <w:tcPr>
            <w:tcW w:type="dxa" w:w="528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5.600000000000023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5.600000000000023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Начать осваивать выразительные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возможности шрифта.; Создать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поздравительную открытку;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совмещая в ней рисунок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коротким текстом.;</w:t>
            </w:r>
          </w:p>
        </w:tc>
        <w:tc>
          <w:tcPr>
            <w:tcW w:type="dxa" w:w="1116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учебнику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6544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Эскизы обложки и иллюстраций к детской книге сказок (сказка по выбору). Рисунок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буквицы. Макет книги-игрушки. Совмещение изображения и текста. Расположение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иллюстраций и текста на развороте книги.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Придумать и создать эскиз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детской книжки-игрушки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выбранный сюжет;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учебнику</w:t>
            </w:r>
          </w:p>
        </w:tc>
      </w:tr>
      <w:tr>
        <w:trPr>
          <w:trHeight w:hRule="exact" w:val="1116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1.3.</w:t>
            </w:r>
          </w:p>
        </w:tc>
        <w:tc>
          <w:tcPr>
            <w:tcW w:type="dxa" w:w="6544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Знакомство с творчеством некоторых известных отечественных иллюстраторов детской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книги (И. Я. Билибин, Е. И. Рачёв, Б. А. Дехтерёв, В. Г. Сутеев, Ю. А. Васнецов, В. А.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Чижиков, Е. И. Чарушин, Л. В. Владимирский, Н. Г. Гольц — по выбору учителя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учащихся).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Приобретать опыт рассмотрения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детских книг разного построения.;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Обсуждать;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построение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любимых книг и их иллюстрации.;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учебнику</w:t>
            </w:r>
          </w:p>
        </w:tc>
      </w:tr>
      <w:tr>
        <w:trPr>
          <w:trHeight w:hRule="exact" w:val="734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1.4.</w:t>
            </w:r>
          </w:p>
        </w:tc>
        <w:tc>
          <w:tcPr>
            <w:tcW w:type="dxa" w:w="6544"/>
            <w:tcBorders>
              <w:start w:sz="4.800000000000011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Эскиз плаката или афиши. Совмещение шрифта и изображения. Особенности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композиции плаката.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эскиз плаката для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спектакля на выбранный сюжет 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репертуара детских театров;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учебнику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1.5.</w:t>
            </w:r>
          </w:p>
        </w:tc>
        <w:tc>
          <w:tcPr>
            <w:tcW w:type="dxa" w:w="6544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Изображение лица человека. Строение: пропорции, взаиморасположение частей лица.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строение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пропорциональные отношения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лица человека на основе схемы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лица.;;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учебнику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1.6.</w:t>
            </w:r>
          </w:p>
        </w:tc>
        <w:tc>
          <w:tcPr>
            <w:tcW w:type="dxa" w:w="6544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Эскиз маски для маскарада: изображение лица-маски персонажа с ярко выраженным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характером.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в технике аппликации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или в виде рисунка маску для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сказочного персонажа;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учебнику</w:t>
            </w:r>
          </w:p>
        </w:tc>
      </w:tr>
      <w:tr>
        <w:trPr>
          <w:trHeight w:hRule="exact" w:val="348"/>
        </w:trPr>
        <w:tc>
          <w:tcPr>
            <w:tcW w:type="dxa" w:w="6940"/>
            <w:gridSpan w:val="2"/>
            <w:tcBorders>
              <w:start w:sz="4.800000000000011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1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8034"/>
            <w:gridSpan w:val="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2.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Живопись</w:t>
            </w:r>
          </w:p>
        </w:tc>
      </w:tr>
      <w:tr>
        <w:trPr>
          <w:trHeight w:hRule="exact" w:val="2058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6544"/>
            <w:tcBorders>
              <w:start w:sz="4.800000000000011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Натюрморт из простых предметов с натуры или по представлению. Композиционный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натюрморт.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приёмы композиции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натюрморта по наблюдению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натуры или по представлению.;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эстетически анализировать сюжет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композицию;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эмоциональное настроение;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выраженное в натюрмортах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известных отечественных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художников;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учебнику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724" w:left="666" w:header="720" w:footer="720" w:gutter="0"/>
          <w:cols w:space="720" w:num="1" w:equalWidth="0">
            <w:col w:w="15534" w:space="0"/>
            <w:col w:w="10290" w:space="0"/>
            <w:col w:w="10582" w:space="0"/>
            <w:col w:w="10492" w:space="0"/>
            <w:col w:w="10566" w:space="0"/>
            <w:col w:w="10576" w:space="0"/>
            <w:col w:w="10584" w:space="0"/>
            <w:col w:w="10432" w:space="0"/>
            <w:col w:w="10568" w:space="0"/>
            <w:col w:w="10584" w:space="0"/>
            <w:col w:w="10552" w:space="0"/>
            <w:col w:w="10586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500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6544"/>
            <w:tcBorders>
              <w:start w:sz="4.800000000000011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Знакомство с жанром натюрморта в творчестве отечественных художников (например,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И. И. Машков, К. С. Петров-Водкин, К. А. Коровин, П. П. Кончаловский, М. С. Сарьян,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В. Ф. Стожаров) и западноевропейских художников (например, В. Ван Гог, А. Матисс, П.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Сезанн).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эстетически анализировать сюжет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композицию;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эмоциональное настроение;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выраженное в натюрмортах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известных отечественных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художников;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учебнику</w:t>
            </w:r>
          </w:p>
        </w:tc>
      </w:tr>
      <w:tr>
        <w:trPr>
          <w:trHeight w:hRule="exact" w:val="2078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6544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«Натюрморт-автопортрет» из предметов, характеризующих личность ученика.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творческую работу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тему «Натюрморт» с ярко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выраженным настроением: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радостный;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грустный;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тихий натюрморт или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«Натюрморт- автопортрет».;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Выполнить творческую работу —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портрет товарища или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автопортрет.;;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учебнику</w:t>
            </w:r>
          </w:p>
        </w:tc>
      </w:tr>
      <w:tr>
        <w:trPr>
          <w:trHeight w:hRule="exact" w:val="1344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2.4.</w:t>
            </w:r>
          </w:p>
        </w:tc>
        <w:tc>
          <w:tcPr>
            <w:tcW w:type="dxa" w:w="6544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Пейзаж в живописи. Пейзаж, передающий состояния в природе. Выбрать для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изображения время года, время дня, характер погоды и характер ландшафта (лес или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поле, река или озеро). Показать в изображении состояние неба.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эстетически анализировать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знаменитые пейзажи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отечественных пейзажистов;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передающие разные состояния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природе.;;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учебнику</w:t>
            </w:r>
          </w:p>
        </w:tc>
      </w:tr>
      <w:tr>
        <w:trPr>
          <w:trHeight w:hRule="exact" w:val="1310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2.5.</w:t>
            </w:r>
          </w:p>
        </w:tc>
        <w:tc>
          <w:tcPr>
            <w:tcW w:type="dxa" w:w="6544"/>
            <w:tcBorders>
              <w:start w:sz="4.800000000000011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Портрет человека (по памяти и по представлению, с опорой на натуру). Выражение 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портрете (автопортрете) характера человека, особенностей его личности; использование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выразительных возможностей композиционного размещения изображения в плоскости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листа. Передача особенностей пропорций и мимики лица, характера цветового решения,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сильного или мягкого контраста; включение в композицию дополнительных предметов.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Обсуждать характер;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душевный строй изображённого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 портрете человека;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отношение к нему художника-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автора и художественные средства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выражения.;;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учебнику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2.6.</w:t>
            </w:r>
          </w:p>
        </w:tc>
        <w:tc>
          <w:tcPr>
            <w:tcW w:type="dxa" w:w="6544"/>
            <w:tcBorders>
              <w:start w:sz="4.800000000000011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Сюжетная композиция «В цирке» (по памяти и по представлению).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эскиз театрального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занавеса или декораций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выбранному сюжету;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учебнику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2.7.</w:t>
            </w:r>
          </w:p>
        </w:tc>
        <w:tc>
          <w:tcPr>
            <w:tcW w:type="dxa" w:w="6544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Художник в театре: эскиз занавеса (или декораций) для спектакля со сказочным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сюжетом (сказка по выбору).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эскиз театрального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занавеса или декораций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выбранному сюжету.;;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учебнику</w:t>
            </w:r>
          </w:p>
        </w:tc>
      </w:tr>
      <w:tr>
        <w:trPr>
          <w:trHeight w:hRule="exact" w:val="926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2.8.</w:t>
            </w:r>
          </w:p>
        </w:tc>
        <w:tc>
          <w:tcPr>
            <w:tcW w:type="dxa" w:w="6544"/>
            <w:tcBorders>
              <w:start w:sz="4.800000000000011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Тематическая композиция «Праздник в городе» (гуашь по цветной бумаге, возможно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совмещение с наклейками в виде коллажа или аппликации).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5.600000000000364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тематическую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композицию «Праздник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городе»(на основе наблюдений;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 памяти и по представлению;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учебнику</w:t>
            </w:r>
          </w:p>
        </w:tc>
      </w:tr>
      <w:tr>
        <w:trPr>
          <w:trHeight w:hRule="exact" w:val="348"/>
        </w:trPr>
        <w:tc>
          <w:tcPr>
            <w:tcW w:type="dxa" w:w="6940"/>
            <w:gridSpan w:val="2"/>
            <w:tcBorders>
              <w:start w:sz="4.800000000000011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2</w:t>
            </w:r>
          </w:p>
        </w:tc>
        <w:tc>
          <w:tcPr>
            <w:tcW w:type="dxa" w:w="52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8034"/>
            <w:gridSpan w:val="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3.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Скульптура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000" w:left="666" w:header="720" w:footer="720" w:gutter="0"/>
          <w:cols w:space="720" w:num="1" w:equalWidth="0">
            <w:col w:w="15534" w:space="0"/>
            <w:col w:w="15534" w:space="0"/>
            <w:col w:w="10290" w:space="0"/>
            <w:col w:w="10582" w:space="0"/>
            <w:col w:w="10492" w:space="0"/>
            <w:col w:w="10566" w:space="0"/>
            <w:col w:w="10576" w:space="0"/>
            <w:col w:w="10584" w:space="0"/>
            <w:col w:w="10432" w:space="0"/>
            <w:col w:w="10568" w:space="0"/>
            <w:col w:w="10584" w:space="0"/>
            <w:col w:w="10552" w:space="0"/>
            <w:col w:w="10586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898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6544"/>
            <w:tcBorders>
              <w:start w:sz="4.800000000000011" w:val="single" w:color="#000000"/>
              <w:top w:sz="4.800000000000011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Лепка сказочного персонажа на основе сюжета известной сказки или создание этого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персонажа в технике бумагопластики.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5.600000000000364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Выполнить творческую работу —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лепку образа персонажа (или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создание образа в технике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бумагопластики) с ярко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выраженным характером (из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выбранной сказки). Работа может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быть коллективной: совмещение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общей композиции разных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персонажей сказки;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</w:t>
            </w:r>
          </w:p>
        </w:tc>
      </w:tr>
      <w:tr>
        <w:trPr>
          <w:trHeight w:hRule="exact" w:val="2076"/>
        </w:trPr>
        <w:tc>
          <w:tcPr>
            <w:tcW w:type="dxa" w:w="396"/>
            <w:tcBorders>
              <w:start w:sz="4.800000000000011" w:val="single" w:color="#000000"/>
              <w:top w:sz="5.600000000000023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6544"/>
            <w:tcBorders>
              <w:start w:sz="4.800000000000011" w:val="single" w:color="#000000"/>
              <w:top w:sz="5.600000000000023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4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Создание игрушки из подручного нехудожественного материала, придание ей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одушевлённого образа путём добавления деталей лепных или из бумаги, ниток или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других материалов.</w:t>
            </w:r>
          </w:p>
        </w:tc>
        <w:tc>
          <w:tcPr>
            <w:tcW w:type="dxa" w:w="528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5.600000000000023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5.600000000000023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4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Учиться осознавать;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что художественный образ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(игрушка;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кукла) может быть создан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художником из любого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подручного материала путём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добавления некоторых деталей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для придания характера;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увиденного в предмете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(«одушевление»).;;</w:t>
            </w:r>
          </w:p>
        </w:tc>
        <w:tc>
          <w:tcPr>
            <w:tcW w:type="dxa" w:w="1116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4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</w:t>
            </w:r>
          </w:p>
        </w:tc>
      </w:tr>
      <w:tr>
        <w:trPr>
          <w:trHeight w:hRule="exact" w:val="1308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6544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Освоение знаний о видах скульптуры (по назначению) и жанрах скульптуры (по сюжету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изображения).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Узнавать о разных видах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скульптуры (скульптурные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памятники;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парковая скульптура;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мелкая пластика;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рельеф разных видов).;;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</w:t>
            </w:r>
          </w:p>
        </w:tc>
      </w:tr>
      <w:tr>
        <w:trPr>
          <w:trHeight w:hRule="exact" w:val="734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6544"/>
            <w:tcBorders>
              <w:start w:sz="4.800000000000011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Лепка эскиза парковой скульптуры (пластилин или глина). Выражение пластики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движения в скульптуре.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лепку эскиза парковой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скульптуры;;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</w:t>
            </w:r>
          </w:p>
        </w:tc>
      </w:tr>
      <w:tr>
        <w:trPr>
          <w:trHeight w:hRule="exact" w:val="348"/>
        </w:trPr>
        <w:tc>
          <w:tcPr>
            <w:tcW w:type="dxa" w:w="6940"/>
            <w:gridSpan w:val="2"/>
            <w:tcBorders>
              <w:start w:sz="4.800000000000011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3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034"/>
            <w:gridSpan w:val="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4.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Декоративно-прикладное искусство</w:t>
            </w:r>
          </w:p>
        </w:tc>
      </w:tr>
      <w:tr>
        <w:trPr>
          <w:trHeight w:hRule="exact" w:val="1116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6544"/>
            <w:tcBorders>
              <w:start w:sz="4.800000000000011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Приёмы исполнения орнаментов и эскизы украшения посуды из дерева и глины 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традициях народных художественных промыслов (Хохлома, Гжель) или в традициях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промыслов других регионов (по выбору учителя).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Узнать о создании глиняной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деревянной посуды;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 Гжели;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Хохломе — народных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художественных промыслах.;;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</w:t>
            </w:r>
          </w:p>
        </w:tc>
      </w:tr>
      <w:tr>
        <w:trPr>
          <w:trHeight w:hRule="exact" w:val="926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4.2.</w:t>
            </w:r>
          </w:p>
        </w:tc>
        <w:tc>
          <w:tcPr>
            <w:tcW w:type="dxa" w:w="6544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Эскизы орнаментов для росписи тканей. Раппорт. Трафарет и создание орнамента при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помощи печаток или штампов.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техники печатных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штампов или трафаретов для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создания раппорта (повторения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элемента узора) в орнаменте;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4.3.</w:t>
            </w:r>
          </w:p>
        </w:tc>
        <w:tc>
          <w:tcPr>
            <w:tcW w:type="dxa" w:w="6544"/>
            <w:tcBorders>
              <w:start w:sz="4.800000000000011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4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Эскизы орнамента для росписи платка: симметрия или асимметрия построения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композиции, статика и динамика узора, ритмические чередования мотивов,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наличие композиционного центра, роспись по канве и др. Рассмотрение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павловопосадских платков.</w:t>
            </w:r>
          </w:p>
        </w:tc>
        <w:tc>
          <w:tcPr>
            <w:tcW w:type="dxa" w:w="528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5.599999999999909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5.600000000000364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800000000000182" w:val="single" w:color="#000000"/>
              <w:top w:sz="5.599999999999909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Рассуждать о проявлениях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симметрии и;</w:t>
            </w:r>
          </w:p>
        </w:tc>
        <w:tc>
          <w:tcPr>
            <w:tcW w:type="dxa" w:w="111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4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</w:t>
            </w:r>
          </w:p>
        </w:tc>
      </w:tr>
      <w:tr>
        <w:trPr>
          <w:trHeight w:hRule="exact" w:val="348"/>
        </w:trPr>
        <w:tc>
          <w:tcPr>
            <w:tcW w:type="dxa" w:w="6940"/>
            <w:gridSpan w:val="2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4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034"/>
            <w:gridSpan w:val="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5.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Архитектура 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472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290" w:space="0"/>
            <w:col w:w="10582" w:space="0"/>
            <w:col w:w="10492" w:space="0"/>
            <w:col w:w="10566" w:space="0"/>
            <w:col w:w="10576" w:space="0"/>
            <w:col w:w="10584" w:space="0"/>
            <w:col w:w="10432" w:space="0"/>
            <w:col w:w="10568" w:space="0"/>
            <w:col w:w="10584" w:space="0"/>
            <w:col w:w="10552" w:space="0"/>
            <w:col w:w="10586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500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5.1.</w:t>
            </w:r>
          </w:p>
        </w:tc>
        <w:tc>
          <w:tcPr>
            <w:tcW w:type="dxa" w:w="6544"/>
            <w:tcBorders>
              <w:start w:sz="4.800000000000011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Графические зарисовки карандашами архитектурных достопримечательностей своего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города или села (по памяти или на основе наблюдений и фотографий).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зарисовки или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творческие рисунки по памяти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 представлению на тему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исторических памятников или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архитектурных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достопримечательностей своего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города (села).;;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</w:t>
            </w:r>
          </w:p>
        </w:tc>
      </w:tr>
      <w:tr>
        <w:trPr>
          <w:trHeight w:hRule="exact" w:val="734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5.2.</w:t>
            </w:r>
          </w:p>
        </w:tc>
        <w:tc>
          <w:tcPr>
            <w:tcW w:type="dxa" w:w="6544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Проектирование садово-паркового пространства на плоскости (аппликация, коллаж) или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 пространственном макете (использование бумаги, картона, пенопласта и других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подручных материалов).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Создать проект образа парка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виде макета или рисунка (или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аппликации).;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</w:t>
            </w:r>
          </w:p>
        </w:tc>
      </w:tr>
      <w:tr>
        <w:trPr>
          <w:trHeight w:hRule="exact" w:val="1500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5.3.</w:t>
            </w:r>
          </w:p>
        </w:tc>
        <w:tc>
          <w:tcPr>
            <w:tcW w:type="dxa" w:w="6544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Дизайн в городе.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зарисовки или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творческие рисунки по памяти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 представлению на тему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исторических памятников или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архитектурных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достопримечательностей своего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города (села).;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</w:t>
            </w:r>
          </w:p>
        </w:tc>
      </w:tr>
      <w:tr>
        <w:trPr>
          <w:trHeight w:hRule="exact" w:val="1632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5.4.</w:t>
            </w:r>
          </w:p>
        </w:tc>
        <w:tc>
          <w:tcPr>
            <w:tcW w:type="dxa" w:w="6544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Проектирование (эскизы) малых архитектурных форм в городе (ажурные ограды,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фонари, остановки транспорта, скамейки, киоски, беседки и др.).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Создать эскизы разнообразных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малых архитектурных форм;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наполняющих городское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пространство (в виде рисунков;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аппликаций из цветной бумаги;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путём вырезания и макетирования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— по выбору учителя;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</w:t>
            </w:r>
          </w:p>
        </w:tc>
      </w:tr>
      <w:tr>
        <w:trPr>
          <w:trHeight w:hRule="exact" w:val="926"/>
        </w:trPr>
        <w:tc>
          <w:tcPr>
            <w:tcW w:type="dxa" w:w="39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5.5.</w:t>
            </w:r>
          </w:p>
        </w:tc>
        <w:tc>
          <w:tcPr>
            <w:tcW w:type="dxa" w:w="6544"/>
            <w:tcBorders>
              <w:start w:sz="4.800000000000011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Дизайн транспортных средств.</w:t>
            </w:r>
          </w:p>
        </w:tc>
        <w:tc>
          <w:tcPr>
            <w:tcW w:type="dxa" w:w="52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0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0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Узнать о работе художника-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дизайнера по разработке формы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автомобилей и других видов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транспорта.;;</w:t>
            </w:r>
          </w:p>
        </w:tc>
        <w:tc>
          <w:tcPr>
            <w:tcW w:type="dxa" w:w="111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5.6.</w:t>
            </w:r>
          </w:p>
        </w:tc>
        <w:tc>
          <w:tcPr>
            <w:tcW w:type="dxa" w:w="6544"/>
            <w:tcBorders>
              <w:start w:sz="4.800000000000011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Транспорт в городе. Рисунки реальных или фантастических машин.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Придумать и нарисовать (или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выполнить в технике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бумагопластики) транспортное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средство.;;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5.7.</w:t>
            </w:r>
          </w:p>
        </w:tc>
        <w:tc>
          <w:tcPr>
            <w:tcW w:type="dxa" w:w="6544"/>
            <w:tcBorders>
              <w:start w:sz="4.800000000000011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Графический рисунок (индивидуально) или тематическое панно «Образ моего города»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(села) в виде коллективной работы (композиционная склейка-аппликация рисунков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зданий и других элементов городского пространства, выполненных индивидуально).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Выполнить творческий рисунок —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создать графический образ своего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города или села (или участвовать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 коллективной работе);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</w:t>
            </w:r>
          </w:p>
        </w:tc>
      </w:tr>
      <w:tr>
        <w:trPr>
          <w:trHeight w:hRule="exact" w:val="348"/>
        </w:trPr>
        <w:tc>
          <w:tcPr>
            <w:tcW w:type="dxa" w:w="6940"/>
            <w:gridSpan w:val="2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5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8034"/>
            <w:gridSpan w:val="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6.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Восприятие произведений искусства</w:t>
            </w:r>
          </w:p>
        </w:tc>
      </w:tr>
      <w:tr>
        <w:trPr>
          <w:trHeight w:hRule="exact" w:val="906"/>
        </w:trPr>
        <w:tc>
          <w:tcPr>
            <w:tcW w:type="dxa" w:w="39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6.1.</w:t>
            </w:r>
          </w:p>
        </w:tc>
        <w:tc>
          <w:tcPr>
            <w:tcW w:type="dxa" w:w="6544"/>
            <w:tcBorders>
              <w:start w:sz="4.800000000000011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Иллюстрации в детских книгах и дизайн детской книги.</w:t>
            </w:r>
          </w:p>
        </w:tc>
        <w:tc>
          <w:tcPr>
            <w:tcW w:type="dxa" w:w="52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0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800000000000182" w:val="single" w:color="#000000"/>
              <w:top w:sz="4.0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 обсуждать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иллюстрации известных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отечественных художников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детских книг.;;</w:t>
            </w:r>
          </w:p>
        </w:tc>
        <w:tc>
          <w:tcPr>
            <w:tcW w:type="dxa" w:w="111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778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0290" w:space="0"/>
            <w:col w:w="10582" w:space="0"/>
            <w:col w:w="10492" w:space="0"/>
            <w:col w:w="10566" w:space="0"/>
            <w:col w:w="10576" w:space="0"/>
            <w:col w:w="10584" w:space="0"/>
            <w:col w:w="10432" w:space="0"/>
            <w:col w:w="10568" w:space="0"/>
            <w:col w:w="10584" w:space="0"/>
            <w:col w:w="10552" w:space="0"/>
            <w:col w:w="10586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694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6.2.</w:t>
            </w:r>
          </w:p>
        </w:tc>
        <w:tc>
          <w:tcPr>
            <w:tcW w:type="dxa" w:w="6544"/>
            <w:tcBorders>
              <w:start w:sz="4.800000000000011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Наблюдение окружающего мира по теме «Архитектура, улицы моего города». Памятники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архитектуры и архитектурные достопримечательности (по выбору учителя), их значение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 современном мире.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Рассматривать и анализировать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архитектурные постройки своего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города (села);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характерные особенности улиц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площадей;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выделять центральные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архитектуре здания и обсуждать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их особенност;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</w:t>
            </w:r>
          </w:p>
        </w:tc>
      </w:tr>
      <w:tr>
        <w:trPr>
          <w:trHeight w:hRule="exact" w:val="1884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6.3.</w:t>
            </w:r>
          </w:p>
        </w:tc>
        <w:tc>
          <w:tcPr>
            <w:tcW w:type="dxa" w:w="6544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Виртуальное путешествие: памятники архитектуры Москвы и Санкт-Петербурга (обзор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памятников по выбору учителя).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Получать представления 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наиболее знаменитых картинах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знать имена крупнейших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отечественных художников-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портретистов.;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Осуществлять виртуальные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(интерактивные) путешествия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художественные музеи (по выбору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учителя).;;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6.4.</w:t>
            </w:r>
          </w:p>
        </w:tc>
        <w:tc>
          <w:tcPr>
            <w:tcW w:type="dxa" w:w="6544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Знания о видах пространственных искусств: виды определяются по назначению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произведений в жизни людей.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96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Узнавать и уметь объяснять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назначение основных видов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пространственных искусств;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</w:t>
            </w:r>
          </w:p>
        </w:tc>
      </w:tr>
      <w:tr>
        <w:trPr>
          <w:trHeight w:hRule="exact" w:val="1502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6.5.</w:t>
            </w:r>
          </w:p>
        </w:tc>
        <w:tc>
          <w:tcPr>
            <w:tcW w:type="dxa" w:w="6544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Жанры в изобразительном искусстве — живописи, графике, скульптуре — определяются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предметом изображения и служат для классификации и сравнения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содержания произведений сходного сюжета (портреты, пейзажи и др.).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Уметь перечислять виды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собственно изобразительных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искусств: живопись;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графику;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скульптуру.; Уметь объяснять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смысл термина«жанр»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изобразительном;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</w:t>
            </w:r>
          </w:p>
        </w:tc>
      </w:tr>
      <w:tr>
        <w:trPr>
          <w:trHeight w:hRule="exact" w:val="1116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6.6.</w:t>
            </w:r>
          </w:p>
        </w:tc>
        <w:tc>
          <w:tcPr>
            <w:tcW w:type="dxa" w:w="6544"/>
            <w:tcBorders>
              <w:start w:sz="4.800000000000011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Представления о произведениях крупнейших отечественных художников-пейзажистов: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И. И. Шишкина, И. И. Левитана, А. К. Саврасова, В. Д. Поленова, А. И. Куинджи,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И. К. Айвазовского (и других по выбору учителя).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Получать представления 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наиболее знаменитых картинах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знать имена крупнейших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отечественных художников-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пейзажистов.;;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</w:t>
            </w:r>
          </w:p>
        </w:tc>
      </w:tr>
      <w:tr>
        <w:trPr>
          <w:trHeight w:hRule="exact" w:val="1116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6.7.</w:t>
            </w:r>
          </w:p>
        </w:tc>
        <w:tc>
          <w:tcPr>
            <w:tcW w:type="dxa" w:w="6544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Представления о произведениях крупнейших отечественных портретистов: В. И.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Сурикова, И. Е. Репина, В. А. Серова (и других по выбору учителя).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Получать представления 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наиболее знаменитых картинах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знать имена крупнейших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отечественных художников-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портретистов;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</w:t>
            </w:r>
          </w:p>
        </w:tc>
      </w:tr>
      <w:tr>
        <w:trPr>
          <w:trHeight w:hRule="exact" w:val="1310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6.8.</w:t>
            </w:r>
          </w:p>
        </w:tc>
        <w:tc>
          <w:tcPr>
            <w:tcW w:type="dxa" w:w="6544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Художественные музеи. Виртуальные (интерактивные) путешествия в художественные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музеи: Государственную Третьяковскую галерею, Государственный Эрмитаж,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Государственный Русский музей, Государственный музей изобразительных искусств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имени А. С. Пушкина. Экскурсии в местные художественные музеи и галереи.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Виртуальные экскурсии в знаменитые зарубежные художественные музеи (выбор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музеев — за учителем).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Осуществлять виртуальные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(интерактивные) путешествия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художественные музеи (по выбору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учителя).;;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</w:t>
            </w:r>
          </w:p>
        </w:tc>
      </w:tr>
      <w:tr>
        <w:trPr>
          <w:trHeight w:hRule="exact" w:val="1096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6.9.</w:t>
            </w:r>
          </w:p>
        </w:tc>
        <w:tc>
          <w:tcPr>
            <w:tcW w:type="dxa" w:w="6544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Осознание значимости и увлекательности посещения музеев; посещение знаменитого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музея как событие; интерес к коллекции музея и искусству в целом.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Рассуждать о значении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художественных музеев в жизни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людей;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выражать своё отношение 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музеям;;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424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0290" w:space="0"/>
            <w:col w:w="10582" w:space="0"/>
            <w:col w:w="10492" w:space="0"/>
            <w:col w:w="10566" w:space="0"/>
            <w:col w:w="10576" w:space="0"/>
            <w:col w:w="10584" w:space="0"/>
            <w:col w:w="10432" w:space="0"/>
            <w:col w:w="10568" w:space="0"/>
            <w:col w:w="10584" w:space="0"/>
            <w:col w:w="10552" w:space="0"/>
            <w:col w:w="10586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6940"/>
            <w:gridSpan w:val="2"/>
            <w:tcBorders>
              <w:start w:sz="4.800000000000011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6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8034"/>
            <w:gridSpan w:val="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7.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Азбука цифровой графики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7.1.</w:t>
            </w:r>
          </w:p>
        </w:tc>
        <w:tc>
          <w:tcPr>
            <w:tcW w:type="dxa" w:w="6544"/>
            <w:tcBorders>
              <w:start w:sz="4.800000000000011" w:val="single" w:color="#000000"/>
              <w:top w:sz="4.800000000000011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Построение в графическом редакторе различных по эмоциональному восприятию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ритмов расположения пятен на плоскости: покой (статика), разные направления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ритмы движения (собрались, разбежались, догоняют, улетают и т. д.). Вместо пятен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(геометрических фигур) могут быть простые силуэты машинок, птичек, облаков и др.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5.600000000000364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приёмы работы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графическом редакторе.;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</w:t>
            </w:r>
          </w:p>
        </w:tc>
      </w:tr>
      <w:tr>
        <w:trPr>
          <w:trHeight w:hRule="exact" w:val="926"/>
        </w:trPr>
        <w:tc>
          <w:tcPr>
            <w:tcW w:type="dxa" w:w="396"/>
            <w:tcBorders>
              <w:start w:sz="4.800000000000011" w:val="single" w:color="#000000"/>
              <w:top w:sz="5.600000000000023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7.2.</w:t>
            </w:r>
          </w:p>
        </w:tc>
        <w:tc>
          <w:tcPr>
            <w:tcW w:type="dxa" w:w="6544"/>
            <w:tcBorders>
              <w:start w:sz="4.800000000000011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 графическом редакторе создание рисунка элемента орнамента (паттерна), его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копирование, многократное повторение, в том числе с поворотами вокруг оси рисунка,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создание орнамента, в основе которого раппорт. Вариативное создание орнаментов на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основе одного и того же элемента.</w:t>
            </w:r>
          </w:p>
        </w:tc>
        <w:tc>
          <w:tcPr>
            <w:tcW w:type="dxa" w:w="528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5.600000000000023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800000000000182" w:val="single" w:color="#000000"/>
              <w:top w:sz="5.600000000000023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Придумать и создать рисунок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простого узора с помощью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инструментов графического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редактора (создать паттерн).;;</w:t>
            </w:r>
          </w:p>
        </w:tc>
        <w:tc>
          <w:tcPr>
            <w:tcW w:type="dxa" w:w="1116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</w:t>
            </w:r>
          </w:p>
        </w:tc>
      </w:tr>
      <w:tr>
        <w:trPr>
          <w:trHeight w:hRule="exact" w:val="1500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7.3.</w:t>
            </w:r>
          </w:p>
        </w:tc>
        <w:tc>
          <w:tcPr>
            <w:tcW w:type="dxa" w:w="6544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Изображение и изучение мимики лица в программе Paint (или в другом графическом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редакторе).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с помощью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графического редактора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схематические изменения мимики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лица.; Создать таблицу-схему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изменений мимики на экране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компьютера и сохранить её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(распечатать).;;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7.4.</w:t>
            </w:r>
          </w:p>
        </w:tc>
        <w:tc>
          <w:tcPr>
            <w:tcW w:type="dxa" w:w="6544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Совмещение с помощью графического редактора векторного изображения, фотографии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шрифта для создания плаката или поздравительной открытки.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0.5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Создать поздравительную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открытку-пожелание путём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совмещения векторного рисунка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или фотографии с текстом;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</w:t>
            </w:r>
          </w:p>
        </w:tc>
      </w:tr>
      <w:tr>
        <w:trPr>
          <w:trHeight w:hRule="exact" w:val="1118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7.5.</w:t>
            </w:r>
          </w:p>
        </w:tc>
        <w:tc>
          <w:tcPr>
            <w:tcW w:type="dxa" w:w="6544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Редактирование фотографий в программе Picture Manager: изменение яркости,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контраста, насыщенности цвета; обрезка, поворот, отражение.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Осваивать приёмы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редактирования цифровых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фотографий с помощью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компьютерной программы Picture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Manager (или другой);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</w:t>
            </w:r>
          </w:p>
        </w:tc>
      </w:tr>
      <w:tr>
        <w:trPr>
          <w:trHeight w:hRule="exact" w:val="1740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7.6.</w:t>
            </w:r>
          </w:p>
        </w:tc>
        <w:tc>
          <w:tcPr>
            <w:tcW w:type="dxa" w:w="6544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Виртуальные путешествия в главные художественные музеи и музеи местные (по выбору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учителя).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5.600000000000364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486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Осуществлять виртуальные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путешествия в отечественные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художественные музеи 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возможно;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знаменитые зарубежные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художественные музеи на основе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установок и квестов;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предложенных учителем;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Электронное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приложение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учебник</w:t>
            </w:r>
          </w:p>
        </w:tc>
      </w:tr>
      <w:tr>
        <w:trPr>
          <w:trHeight w:hRule="exact" w:val="348"/>
        </w:trPr>
        <w:tc>
          <w:tcPr>
            <w:tcW w:type="dxa" w:w="6940"/>
            <w:gridSpan w:val="2"/>
            <w:tcBorders>
              <w:start w:sz="4.800000000000011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 7</w:t>
            </w:r>
          </w:p>
        </w:tc>
        <w:tc>
          <w:tcPr>
            <w:tcW w:type="dxa" w:w="52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034"/>
            <w:gridSpan w:val="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6940"/>
            <w:gridSpan w:val="2"/>
            <w:tcBorders>
              <w:start w:sz="4.800000000000011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2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34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5.600000000000364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42"/>
            <w:tcBorders>
              <w:start w:sz="5.600000000000364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21.5</w:t>
            </w:r>
          </w:p>
        </w:tc>
        <w:tc>
          <w:tcPr>
            <w:tcW w:type="dxa" w:w="5788"/>
            <w:gridSpan w:val="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398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290" w:space="0"/>
            <w:col w:w="10582" w:space="0"/>
            <w:col w:w="10492" w:space="0"/>
            <w:col w:w="10566" w:space="0"/>
            <w:col w:w="10576" w:space="0"/>
            <w:col w:w="10584" w:space="0"/>
            <w:col w:w="10432" w:space="0"/>
            <w:col w:w="10568" w:space="0"/>
            <w:col w:w="10584" w:space="0"/>
            <w:col w:w="10552" w:space="0"/>
            <w:col w:w="10586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6"/>
        <w:ind w:left="0" w:right="0"/>
      </w:pPr>
    </w:p>
    <w:p>
      <w:pPr>
        <w:autoSpaceDN w:val="0"/>
        <w:autoSpaceDE w:val="0"/>
        <w:widowControl/>
        <w:spacing w:line="233" w:lineRule="auto" w:before="0" w:after="28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1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7"/>
        <w:gridCol w:w="1527"/>
        <w:gridCol w:w="1527"/>
        <w:gridCol w:w="1527"/>
        <w:gridCol w:w="1527"/>
        <w:gridCol w:w="1527"/>
        <w:gridCol w:w="1527"/>
      </w:tblGrid>
      <w:tr>
        <w:trPr>
          <w:trHeight w:hRule="exact" w:val="434"/>
        </w:trPr>
        <w:tc>
          <w:tcPr>
            <w:tcW w:type="dxa" w:w="440"/>
            <w:vMerge w:val="restart"/>
            <w:tcBorders>
              <w:start w:sz="4.0" w:val="single" w:color="#000000"/>
              <w:top w:sz="4.0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1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1"/>
              </w:rPr>
              <w:t>п/п</w:t>
            </w:r>
          </w:p>
        </w:tc>
        <w:tc>
          <w:tcPr>
            <w:tcW w:type="dxa" w:w="4238"/>
            <w:vMerge w:val="restart"/>
            <w:tcBorders>
              <w:start w:sz="4.0" w:val="single" w:color="#000000"/>
              <w:top w:sz="4.0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1"/>
              </w:rPr>
              <w:t>Тема урока</w:t>
            </w:r>
          </w:p>
        </w:tc>
        <w:tc>
          <w:tcPr>
            <w:tcW w:type="dxa" w:w="3520"/>
            <w:gridSpan w:val="3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1"/>
              </w:rPr>
              <w:t>Количество часов</w:t>
            </w:r>
          </w:p>
        </w:tc>
        <w:tc>
          <w:tcPr>
            <w:tcW w:type="dxa" w:w="1020"/>
            <w:vMerge w:val="restart"/>
            <w:tcBorders>
              <w:start w:sz="4.0" w:val="single" w:color="#000000"/>
              <w:top w:sz="4.0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1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1"/>
              </w:rPr>
              <w:t>изучения</w:t>
            </w:r>
          </w:p>
        </w:tc>
        <w:tc>
          <w:tcPr>
            <w:tcW w:type="dxa" w:w="1442"/>
            <w:vMerge w:val="restart"/>
            <w:tcBorders>
              <w:start w:sz="4.0" w:val="single" w:color="#000000"/>
              <w:top w:sz="4.0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6" w:after="0"/>
              <w:ind w:left="66" w:right="432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1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1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1"/>
              </w:rPr>
              <w:t>контроля</w:t>
            </w:r>
          </w:p>
        </w:tc>
      </w:tr>
      <w:tr>
        <w:trPr>
          <w:trHeight w:hRule="exact" w:val="724"/>
        </w:trPr>
        <w:tc>
          <w:tcPr>
            <w:tcW w:type="dxa" w:w="1527"/>
            <w:vMerge/>
            <w:tcBorders>
              <w:start w:sz="4.0" w:val="single" w:color="#000000"/>
              <w:top w:sz="4.0" w:val="single" w:color="#000000"/>
              <w:end w:sz="4.0" w:val="single" w:color="#000000"/>
              <w:bottom w:sz="4.800000000000068" w:val="single" w:color="#000000"/>
            </w:tcBorders>
          </w:tcPr>
          <w:p/>
        </w:tc>
        <w:tc>
          <w:tcPr>
            <w:tcW w:type="dxa" w:w="1527"/>
            <w:vMerge/>
            <w:tcBorders>
              <w:start w:sz="4.0" w:val="single" w:color="#000000"/>
              <w:top w:sz="4.0" w:val="single" w:color="#000000"/>
              <w:end w:sz="4.0" w:val="single" w:color="#000000"/>
              <w:bottom w:sz="4.800000000000068" w:val="single" w:color="#000000"/>
            </w:tcBorders>
          </w:tcPr>
          <w:p/>
        </w:tc>
        <w:tc>
          <w:tcPr>
            <w:tcW w:type="dxa" w:w="640"/>
            <w:tcBorders>
              <w:start w:sz="4.0" w:val="single" w:color="#000000"/>
              <w:top w:sz="4.0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1"/>
              </w:rPr>
              <w:t xml:space="preserve">всего </w:t>
            </w:r>
          </w:p>
        </w:tc>
        <w:tc>
          <w:tcPr>
            <w:tcW w:type="dxa" w:w="142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1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1"/>
              </w:rPr>
              <w:t>работы</w:t>
            </w:r>
          </w:p>
        </w:tc>
        <w:tc>
          <w:tcPr>
            <w:tcW w:type="dxa" w:w="1460"/>
            <w:tcBorders>
              <w:start w:sz="4.799999999999727" w:val="single" w:color="#000000"/>
              <w:top w:sz="4.0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1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1"/>
              </w:rPr>
              <w:t>работы</w:t>
            </w:r>
          </w:p>
        </w:tc>
        <w:tc>
          <w:tcPr>
            <w:tcW w:type="dxa" w:w="1527"/>
            <w:vMerge/>
            <w:tcBorders>
              <w:start w:sz="4.0" w:val="single" w:color="#000000"/>
              <w:top w:sz="4.0" w:val="single" w:color="#000000"/>
              <w:end w:sz="4.0" w:val="single" w:color="#000000"/>
              <w:bottom w:sz="4.800000000000068" w:val="single" w:color="#000000"/>
            </w:tcBorders>
          </w:tcPr>
          <w:p/>
        </w:tc>
        <w:tc>
          <w:tcPr>
            <w:tcW w:type="dxa" w:w="1527"/>
            <w:vMerge/>
            <w:tcBorders>
              <w:start w:sz="4.0" w:val="single" w:color="#000000"/>
              <w:top w:sz="4.0" w:val="single" w:color="#000000"/>
              <w:end w:sz="4.0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1314"/>
        </w:trPr>
        <w:tc>
          <w:tcPr>
            <w:tcW w:type="dxa" w:w="440"/>
            <w:tcBorders>
              <w:start w:sz="4.0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1.</w:t>
            </w:r>
          </w:p>
        </w:tc>
        <w:tc>
          <w:tcPr>
            <w:tcW w:type="dxa" w:w="4238"/>
            <w:tcBorders>
              <w:start w:sz="4.0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Поздравительная открытка. Открытка-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пожелание. Композиция открытки: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совмещение текста (шрифта) и изображения.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Рисунок открытки или аппликация.</w:t>
            </w:r>
          </w:p>
        </w:tc>
        <w:tc>
          <w:tcPr>
            <w:tcW w:type="dxa" w:w="640"/>
            <w:tcBorders>
              <w:start w:sz="4.0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0"/>
            <w:tcBorders>
              <w:start w:sz="4.0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460"/>
            <w:tcBorders>
              <w:start w:sz="4.799999999999727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020"/>
            <w:tcBorders>
              <w:start w:sz="4.0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42"/>
            <w:tcBorders>
              <w:start w:sz="4.0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работа;</w:t>
            </w:r>
          </w:p>
        </w:tc>
      </w:tr>
      <w:tr>
        <w:trPr>
          <w:trHeight w:hRule="exact" w:val="1902"/>
        </w:trPr>
        <w:tc>
          <w:tcPr>
            <w:tcW w:type="dxa" w:w="44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2.</w:t>
            </w:r>
          </w:p>
        </w:tc>
        <w:tc>
          <w:tcPr>
            <w:tcW w:type="dxa" w:w="4238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6" w:after="0"/>
              <w:ind w:left="66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Эскизы обложки и иллюстраций к детской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книге сказок (сказка по выбору). Рисунок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буквицы. Макет книги-игрушки.</w:t>
            </w:r>
          </w:p>
          <w:p>
            <w:pPr>
              <w:autoSpaceDN w:val="0"/>
              <w:autoSpaceDE w:val="0"/>
              <w:widowControl/>
              <w:spacing w:line="233" w:lineRule="auto" w:before="6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Совмещение изображения и текста.</w:t>
            </w:r>
          </w:p>
          <w:p>
            <w:pPr>
              <w:autoSpaceDN w:val="0"/>
              <w:autoSpaceDE w:val="0"/>
              <w:widowControl/>
              <w:spacing w:line="262" w:lineRule="auto" w:before="60" w:after="0"/>
              <w:ind w:left="66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Расположение иллюстраций и текста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развороте книги.</w:t>
            </w:r>
          </w:p>
        </w:tc>
        <w:tc>
          <w:tcPr>
            <w:tcW w:type="dxa" w:w="64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0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460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02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42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работа;</w:t>
            </w:r>
          </w:p>
        </w:tc>
      </w:tr>
      <w:tr>
        <w:trPr>
          <w:trHeight w:hRule="exact" w:val="2788"/>
        </w:trPr>
        <w:tc>
          <w:tcPr>
            <w:tcW w:type="dxa" w:w="4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3.</w:t>
            </w:r>
          </w:p>
        </w:tc>
        <w:tc>
          <w:tcPr>
            <w:tcW w:type="dxa" w:w="423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Знакомство с творчеством некоторых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известных отечественных иллюстраторов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детской книги (И. Я. Билибин, Е. И. Рачёв, Б.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А. Дехтерёв, В. Г. Сутеев, Ю. А. Васнецов, В.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А. Чижиков, Е. И. Чарушин, Л. В.</w:t>
            </w:r>
          </w:p>
          <w:p>
            <w:pPr>
              <w:autoSpaceDN w:val="0"/>
              <w:autoSpaceDE w:val="0"/>
              <w:widowControl/>
              <w:spacing w:line="276" w:lineRule="auto" w:before="6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Владимирский, Н. Г. Гольц — по выбору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учителя и учащихся). Эскиз плаката или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афиши. Совмещение шрифта и изображение.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Особенности композзции плаката.</w:t>
            </w:r>
          </w:p>
        </w:tc>
        <w:tc>
          <w:tcPr>
            <w:tcW w:type="dxa" w:w="6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460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02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4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работа;</w:t>
            </w:r>
          </w:p>
        </w:tc>
      </w:tr>
      <w:tr>
        <w:trPr>
          <w:trHeight w:hRule="exact" w:val="1020"/>
        </w:trPr>
        <w:tc>
          <w:tcPr>
            <w:tcW w:type="dxa" w:w="4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4.</w:t>
            </w:r>
          </w:p>
        </w:tc>
        <w:tc>
          <w:tcPr>
            <w:tcW w:type="dxa" w:w="423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4" w:after="0"/>
              <w:ind w:left="66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Изображение лица человека. Строение: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пропорции, взаиморасположение частей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лица</w:t>
            </w:r>
          </w:p>
        </w:tc>
        <w:tc>
          <w:tcPr>
            <w:tcW w:type="dxa" w:w="6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4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460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02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4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работа;</w:t>
            </w:r>
          </w:p>
        </w:tc>
      </w:tr>
      <w:tr>
        <w:trPr>
          <w:trHeight w:hRule="exact" w:val="1018"/>
        </w:trPr>
        <w:tc>
          <w:tcPr>
            <w:tcW w:type="dxa" w:w="4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5.</w:t>
            </w:r>
          </w:p>
        </w:tc>
        <w:tc>
          <w:tcPr>
            <w:tcW w:type="dxa" w:w="423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4" w:after="0"/>
              <w:ind w:left="66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Эскиз маски для маскарада: изображение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лица-маски персонажа с ярко выраженным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характером.</w:t>
            </w:r>
          </w:p>
        </w:tc>
        <w:tc>
          <w:tcPr>
            <w:tcW w:type="dxa" w:w="6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4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460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02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4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работа;</w:t>
            </w:r>
          </w:p>
        </w:tc>
      </w:tr>
      <w:tr>
        <w:trPr>
          <w:trHeight w:hRule="exact" w:val="3080"/>
        </w:trPr>
        <w:tc>
          <w:tcPr>
            <w:tcW w:type="dxa" w:w="4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6.</w:t>
            </w:r>
          </w:p>
        </w:tc>
        <w:tc>
          <w:tcPr>
            <w:tcW w:type="dxa" w:w="423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Натюрморт из простых предметов с натуры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или по представлению. Композиционный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натюрморт.Знакомство с жанром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натюрморта в творчестве отечественных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художников(например И.И.Машков,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К.С.Петров-Водкин 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К.А.Коровин,П.П.Кончаловский,М.С.Сарьян,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В.Ф.Стожаров,) и западноевропейских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художников(например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В.Ван.Гог,А.Матисс,П.Сезани)</w:t>
            </w:r>
          </w:p>
        </w:tc>
        <w:tc>
          <w:tcPr>
            <w:tcW w:type="dxa" w:w="6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460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02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4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работа;</w:t>
            </w:r>
          </w:p>
        </w:tc>
      </w:tr>
      <w:tr>
        <w:trPr>
          <w:trHeight w:hRule="exact" w:val="726"/>
        </w:trPr>
        <w:tc>
          <w:tcPr>
            <w:tcW w:type="dxa" w:w="44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7.</w:t>
            </w:r>
          </w:p>
        </w:tc>
        <w:tc>
          <w:tcPr>
            <w:tcW w:type="dxa" w:w="4238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6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Натюрморт-автопортрет» из предметов,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характеризующих личность ученика.</w:t>
            </w:r>
          </w:p>
        </w:tc>
        <w:tc>
          <w:tcPr>
            <w:tcW w:type="dxa" w:w="64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460"/>
            <w:tcBorders>
              <w:start w:sz="4.799999999999727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02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42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работа;</w:t>
            </w:r>
          </w:p>
        </w:tc>
      </w:tr>
      <w:tr>
        <w:trPr>
          <w:trHeight w:hRule="exact" w:val="2000"/>
        </w:trPr>
        <w:tc>
          <w:tcPr>
            <w:tcW w:type="dxa" w:w="44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8.</w:t>
            </w:r>
          </w:p>
        </w:tc>
        <w:tc>
          <w:tcPr>
            <w:tcW w:type="dxa" w:w="423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Пейзаж в живописи. Пейзаж, передающий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состояния в природе. Выбрать для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изображения время года, время дня, характер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погоды и характер ландшафта (лес или поле,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река или озеро). Показать в изображении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состояние неба.</w:t>
            </w:r>
          </w:p>
        </w:tc>
        <w:tc>
          <w:tcPr>
            <w:tcW w:type="dxa" w:w="64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460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02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4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6" w:right="556" w:bottom="350" w:left="654" w:header="720" w:footer="720" w:gutter="0"/>
          <w:cols w:space="720" w:num="1" w:equalWidth="0">
            <w:col w:w="1069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290" w:space="0"/>
            <w:col w:w="10582" w:space="0"/>
            <w:col w:w="10492" w:space="0"/>
            <w:col w:w="10566" w:space="0"/>
            <w:col w:w="10576" w:space="0"/>
            <w:col w:w="10584" w:space="0"/>
            <w:col w:w="10432" w:space="0"/>
            <w:col w:w="10568" w:space="0"/>
            <w:col w:w="10584" w:space="0"/>
            <w:col w:w="10552" w:space="0"/>
            <w:col w:w="10586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7"/>
        <w:gridCol w:w="1527"/>
        <w:gridCol w:w="1527"/>
        <w:gridCol w:w="1527"/>
        <w:gridCol w:w="1527"/>
        <w:gridCol w:w="1527"/>
        <w:gridCol w:w="1527"/>
      </w:tblGrid>
      <w:tr>
        <w:trPr>
          <w:trHeight w:hRule="exact" w:val="3668"/>
        </w:trPr>
        <w:tc>
          <w:tcPr>
            <w:tcW w:type="dxa" w:w="4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9.</w:t>
            </w:r>
          </w:p>
        </w:tc>
        <w:tc>
          <w:tcPr>
            <w:tcW w:type="dxa" w:w="423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6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Портрет человека (по памяти и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представлению, с опорой на натуру).</w:t>
            </w:r>
          </w:p>
          <w:p>
            <w:pPr>
              <w:autoSpaceDN w:val="0"/>
              <w:autoSpaceDE w:val="0"/>
              <w:widowControl/>
              <w:spacing w:line="286" w:lineRule="auto" w:before="62" w:after="0"/>
              <w:ind w:left="66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Выражение в портрете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(автопортрете) характера человека,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особенностей его личности; использование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выразительных возможностей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композиционного размещения изображения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в плоскости листа. Передача особенностей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пропорций и мимики лица, характера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цветового решения, сильного или мягкого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контраста; включение в композицию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дополнительных предметов.</w:t>
            </w:r>
          </w:p>
        </w:tc>
        <w:tc>
          <w:tcPr>
            <w:tcW w:type="dxa" w:w="6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460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02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4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работа;</w:t>
            </w:r>
          </w:p>
        </w:tc>
      </w:tr>
      <w:tr>
        <w:trPr>
          <w:trHeight w:hRule="exact" w:val="726"/>
        </w:trPr>
        <w:tc>
          <w:tcPr>
            <w:tcW w:type="dxa" w:w="44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10.</w:t>
            </w:r>
          </w:p>
        </w:tc>
        <w:tc>
          <w:tcPr>
            <w:tcW w:type="dxa" w:w="4238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Сюжетная композиция «В цирке» (по памяти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и по представлению).</w:t>
            </w:r>
          </w:p>
        </w:tc>
        <w:tc>
          <w:tcPr>
            <w:tcW w:type="dxa" w:w="64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460"/>
            <w:tcBorders>
              <w:start w:sz="4.799999999999727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02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42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работа;</w:t>
            </w:r>
          </w:p>
        </w:tc>
      </w:tr>
      <w:tr>
        <w:trPr>
          <w:trHeight w:hRule="exact" w:val="1018"/>
        </w:trPr>
        <w:tc>
          <w:tcPr>
            <w:tcW w:type="dxa" w:w="44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11.</w:t>
            </w:r>
          </w:p>
        </w:tc>
        <w:tc>
          <w:tcPr>
            <w:tcW w:type="dxa" w:w="423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6" w:after="0"/>
              <w:ind w:left="66" w:right="574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Художник в театре: эскиз занавеса (или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декораций) для спектакля со сказочным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сюжетом (сказка по выбору).</w:t>
            </w:r>
          </w:p>
        </w:tc>
        <w:tc>
          <w:tcPr>
            <w:tcW w:type="dxa" w:w="64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460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02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4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работа;</w:t>
            </w:r>
          </w:p>
        </w:tc>
      </w:tr>
      <w:tr>
        <w:trPr>
          <w:trHeight w:hRule="exact" w:val="1314"/>
        </w:trPr>
        <w:tc>
          <w:tcPr>
            <w:tcW w:type="dxa" w:w="4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12.</w:t>
            </w:r>
          </w:p>
        </w:tc>
        <w:tc>
          <w:tcPr>
            <w:tcW w:type="dxa" w:w="423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Тематическая композиция «Праздник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городе» (гуашь по цветной бумаге, возможно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совмещение с наклейками в виде коллажа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или аппликации).</w:t>
            </w:r>
          </w:p>
        </w:tc>
        <w:tc>
          <w:tcPr>
            <w:tcW w:type="dxa" w:w="6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60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02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4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6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работа;</w:t>
            </w:r>
          </w:p>
        </w:tc>
      </w:tr>
      <w:tr>
        <w:trPr>
          <w:trHeight w:hRule="exact" w:val="1020"/>
        </w:trPr>
        <w:tc>
          <w:tcPr>
            <w:tcW w:type="dxa" w:w="4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13.</w:t>
            </w:r>
          </w:p>
        </w:tc>
        <w:tc>
          <w:tcPr>
            <w:tcW w:type="dxa" w:w="423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Лепка сказочного персонажа на основе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сюжета известной сказки или создание этого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персонажа в технике бумагопластики.</w:t>
            </w:r>
          </w:p>
        </w:tc>
        <w:tc>
          <w:tcPr>
            <w:tcW w:type="dxa" w:w="6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460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02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4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работа;</w:t>
            </w:r>
          </w:p>
        </w:tc>
      </w:tr>
      <w:tr>
        <w:trPr>
          <w:trHeight w:hRule="exact" w:val="1610"/>
        </w:trPr>
        <w:tc>
          <w:tcPr>
            <w:tcW w:type="dxa" w:w="440"/>
            <w:tcBorders>
              <w:start w:sz="4.0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14.</w:t>
            </w:r>
          </w:p>
        </w:tc>
        <w:tc>
          <w:tcPr>
            <w:tcW w:type="dxa" w:w="4238"/>
            <w:tcBorders>
              <w:start w:sz="4.0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86" w:after="0"/>
              <w:ind w:left="66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Создание игрушки из подручного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нехудожественного материала, придание ей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одушевлённого образа путём добавления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деталей лепных или из бумаги, ниток или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других материалов.</w:t>
            </w:r>
          </w:p>
        </w:tc>
        <w:tc>
          <w:tcPr>
            <w:tcW w:type="dxa" w:w="640"/>
            <w:tcBorders>
              <w:start w:sz="4.0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460"/>
            <w:tcBorders>
              <w:start w:sz="4.799999999999727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020"/>
            <w:tcBorders>
              <w:start w:sz="4.0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42"/>
            <w:tcBorders>
              <w:start w:sz="4.0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работа;</w:t>
            </w:r>
          </w:p>
        </w:tc>
      </w:tr>
      <w:tr>
        <w:trPr>
          <w:trHeight w:hRule="exact" w:val="1020"/>
        </w:trPr>
        <w:tc>
          <w:tcPr>
            <w:tcW w:type="dxa" w:w="44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15.</w:t>
            </w:r>
          </w:p>
        </w:tc>
        <w:tc>
          <w:tcPr>
            <w:tcW w:type="dxa" w:w="4238"/>
            <w:tcBorders>
              <w:start w:sz="4.0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6" w:after="0"/>
              <w:ind w:left="66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Освоение знаний о видах скульптуры (по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назначению) и жанрах скульптуры (по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сюжету изображения).</w:t>
            </w:r>
          </w:p>
        </w:tc>
        <w:tc>
          <w:tcPr>
            <w:tcW w:type="dxa" w:w="64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0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460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02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42"/>
            <w:tcBorders>
              <w:start w:sz="4.0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6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опрос;</w:t>
            </w:r>
          </w:p>
        </w:tc>
      </w:tr>
      <w:tr>
        <w:trPr>
          <w:trHeight w:hRule="exact" w:val="1018"/>
        </w:trPr>
        <w:tc>
          <w:tcPr>
            <w:tcW w:type="dxa" w:w="44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16.</w:t>
            </w:r>
          </w:p>
        </w:tc>
        <w:tc>
          <w:tcPr>
            <w:tcW w:type="dxa" w:w="4238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Лепка эскиза парковой скульптуры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(пластилин или глина). Выражение пластики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движения в скульптуре.</w:t>
            </w:r>
          </w:p>
        </w:tc>
        <w:tc>
          <w:tcPr>
            <w:tcW w:type="dxa" w:w="64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0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460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020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42"/>
            <w:tcBorders>
              <w:start w:sz="4.0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работа;</w:t>
            </w:r>
          </w:p>
        </w:tc>
      </w:tr>
      <w:tr>
        <w:trPr>
          <w:trHeight w:hRule="exact" w:val="1926"/>
        </w:trPr>
        <w:tc>
          <w:tcPr>
            <w:tcW w:type="dxa" w:w="4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17.</w:t>
            </w:r>
          </w:p>
        </w:tc>
        <w:tc>
          <w:tcPr>
            <w:tcW w:type="dxa" w:w="423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86" w:after="0"/>
              <w:ind w:left="66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Приёмы исполнения орнаментов и эскизы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украшения посуды из дерева и глины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традициях народных художественных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промыслов (Хохлома, Гжель) или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традициях промыслов других регионов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(по выбору учителя).</w:t>
            </w:r>
          </w:p>
        </w:tc>
        <w:tc>
          <w:tcPr>
            <w:tcW w:type="dxa" w:w="6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460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02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4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работа;</w:t>
            </w:r>
          </w:p>
        </w:tc>
      </w:tr>
      <w:tr>
        <w:trPr>
          <w:trHeight w:hRule="exact" w:val="1294"/>
        </w:trPr>
        <w:tc>
          <w:tcPr>
            <w:tcW w:type="dxa" w:w="4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18.</w:t>
            </w:r>
          </w:p>
        </w:tc>
        <w:tc>
          <w:tcPr>
            <w:tcW w:type="dxa" w:w="423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6" w:after="0"/>
              <w:ind w:left="66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Эскизы орнаментов для росписи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тканей. Раппорт. Трафарет и создание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орнамента при помощи печаток или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штампов.</w:t>
            </w:r>
          </w:p>
        </w:tc>
        <w:tc>
          <w:tcPr>
            <w:tcW w:type="dxa" w:w="6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460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02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4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812" w:left="654" w:header="720" w:footer="720" w:gutter="0"/>
          <w:cols w:space="720" w:num="1" w:equalWidth="0">
            <w:col w:w="10690" w:space="0"/>
            <w:col w:w="1069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290" w:space="0"/>
            <w:col w:w="10582" w:space="0"/>
            <w:col w:w="10492" w:space="0"/>
            <w:col w:w="10566" w:space="0"/>
            <w:col w:w="10576" w:space="0"/>
            <w:col w:w="10584" w:space="0"/>
            <w:col w:w="10432" w:space="0"/>
            <w:col w:w="10568" w:space="0"/>
            <w:col w:w="10584" w:space="0"/>
            <w:col w:w="10552" w:space="0"/>
            <w:col w:w="10586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7"/>
        <w:gridCol w:w="1527"/>
        <w:gridCol w:w="1527"/>
        <w:gridCol w:w="1527"/>
        <w:gridCol w:w="1527"/>
        <w:gridCol w:w="1527"/>
        <w:gridCol w:w="1527"/>
      </w:tblGrid>
      <w:tr>
        <w:trPr>
          <w:trHeight w:hRule="exact" w:val="2198"/>
        </w:trPr>
        <w:tc>
          <w:tcPr>
            <w:tcW w:type="dxa" w:w="4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19.</w:t>
            </w:r>
          </w:p>
        </w:tc>
        <w:tc>
          <w:tcPr>
            <w:tcW w:type="dxa" w:w="423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84" w:after="0"/>
              <w:ind w:left="66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Эскизы орнамента для росписи платка: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симметрия или асимметрия построения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композиции, статика и динамика узора,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ритмические чередования мотивов,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наличие композиционного центра, роспись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по канве и др. Рассмотрение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павловопосадских платков.</w:t>
            </w:r>
          </w:p>
        </w:tc>
        <w:tc>
          <w:tcPr>
            <w:tcW w:type="dxa" w:w="6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60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02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4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6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работа;</w:t>
            </w:r>
          </w:p>
        </w:tc>
      </w:tr>
      <w:tr>
        <w:trPr>
          <w:trHeight w:hRule="exact" w:val="1312"/>
        </w:trPr>
        <w:tc>
          <w:tcPr>
            <w:tcW w:type="dxa" w:w="4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20.</w:t>
            </w:r>
          </w:p>
        </w:tc>
        <w:tc>
          <w:tcPr>
            <w:tcW w:type="dxa" w:w="423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6" w:after="0"/>
              <w:ind w:left="66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Графические зарисовки карандашами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архитектурных достопримечательностей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своего города или села (по памяти или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основе наблюдений и фотографий).</w:t>
            </w:r>
          </w:p>
        </w:tc>
        <w:tc>
          <w:tcPr>
            <w:tcW w:type="dxa" w:w="6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460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02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4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Зачет;</w:t>
            </w:r>
          </w:p>
        </w:tc>
      </w:tr>
      <w:tr>
        <w:trPr>
          <w:trHeight w:hRule="exact" w:val="1610"/>
        </w:trPr>
        <w:tc>
          <w:tcPr>
            <w:tcW w:type="dxa" w:w="4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21.</w:t>
            </w:r>
          </w:p>
        </w:tc>
        <w:tc>
          <w:tcPr>
            <w:tcW w:type="dxa" w:w="423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86" w:after="0"/>
              <w:ind w:left="66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Проектирование садово-паркового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пространства на плоскости (аппликация,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коллаж) или в пространственном макете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(использование бумаги, картона, пенопласта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и других подручных материалов).</w:t>
            </w:r>
          </w:p>
        </w:tc>
        <w:tc>
          <w:tcPr>
            <w:tcW w:type="dxa" w:w="6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460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02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4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работа;</w:t>
            </w:r>
          </w:p>
        </w:tc>
      </w:tr>
      <w:tr>
        <w:trPr>
          <w:trHeight w:hRule="exact" w:val="1312"/>
        </w:trPr>
        <w:tc>
          <w:tcPr>
            <w:tcW w:type="dxa" w:w="4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22.</w:t>
            </w:r>
          </w:p>
        </w:tc>
        <w:tc>
          <w:tcPr>
            <w:tcW w:type="dxa" w:w="423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4" w:after="0"/>
              <w:ind w:left="66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Дизайн в городе.Проектирование (эскизы)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малых  архитектурных форм 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городе(ажурные ограды,фонари,остановки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транспорта,скамейки, киоски, беседки и др.)</w:t>
            </w:r>
          </w:p>
        </w:tc>
        <w:tc>
          <w:tcPr>
            <w:tcW w:type="dxa" w:w="6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460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02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4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работа;</w:t>
            </w:r>
          </w:p>
        </w:tc>
      </w:tr>
      <w:tr>
        <w:trPr>
          <w:trHeight w:hRule="exact" w:val="1020"/>
        </w:trPr>
        <w:tc>
          <w:tcPr>
            <w:tcW w:type="dxa" w:w="4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23.</w:t>
            </w:r>
          </w:p>
        </w:tc>
        <w:tc>
          <w:tcPr>
            <w:tcW w:type="dxa" w:w="423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Дизайн транспортных средств. Транспорт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городе. Рисунки реальных и фантастических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машин</w:t>
            </w:r>
          </w:p>
        </w:tc>
        <w:tc>
          <w:tcPr>
            <w:tcW w:type="dxa" w:w="6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460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02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4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работа;</w:t>
            </w:r>
          </w:p>
        </w:tc>
      </w:tr>
      <w:tr>
        <w:trPr>
          <w:trHeight w:hRule="exact" w:val="2200"/>
        </w:trPr>
        <w:tc>
          <w:tcPr>
            <w:tcW w:type="dxa" w:w="4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24.</w:t>
            </w:r>
          </w:p>
        </w:tc>
        <w:tc>
          <w:tcPr>
            <w:tcW w:type="dxa" w:w="423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88" w:after="0"/>
              <w:ind w:left="66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Графический рисунок (индивидуально) или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тематическое панно «Образ моего города»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(села) в виде коллективной работы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(композиционная склейка-аппликация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рисунков зданий и других элементов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городского пространства, выполненных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индивидуально).</w:t>
            </w:r>
          </w:p>
        </w:tc>
        <w:tc>
          <w:tcPr>
            <w:tcW w:type="dxa" w:w="6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60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02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4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8" w:after="0"/>
              <w:ind w:left="66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работа;</w:t>
            </w:r>
          </w:p>
        </w:tc>
      </w:tr>
      <w:tr>
        <w:trPr>
          <w:trHeight w:hRule="exact" w:val="862"/>
        </w:trPr>
        <w:tc>
          <w:tcPr>
            <w:tcW w:type="dxa" w:w="4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25.</w:t>
            </w:r>
          </w:p>
        </w:tc>
        <w:tc>
          <w:tcPr>
            <w:tcW w:type="dxa" w:w="423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6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Иллюстрации в детских книгах и дизайн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детской книги.</w:t>
            </w:r>
          </w:p>
        </w:tc>
        <w:tc>
          <w:tcPr>
            <w:tcW w:type="dxa" w:w="6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460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02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4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работа;</w:t>
            </w:r>
          </w:p>
        </w:tc>
      </w:tr>
      <w:tr>
        <w:trPr>
          <w:trHeight w:hRule="exact" w:val="2194"/>
        </w:trPr>
        <w:tc>
          <w:tcPr>
            <w:tcW w:type="dxa" w:w="4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4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26.</w:t>
            </w:r>
          </w:p>
        </w:tc>
        <w:tc>
          <w:tcPr>
            <w:tcW w:type="dxa" w:w="423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6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Наблюдение окружающего мира по теме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«Архитектура, улицы моего города».</w:t>
            </w:r>
          </w:p>
          <w:p>
            <w:pPr>
              <w:autoSpaceDN w:val="0"/>
              <w:autoSpaceDE w:val="0"/>
              <w:widowControl/>
              <w:spacing w:line="281" w:lineRule="auto" w:before="62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Памятники архитектуры и архитектурные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достопримечательности (по выбору учителя),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их значение в современном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мире.Виртуальные путешествие: памятники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архитектуры Москвы и Санкт- Петербурга.</w:t>
            </w:r>
          </w:p>
        </w:tc>
        <w:tc>
          <w:tcPr>
            <w:tcW w:type="dxa" w:w="6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4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460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02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4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6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опрос;</w:t>
            </w:r>
          </w:p>
        </w:tc>
      </w:tr>
      <w:tr>
        <w:trPr>
          <w:trHeight w:hRule="exact" w:val="2768"/>
        </w:trPr>
        <w:tc>
          <w:tcPr>
            <w:tcW w:type="dxa" w:w="44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27.</w:t>
            </w:r>
          </w:p>
        </w:tc>
        <w:tc>
          <w:tcPr>
            <w:tcW w:type="dxa" w:w="4238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Знания о видах пространственных искусств: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виды определяются по назначению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произведений в жизни людей. Жанры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изобразительном искусстве-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живописи,графике,скульптуре-определяются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предметом изображения и служат для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классификации и сравнения содержания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произведений сходного  сюжета(портреты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,пейзажи)</w:t>
            </w:r>
          </w:p>
        </w:tc>
        <w:tc>
          <w:tcPr>
            <w:tcW w:type="dxa" w:w="64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460"/>
            <w:tcBorders>
              <w:start w:sz="4.799999999999727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020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42"/>
            <w:tcBorders>
              <w:start w:sz="4.0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6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380" w:left="654" w:header="720" w:footer="720" w:gutter="0"/>
          <w:cols w:space="720" w:num="1" w:equalWidth="0">
            <w:col w:w="10690" w:space="0"/>
            <w:col w:w="10690" w:space="0"/>
            <w:col w:w="1069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290" w:space="0"/>
            <w:col w:w="10582" w:space="0"/>
            <w:col w:w="10492" w:space="0"/>
            <w:col w:w="10566" w:space="0"/>
            <w:col w:w="10576" w:space="0"/>
            <w:col w:w="10584" w:space="0"/>
            <w:col w:w="10432" w:space="0"/>
            <w:col w:w="10568" w:space="0"/>
            <w:col w:w="10584" w:space="0"/>
            <w:col w:w="10552" w:space="0"/>
            <w:col w:w="10586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5.999999999999943" w:type="dxa"/>
      </w:tblPr>
      <w:tblGrid>
        <w:gridCol w:w="1527"/>
        <w:gridCol w:w="1527"/>
        <w:gridCol w:w="1527"/>
        <w:gridCol w:w="1527"/>
        <w:gridCol w:w="1527"/>
        <w:gridCol w:w="1527"/>
        <w:gridCol w:w="1527"/>
      </w:tblGrid>
      <w:tr>
        <w:trPr>
          <w:trHeight w:hRule="exact" w:val="1902"/>
        </w:trPr>
        <w:tc>
          <w:tcPr>
            <w:tcW w:type="dxa" w:w="440"/>
            <w:tcBorders>
              <w:start w:sz="4.0" w:val="single" w:color="#000000"/>
              <w:top w:sz="4.0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28.</w:t>
            </w:r>
          </w:p>
        </w:tc>
        <w:tc>
          <w:tcPr>
            <w:tcW w:type="dxa" w:w="4238"/>
            <w:tcBorders>
              <w:start w:sz="4.0" w:val="single" w:color="#000000"/>
              <w:top w:sz="4.0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84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Представления о произведениях крупнейших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отечественных художников-пейзажистов: 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И. Шишкина, И. И. Левитана, А. К.</w:t>
            </w:r>
          </w:p>
          <w:p>
            <w:pPr>
              <w:autoSpaceDN w:val="0"/>
              <w:autoSpaceDE w:val="0"/>
              <w:widowControl/>
              <w:spacing w:line="271" w:lineRule="auto" w:before="62" w:after="0"/>
              <w:ind w:left="66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Саврасова, В. Д. Поленова, А. И. Куинджи,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И. К. Айвазовского (и других по выбору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учителя).</w:t>
            </w:r>
          </w:p>
        </w:tc>
        <w:tc>
          <w:tcPr>
            <w:tcW w:type="dxa" w:w="640"/>
            <w:tcBorders>
              <w:start w:sz="4.0" w:val="single" w:color="#000000"/>
              <w:top w:sz="4.0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460"/>
            <w:tcBorders>
              <w:start w:sz="4.799999999999727" w:val="single" w:color="#000000"/>
              <w:top w:sz="4.0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020"/>
            <w:tcBorders>
              <w:start w:sz="4.0" w:val="single" w:color="#000000"/>
              <w:top w:sz="4.0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42"/>
            <w:tcBorders>
              <w:start w:sz="4.0" w:val="single" w:color="#000000"/>
              <w:top w:sz="4.0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6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опрос;</w:t>
            </w:r>
          </w:p>
        </w:tc>
      </w:tr>
      <w:tr>
        <w:trPr>
          <w:trHeight w:hRule="exact" w:val="1314"/>
        </w:trPr>
        <w:tc>
          <w:tcPr>
            <w:tcW w:type="dxa" w:w="440"/>
            <w:tcBorders>
              <w:start w:sz="4.0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29.</w:t>
            </w:r>
          </w:p>
        </w:tc>
        <w:tc>
          <w:tcPr>
            <w:tcW w:type="dxa" w:w="4238"/>
            <w:tcBorders>
              <w:start w:sz="4.0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Представления о произведениях крупнейших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отечественных портретистов: В. И.</w:t>
            </w:r>
          </w:p>
          <w:p>
            <w:pPr>
              <w:autoSpaceDN w:val="0"/>
              <w:autoSpaceDE w:val="0"/>
              <w:widowControl/>
              <w:spacing w:line="262" w:lineRule="auto" w:before="62" w:after="0"/>
              <w:ind w:left="66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Сурикова, И. Е. Репина, В. А. Серова (и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других по выбору учителя).</w:t>
            </w:r>
          </w:p>
        </w:tc>
        <w:tc>
          <w:tcPr>
            <w:tcW w:type="dxa" w:w="640"/>
            <w:tcBorders>
              <w:start w:sz="4.0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0"/>
            <w:tcBorders>
              <w:start w:sz="4.0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460"/>
            <w:tcBorders>
              <w:start w:sz="4.799999999999727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020"/>
            <w:tcBorders>
              <w:start w:sz="4.0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42"/>
            <w:tcBorders>
              <w:start w:sz="4.0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Зачет;</w:t>
            </w:r>
          </w:p>
        </w:tc>
      </w:tr>
      <w:tr>
        <w:trPr>
          <w:trHeight w:hRule="exact" w:val="3376"/>
        </w:trPr>
        <w:tc>
          <w:tcPr>
            <w:tcW w:type="dxa" w:w="44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30.</w:t>
            </w:r>
          </w:p>
        </w:tc>
        <w:tc>
          <w:tcPr>
            <w:tcW w:type="dxa" w:w="4238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Художественные музеи. Виртуальные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(интерактивные) путешествия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художественные музеи: Государственную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Третьяковскую галерею, Государственный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Эрмитаж, Государственный Русский музей,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Государственный музей изобразительных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искусств имени А. С. Пушкина. Экскурсии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местные художественные музеи и галереи.</w:t>
            </w:r>
          </w:p>
          <w:p>
            <w:pPr>
              <w:autoSpaceDN w:val="0"/>
              <w:autoSpaceDE w:val="0"/>
              <w:widowControl/>
              <w:spacing w:line="271" w:lineRule="auto" w:before="62" w:after="0"/>
              <w:ind w:left="66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Виртуальные экскурсии в знаменитые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зарубежные художественные музеи (выбор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музеев — за учителем).</w:t>
            </w:r>
          </w:p>
        </w:tc>
        <w:tc>
          <w:tcPr>
            <w:tcW w:type="dxa" w:w="64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0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460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020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42"/>
            <w:tcBorders>
              <w:start w:sz="4.0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6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опрос;</w:t>
            </w:r>
          </w:p>
        </w:tc>
      </w:tr>
      <w:tr>
        <w:trPr>
          <w:trHeight w:hRule="exact" w:val="1660"/>
        </w:trPr>
        <w:tc>
          <w:tcPr>
            <w:tcW w:type="dxa" w:w="440"/>
            <w:tcBorders>
              <w:start w:sz="4.0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31.</w:t>
            </w:r>
          </w:p>
        </w:tc>
        <w:tc>
          <w:tcPr>
            <w:tcW w:type="dxa" w:w="4238"/>
            <w:tcBorders>
              <w:start w:sz="4.0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86" w:after="0"/>
              <w:ind w:left="66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Осознание значимости и увлекательности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посещения музеев; посещение знаменитого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музея как событие; интерес к коллекции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музея и искусству в целом.Пргомежуточная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аттестация</w:t>
            </w:r>
          </w:p>
        </w:tc>
        <w:tc>
          <w:tcPr>
            <w:tcW w:type="dxa" w:w="640"/>
            <w:tcBorders>
              <w:start w:sz="4.0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460"/>
            <w:tcBorders>
              <w:start w:sz="4.799999999999727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020"/>
            <w:tcBorders>
              <w:start w:sz="4.0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42"/>
            <w:tcBorders>
              <w:start w:sz="4.0" w:val="single" w:color="#000000"/>
              <w:top w:sz="4.0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Тестирование;</w:t>
            </w:r>
          </w:p>
        </w:tc>
      </w:tr>
      <w:tr>
        <w:trPr>
          <w:trHeight w:hRule="exact" w:val="3082"/>
        </w:trPr>
        <w:tc>
          <w:tcPr>
            <w:tcW w:type="dxa" w:w="44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32.</w:t>
            </w:r>
          </w:p>
        </w:tc>
        <w:tc>
          <w:tcPr>
            <w:tcW w:type="dxa" w:w="4238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Построение в графическом редакторе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различных по эмоциональному восприятию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ритмов расположения пятен на плоскости: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покой (статика), разные направления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ритмы движения (собрались, разбежались,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догоняют, улетают и т. д.). Вместо пятен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(геометрических фигур) могут быть простые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силуэты машинок, птичек, облаков и др.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Вариативное создание орнаментов на основе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одного и того же элемента</w:t>
            </w:r>
          </w:p>
        </w:tc>
        <w:tc>
          <w:tcPr>
            <w:tcW w:type="dxa" w:w="64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0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460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020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42"/>
            <w:tcBorders>
              <w:start w:sz="4.0" w:val="single" w:color="#000000"/>
              <w:top w:sz="4.799999999999727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работа;</w:t>
            </w:r>
          </w:p>
        </w:tc>
      </w:tr>
      <w:tr>
        <w:trPr>
          <w:trHeight w:hRule="exact" w:val="2194"/>
        </w:trPr>
        <w:tc>
          <w:tcPr>
            <w:tcW w:type="dxa" w:w="4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4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33.</w:t>
            </w:r>
          </w:p>
        </w:tc>
        <w:tc>
          <w:tcPr>
            <w:tcW w:type="dxa" w:w="4238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84" w:after="0"/>
              <w:ind w:left="66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Изображение и изучение мимики лица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программе Paint (или в другом графическом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редакторе.Совмещение с помощью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графического редактора векторного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изображения фотографии и шрифта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создания плаката или поздравительной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открытки</w:t>
            </w:r>
          </w:p>
        </w:tc>
        <w:tc>
          <w:tcPr>
            <w:tcW w:type="dxa" w:w="64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4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4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460"/>
            <w:tcBorders>
              <w:start w:sz="4.799999999999727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4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020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42"/>
            <w:tcBorders>
              <w:start w:sz="4.0" w:val="single" w:color="#000000"/>
              <w:top w:sz="4.0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4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работа;</w:t>
            </w:r>
          </w:p>
        </w:tc>
      </w:tr>
      <w:tr>
        <w:trPr>
          <w:trHeight w:hRule="exact" w:val="1316"/>
        </w:trPr>
        <w:tc>
          <w:tcPr>
            <w:tcW w:type="dxa" w:w="440"/>
            <w:tcBorders>
              <w:start w:sz="4.0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34.</w:t>
            </w:r>
          </w:p>
        </w:tc>
        <w:tc>
          <w:tcPr>
            <w:tcW w:type="dxa" w:w="4238"/>
            <w:tcBorders>
              <w:start w:sz="4.0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86" w:after="0"/>
              <w:ind w:left="66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Редактирование фотографий в программе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Picture Manager: изменение яркости,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контраста, насыщенности цвета; обрезка,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поворот, отражение.</w:t>
            </w:r>
          </w:p>
        </w:tc>
        <w:tc>
          <w:tcPr>
            <w:tcW w:type="dxa" w:w="640"/>
            <w:tcBorders>
              <w:start w:sz="4.0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420"/>
            <w:tcBorders>
              <w:start w:sz="4.0" w:val="single" w:color="#000000"/>
              <w:top w:sz="4.0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0</w:t>
            </w:r>
          </w:p>
        </w:tc>
        <w:tc>
          <w:tcPr>
            <w:tcW w:type="dxa" w:w="1460"/>
            <w:tcBorders>
              <w:start w:sz="4.799999999999727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1</w:t>
            </w:r>
          </w:p>
        </w:tc>
        <w:tc>
          <w:tcPr>
            <w:tcW w:type="dxa" w:w="1020"/>
            <w:tcBorders>
              <w:start w:sz="4.0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42"/>
            <w:tcBorders>
              <w:start w:sz="4.0" w:val="single" w:color="#000000"/>
              <w:top w:sz="4.0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работа;</w:t>
            </w:r>
          </w:p>
        </w:tc>
      </w:tr>
      <w:tr>
        <w:trPr>
          <w:trHeight w:hRule="exact" w:val="704"/>
        </w:trPr>
        <w:tc>
          <w:tcPr>
            <w:tcW w:type="dxa" w:w="4678"/>
            <w:gridSpan w:val="2"/>
            <w:tcBorders>
              <w:start w:sz="4.0" w:val="single" w:color="#000000"/>
              <w:top w:sz="4.79999999999927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86" w:after="0"/>
              <w:ind w:left="64" w:right="115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 xml:space="preserve">ОБЩЕЕ КОЛИЧЕСТВО ЧАСОВ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ПРОГРАММЕ</w:t>
            </w:r>
          </w:p>
        </w:tc>
        <w:tc>
          <w:tcPr>
            <w:tcW w:type="dxa" w:w="640"/>
            <w:tcBorders>
              <w:start w:sz="4.0" w:val="single" w:color="#000000"/>
              <w:top w:sz="4.79999999999927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34</w:t>
            </w:r>
          </w:p>
        </w:tc>
        <w:tc>
          <w:tcPr>
            <w:tcW w:type="dxa" w:w="1420"/>
            <w:tcBorders>
              <w:start w:sz="4.0" w:val="single" w:color="#000000"/>
              <w:top w:sz="4.79999999999927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6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3</w:t>
            </w:r>
          </w:p>
        </w:tc>
        <w:tc>
          <w:tcPr>
            <w:tcW w:type="dxa" w:w="1460"/>
            <w:tcBorders>
              <w:start w:sz="4.799999999999727" w:val="single" w:color="#000000"/>
              <w:top w:sz="4.79999999999927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6" w:after="0"/>
              <w:ind w:left="6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1"/>
              </w:rPr>
              <w:t>24</w:t>
            </w:r>
          </w:p>
        </w:tc>
        <w:tc>
          <w:tcPr>
            <w:tcW w:type="dxa" w:w="2462"/>
            <w:gridSpan w:val="2"/>
            <w:tcBorders>
              <w:start w:sz="4.0" w:val="single" w:color="#000000"/>
              <w:top w:sz="4.79999999999927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556" w:bottom="344" w:left="654" w:header="720" w:footer="720" w:gutter="0"/>
          <w:cols w:space="720" w:num="1" w:equalWidth="0">
            <w:col w:w="10690" w:space="0"/>
            <w:col w:w="10690" w:space="0"/>
            <w:col w:w="10690" w:space="0"/>
            <w:col w:w="1069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290" w:space="0"/>
            <w:col w:w="10582" w:space="0"/>
            <w:col w:w="10492" w:space="0"/>
            <w:col w:w="10566" w:space="0"/>
            <w:col w:w="10576" w:space="0"/>
            <w:col w:w="10584" w:space="0"/>
            <w:col w:w="10432" w:space="0"/>
            <w:col w:w="10568" w:space="0"/>
            <w:col w:w="10584" w:space="0"/>
            <w:col w:w="10552" w:space="0"/>
            <w:col w:w="10586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10690" w:space="0"/>
            <w:col w:w="10690" w:space="0"/>
            <w:col w:w="10690" w:space="0"/>
            <w:col w:w="1069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290" w:space="0"/>
            <w:col w:w="10582" w:space="0"/>
            <w:col w:w="10492" w:space="0"/>
            <w:col w:w="10566" w:space="0"/>
            <w:col w:w="10576" w:space="0"/>
            <w:col w:w="10584" w:space="0"/>
            <w:col w:w="10432" w:space="0"/>
            <w:col w:w="10568" w:space="0"/>
            <w:col w:w="10584" w:space="0"/>
            <w:col w:w="10552" w:space="0"/>
            <w:col w:w="10586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98" w:lineRule="auto" w:before="346" w:after="0"/>
        <w:ind w:left="0" w:right="4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ОБЯЗАТЕЛЬНЫЕ УЧЕБНЫЕ МАТЕРИАЛЫ ДЛЯ УЧЕНИКА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Изобразительное искусство. 3 класс/Горяева Н.А., Неменская Л.А., Питерских А.С. и другие; под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редакцией Неменского Б.М., Акционерное общество «Издательство 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302" w:lineRule="auto" w:before="262" w:after="0"/>
        <w:ind w:left="0" w:right="489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МЕТОДИЧЕСКИЕ МАТЕРИАЛЫ ДЛЯ УЧИТЕЛЯ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Технологические карты. Поурочные разработки.</w:t>
      </w:r>
    </w:p>
    <w:p>
      <w:pPr>
        <w:autoSpaceDN w:val="0"/>
        <w:autoSpaceDE w:val="0"/>
        <w:widowControl/>
        <w:spacing w:line="302" w:lineRule="auto" w:before="264" w:after="0"/>
        <w:ind w:left="0" w:right="144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ЦИФРОВЫЕ ОБРАЗОВАТЕЛЬНЫЕ РЕСУРСЫ И РЕСУРСЫ СЕТИ ИНТЕРНЕТ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resh.edu.ru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690" w:space="0"/>
            <w:col w:w="10690" w:space="0"/>
            <w:col w:w="10690" w:space="0"/>
            <w:col w:w="1069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290" w:space="0"/>
            <w:col w:w="10582" w:space="0"/>
            <w:col w:w="10492" w:space="0"/>
            <w:col w:w="10566" w:space="0"/>
            <w:col w:w="10576" w:space="0"/>
            <w:col w:w="10584" w:space="0"/>
            <w:col w:w="10432" w:space="0"/>
            <w:col w:w="10568" w:space="0"/>
            <w:col w:w="10584" w:space="0"/>
            <w:col w:w="10552" w:space="0"/>
            <w:col w:w="10586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302" w:lineRule="auto" w:before="346" w:after="0"/>
        <w:ind w:left="0" w:right="273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Мольберты. Краски(акварельные и гуашь). Карандаши. Бумага. Пластилин</w:t>
      </w:r>
    </w:p>
    <w:p>
      <w:pPr>
        <w:autoSpaceDN w:val="0"/>
        <w:autoSpaceDE w:val="0"/>
        <w:widowControl/>
        <w:spacing w:line="302" w:lineRule="auto" w:before="262" w:after="0"/>
        <w:ind w:left="0" w:right="302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ОБОРУДОВАНИЕ ДЛЯ ПРОВЕДЕНИЯ ПРАКТИЧЕСКИХ РАБОТ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Комплекты репродукций.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690" w:space="0"/>
            <w:col w:w="10690" w:space="0"/>
            <w:col w:w="10690" w:space="0"/>
            <w:col w:w="10690" w:space="0"/>
            <w:col w:w="15534" w:space="0"/>
            <w:col w:w="15534" w:space="0"/>
            <w:col w:w="15534" w:space="0"/>
            <w:col w:w="15534" w:space="0"/>
            <w:col w:w="15534" w:space="0"/>
            <w:col w:w="15534" w:space="0"/>
            <w:col w:w="10290" w:space="0"/>
            <w:col w:w="10582" w:space="0"/>
            <w:col w:w="10492" w:space="0"/>
            <w:col w:w="10566" w:space="0"/>
            <w:col w:w="10576" w:space="0"/>
            <w:col w:w="10584" w:space="0"/>
            <w:col w:w="10432" w:space="0"/>
            <w:col w:w="10568" w:space="0"/>
            <w:col w:w="10584" w:space="0"/>
            <w:col w:w="10552" w:space="0"/>
            <w:col w:w="10586" w:space="0"/>
            <w:col w:w="9586" w:space="0"/>
            <w:col w:w="5934" w:space="0"/>
            <w:col w:w="3651" w:space="0"/>
            <w:col w:w="9586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690" w:space="0"/>
        <w:col w:w="10690" w:space="0"/>
        <w:col w:w="10690" w:space="0"/>
        <w:col w:w="10690" w:space="0"/>
        <w:col w:w="15534" w:space="0"/>
        <w:col w:w="15534" w:space="0"/>
        <w:col w:w="15534" w:space="0"/>
        <w:col w:w="15534" w:space="0"/>
        <w:col w:w="15534" w:space="0"/>
        <w:col w:w="15534" w:space="0"/>
        <w:col w:w="10290" w:space="0"/>
        <w:col w:w="10582" w:space="0"/>
        <w:col w:w="10492" w:space="0"/>
        <w:col w:w="10566" w:space="0"/>
        <w:col w:w="10576" w:space="0"/>
        <w:col w:w="10584" w:space="0"/>
        <w:col w:w="10432" w:space="0"/>
        <w:col w:w="10568" w:space="0"/>
        <w:col w:w="10584" w:space="0"/>
        <w:col w:w="10552" w:space="0"/>
        <w:col w:w="10586" w:space="0"/>
        <w:col w:w="9586" w:space="0"/>
        <w:col w:w="5934" w:space="0"/>
        <w:col w:w="3651" w:space="0"/>
        <w:col w:w="9586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