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99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Оренбургской области</w:t>
      </w:r>
    </w:p>
    <w:p>
      <w:pPr>
        <w:autoSpaceDN w:val="0"/>
        <w:autoSpaceDE w:val="0"/>
        <w:widowControl/>
        <w:spacing w:line="230" w:lineRule="auto" w:before="670" w:after="0"/>
        <w:ind w:left="1362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Администрация муниципального образования Тоцкого района</w:t>
      </w:r>
    </w:p>
    <w:p>
      <w:pPr>
        <w:autoSpaceDN w:val="0"/>
        <w:autoSpaceDE w:val="0"/>
        <w:widowControl/>
        <w:spacing w:line="230" w:lineRule="auto" w:before="670" w:after="1436"/>
        <w:ind w:left="0" w:right="367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Медведская ООШ</w:t>
      </w:r>
    </w:p>
    <w:p>
      <w:pPr>
        <w:sectPr>
          <w:pgSz w:w="11900" w:h="16840"/>
          <w:pgMar w:top="298" w:right="874" w:bottom="398" w:left="1440" w:header="720" w:footer="720" w:gutter="0"/>
          <w:cols w:space="720" w:num="1" w:equalWidth="0"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28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49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______________Е.Ю.Миляева</w:t>
      </w:r>
    </w:p>
    <w:p>
      <w:pPr>
        <w:sectPr>
          <w:type w:val="continuous"/>
          <w:pgSz w:w="11900" w:h="16840"/>
          <w:pgMar w:top="298" w:right="874" w:bottom="398" w:left="1440" w:header="720" w:footer="720" w:gutter="0"/>
          <w:cols w:space="720" w:num="2" w:equalWidth="0"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398" w:right="172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182"/>
        <w:ind w:left="398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______________О.Н.Кинжеева</w:t>
      </w:r>
    </w:p>
    <w:p>
      <w:pPr>
        <w:sectPr>
          <w:type w:val="nextColumn"/>
          <w:pgSz w:w="11900" w:h="16840"/>
          <w:pgMar w:top="298" w:right="874" w:bottom="398" w:left="1440" w:header="720" w:footer="720" w:gutter="0"/>
          <w:cols w:space="720" w:num="2" w:equalWidth="0">
            <w:col w:w="5934" w:space="0"/>
            <w:col w:w="3651" w:space="0"/>
            <w:col w:w="9586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793"/>
        <w:gridCol w:w="4793"/>
      </w:tblGrid>
      <w:tr>
        <w:trPr>
          <w:trHeight w:hRule="exact" w:val="490"/>
        </w:trPr>
        <w:tc>
          <w:tcPr>
            <w:tcW w:type="dxa" w:w="39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"31" 08  2022 г.</w:t>
            </w:r>
          </w:p>
        </w:tc>
        <w:tc>
          <w:tcPr>
            <w:tcW w:type="dxa" w:w="33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992" w:right="72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№144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"01" 09 2022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5053024)</w:t>
      </w:r>
    </w:p>
    <w:p>
      <w:pPr>
        <w:autoSpaceDN w:val="0"/>
        <w:autoSpaceDE w:val="0"/>
        <w:widowControl/>
        <w:spacing w:line="262" w:lineRule="auto" w:before="166" w:after="0"/>
        <w:ind w:left="3600" w:right="3888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«Технология»</w:t>
      </w:r>
    </w:p>
    <w:p>
      <w:pPr>
        <w:autoSpaceDN w:val="0"/>
        <w:autoSpaceDE w:val="0"/>
        <w:widowControl/>
        <w:spacing w:line="262" w:lineRule="auto" w:before="670" w:after="0"/>
        <w:ind w:left="2160" w:right="259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3 класса начального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7520" w:right="0" w:hanging="246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Касилова Марина Викторовна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технологии</w:t>
      </w:r>
    </w:p>
    <w:p>
      <w:pPr>
        <w:autoSpaceDN w:val="0"/>
        <w:autoSpaceDE w:val="0"/>
        <w:widowControl/>
        <w:spacing w:line="230" w:lineRule="auto" w:before="2830" w:after="0"/>
        <w:ind w:left="0" w:right="413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 Медведка 2022</w:t>
      </w:r>
    </w:p>
    <w:p>
      <w:pPr>
        <w:sectPr>
          <w:type w:val="continuous"/>
          <w:pgSz w:w="11900" w:h="16840"/>
          <w:pgMar w:top="298" w:right="874" w:bottom="398" w:left="1440" w:header="720" w:footer="720" w:gutter="0"/>
          <w:cols w:space="720" w:num="1" w:equalWidth="0"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1" w:lineRule="auto" w:before="346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по учебному предмету «Технология» включает: пояснительную записку, содержание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обучения, планируемые результаты освоения программы учебного предмета, тематическое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планирование.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Пояснительная записка отражает общие цели и задачи изучения предмета, характеристику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психологических предпосылок к его изучению младшими школьниками; место в структуре учебного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плана, а также подходы к отбору содержания, планируемым результатам и тематическому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планированию.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обучения раскрывается через модули. Приведён перечень универсальных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действий — познавательных, коммуникативных и регулятивных, формирование которых может быть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достигнуто средствами учебного предмета «Технология» с учётом возрастных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начальных классов. В познавательных универсальных учебных действиях выделен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специальный раздел «Работа с информацией». С учётом того, что выполнение правил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строится на интеграции регулятивных УУД (определённые волевые усилия,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саморегуляция, самоконтроль, проявление терпения и доброжелательности при налаживании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отношений) и коммуникативных УУД (способность вербальными средствами устанавливать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взаимоотношения), их перечень дан в специальном разделе — «Совместная деятельность».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Планируемые результаты включают личностные, метапредметные результаты за период обучения,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также предметные достижения младшего школьника за каждый год обучения в начальной школе.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«ТЕХНОЛОГИЯ»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Предлагаемая программа отражает вариант конкретизации требований Федерального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государственного образовательного стандарта начального общего образования по предметной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области (предмету) «Технология» и обеспечивает обозначенную в нём содержательную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составляющую по данному учебному предмету.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требованиями времени и инновационными установками отечественного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обозначенными во ФГОС НОО, данная программа обеспечивает реализацию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обновлённой концептуальной идеи учебного предмета «Технология». Её особенность состоит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формировании у обучающихся социально ценных качеств, креативности и общей культуры личности.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Новые социально-экономические условия требуют включения каждого учебного предмета в данный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процесс, а уроки технологии обладают большими специфическими резервами для решения данной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особенно на уровне начального образования. В частности, курс технологии обладает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возможностями в укреплении фундамента для развития умственной деятельности обучающихся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начальных классов.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курсе технологии осуществляется реализация широкого спектра межпредметных связей.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Математика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моделирование, выполнение расчётов, вычислений, построение форм с учетом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 геометрии, работа с геометрическими фигурами, телами, именованными числами.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Изобразительное искусство — использование средств художественной выразительности, законов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 декоративно-прикладного искусства и дизайна.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Окружающий мир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природные формы и конструкции как универсальный источник инженерно-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идей для мастера; природа как источник сырья, этнокультурные традиции. </w:t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Родной язык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использование важнейших видов речевой деятельности и основных типов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текстов в процессе анализа заданий и обсуждения результатов практической деятельности.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Литературное чтени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 — работа с текстами для создания образа, реализуемого в изделии.</w:t>
      </w:r>
    </w:p>
    <w:p>
      <w:pPr>
        <w:autoSpaceDN w:val="0"/>
        <w:autoSpaceDE w:val="0"/>
        <w:widowControl/>
        <w:spacing w:line="262" w:lineRule="auto" w:before="70" w:after="0"/>
        <w:ind w:left="0" w:right="72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Важнейшая особенность уроков технологии в начальной школе — предметно-практическая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деятельность как необходимая составляющая целостного процесса интеллектуального, а также</w:t>
      </w:r>
    </w:p>
    <w:p>
      <w:pPr>
        <w:sectPr>
          <w:pgSz w:w="11900" w:h="16840"/>
          <w:pgMar w:top="298" w:right="650" w:bottom="398" w:left="666" w:header="720" w:footer="720" w:gutter="0"/>
          <w:cols w:space="720" w:num="1" w:equalWidth="0"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духовного и нравственного развития обучающихся младшего школьного возраста.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Продуктивная предметная деятельность на уроках технологии является основой формирования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познавательных способностей школьников, стремления активно знакомиться с историей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материальной культуры и семейных традиций своего и других народов и уважительного отношения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ним.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Занятия продуктивной деятельностью закладывают основу для формирования у обучающихся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социально-значимых практических умений и опыта преобразовательной творческой деятельности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предпосылки для успешной социализации личности младшего школьника.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уроках технологии ученики овладевают основами проектной деятельности, которая направлена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развитие творческих черт личности, коммуникабельности, чувства ответственности, умения искать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использовать информацию.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«ТЕХНОЛОГИЯ»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Основной целью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является успешная социализация обучающихся, формирование у них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функциональной грамотности на базе освоения культурологических и конструкторско-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технологических знаний (о рукотворном мире и общих правилах его создания в рамках исторически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меняющихся технологий) и соответствующих им практических умений, представленных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содержании учебного предмета.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реализации основной цели и концептуальной идеи данного предмета необходимо решение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системы приоритетных задач: образовательных, развивающих и воспитательных.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Образовательные задачи курса: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общих представлений о культуре и организации трудовой деятельности как важной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части общей культуры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становление элементарных базовых знаний и представлений о предметном (рукотворном) мире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результате деятельности человека, его взаимодействии с миром природы, правилах и технологиях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создания, исторически развивающихся и современных производствах и профессиях;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основ чертёжно-графической грамотности, умения работать с простейшей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документацией (рисунок, чертёж, эскиз, схема);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элементарных знаний и представлений о различных материалах, технологиях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обработки и соответствующих умений.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Развивающие задачи: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сенсомоторных процессов, психомоторной координации, глазомера через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практических умений;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расширение культурного кругозора, развитие способности творческого использования полученных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знаний и умений в практической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познавательных психических процессов и приёмов умственной деятельности посредством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включения мыслительных операций в ходе выполнения практических заданий;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развитие гибкости и вариативности мышления, способностей к изобретательской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Воспитательные задачи: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уважительного отношения к людям труда, к культурным традициям, понимания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ценности предшествующих культур, отражённых в материальном мире;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социально ценных личностных качеств: организованности, аккуратности, добросовестного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ответственного отношения к работе, взаимопомощи, волевой саморегуляции, активности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инициативности;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интереса и творческого отношения к продуктивной созидательной деятельности,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мотивации успеха и достижений, стремления к творческой самореализации;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становление экологического сознания, внимательного и вдумчивого отношения к окружающей</w:t>
      </w:r>
    </w:p>
    <w:p>
      <w:pPr>
        <w:sectPr>
          <w:pgSz w:w="11900" w:h="16840"/>
          <w:pgMar w:top="286" w:right="704" w:bottom="378" w:left="666" w:header="720" w:footer="720" w:gutter="0"/>
          <w:cols w:space="720" w:num="1" w:equalWidth="0"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71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природе, осознание взаимосвязи рукотворного мира с миром природы;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положительного отношения к коллективному труду, применение правил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общения, проявление уважения к взглядам и мнению других людей.</w:t>
      </w:r>
    </w:p>
    <w:p>
      <w:pPr>
        <w:autoSpaceDN w:val="0"/>
        <w:autoSpaceDE w:val="0"/>
        <w:widowControl/>
        <w:spacing w:line="27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МЕСТО УЧЕБНОГО ПРЕДМЕТА «ТЕХНОЛОГИЯ» В УЧЕБНОМ ПЛАНЕ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Согласно требованиям ФГОС общее число часов на изучение курса «Технология» в 3 классе — 34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часа (по 1 часу в неделю).</w:t>
      </w:r>
    </w:p>
    <w:p>
      <w:pPr>
        <w:sectPr>
          <w:pgSz w:w="11900" w:h="16840"/>
          <w:pgMar w:top="286" w:right="1086" w:bottom="1440" w:left="666" w:header="720" w:footer="720" w:gutter="0"/>
          <w:cols w:space="720" w:num="1" w:equalWidth="0"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62" w:lineRule="auto" w:before="346" w:after="0"/>
        <w:ind w:left="180" w:right="100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1. Технологии, профессии и производства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Непрерывность процесса деятельностного освоения мира человеком и создания культуры.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Материальные и духовные потребности человека как движущие силы прогресса.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Разнообразие творческой трудовой деятельности в современных условиях. Разнообразие предметов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рукотворного мира: архитектура, техника, предметы быта и декоративно-прикладного искусства.</w:t>
      </w:r>
    </w:p>
    <w:p>
      <w:pPr>
        <w:autoSpaceDN w:val="0"/>
        <w:autoSpaceDE w:val="0"/>
        <w:widowControl/>
        <w:spacing w:line="262" w:lineRule="auto" w:before="70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Современные производства и профессии, связанные с обработкой материалов, аналогичных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используемым на уроках технологии.</w:t>
      </w:r>
    </w:p>
    <w:p>
      <w:pPr>
        <w:autoSpaceDN w:val="0"/>
        <w:autoSpaceDE w:val="0"/>
        <w:widowControl/>
        <w:spacing w:line="274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Общие правила создания предметов рукотворного мира: соответствие формы, размеров, материала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внешнего оформления изделия его назначению. Стилевая гармония в предметном ансамбле;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гармония предметной и окружающей среды (общее представление).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 современной техники. Информационно-коммуникационные технологии в жизни современного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человека. Решение человеком инженерных задач на основе изучения природных законов —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жёсткость конструкции (трубчатые сооружения, треугольник как устойчивая геометрическая форма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др.).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Бережное и внимательное отношение к природе как источнику сырьевых ресурсов и идей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технологий будущего.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Элементарная творческая и проектная деятельность. Коллективные, групповые и индивидуальные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проекты в рамках изучаемой тематики. Совместная работа в малых группах, осуществление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сотрудничества; распределение работы, выполнение социальных ролей (руководитель/лидер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подчинённый).</w:t>
      </w:r>
    </w:p>
    <w:p>
      <w:pPr>
        <w:autoSpaceDN w:val="0"/>
        <w:autoSpaceDE w:val="0"/>
        <w:widowControl/>
        <w:spacing w:line="262" w:lineRule="auto" w:before="190" w:after="0"/>
        <w:ind w:left="180" w:right="12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2. Технологии ручной обработки материалов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Некоторые (доступные в обработке) виды искусственных и синтетических материалов.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Разнообразие технологий и способов обработки материалов в различных видах изделий;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сравнительный анализ технологий при использовании того или иного материала (например,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аппликация из бумаги и ткани, коллаж и др.). Выбор материалов по их декоративно-художественным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технологическим свойствам, использование соответствующих способов обработки материалов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зависимости от назначения изделия.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Инструменты и приспособления (циркуль, угольник, канцелярский нож, шило и др.); называние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выполнение приёмов их рационального и безопасного использования.</w:t>
      </w:r>
    </w:p>
    <w:p>
      <w:pPr>
        <w:autoSpaceDN w:val="0"/>
        <w:autoSpaceDE w:val="0"/>
        <w:widowControl/>
        <w:spacing w:line="281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Углубление общих представлений о технологическом процессе (анализ устройства и назначения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изделия; выстраивание последовательности практических действий и технологических операций;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подбор материалов и инструментов; экономная разметка материалов; обработка с целью получения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деталей, сборка, отделка изделия; проверка изделия в действии, внесение необходимых дополнений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изменений). Рицовка. Изготовление объёмных изделий из развёрток. Преобразование развёрток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несложных форм.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Технология обработки бумаги и картона. Виды картона (гофрированный, толстый, тонкий, цветной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др.). Чтение и построение простого чертежа/эскиза развёртки изделия. Разметка деталей с опорой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простейший чертёж, эскиз. Решение задач на внесение необходимых дополнений и изменений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схему, чертёж, эскиз. Выполнение измерений, расчётов, несложных построений.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Выполнение рицовки на картоне с помощью канцелярского ножа, выполнение отверстий шилом.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Технология обработки текстильных материалов. Использование трикотажа и нетканых материалов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изготовления изделий. Использование вариантов строчки косого стежка (крестик, стебельчатая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др.) и/или петельной строчки для соединения деталей изделия и отделки. Пришивание пуговиц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(с двумя-четырьмя отверстиями). Изготовление швейных изделий из нескольких деталей.</w:t>
      </w:r>
    </w:p>
    <w:p>
      <w:pPr>
        <w:sectPr>
          <w:pgSz w:w="11900" w:h="16840"/>
          <w:pgMar w:top="298" w:right="650" w:bottom="398" w:left="666" w:header="720" w:footer="720" w:gutter="0"/>
          <w:cols w:space="720" w:num="1" w:equalWidth="0"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 дополнительных материалов. Комбинирование разных материалов в одном изделии.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3. Конструирование и моделирование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Конструирование и моделирование изделий из различных материалов, в том числе наборов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«Конструктор» по заданным условиям (технико-технологическим, функциональным, декоративно-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художественным). Способы подвижного и неподвижного соединения деталей набора «Конструктор»,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их использование в изделиях; жёсткость и устойчивость конструкции.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Создание простых макетов и моделей архитектурных сооружений, технических устройств, бытовых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конструкций. Выполнение заданий на доработку конструкций (отдельных узлов, соединений)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учётом дополнительных условий (требований). Использование измерений и построений для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практических задач. Решение задач на мысленную трансформацию трёхмерной конструкции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развёртку (и наоборот).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4. Информационно-коммуникативные технологии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Информационная среда, основные источники (органы восприятия) информации, получаемой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человеком. Сохранение и передача информации. Информационные технологии. Источники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информации, используемые человеком в быту: телевидение, радио, печатные издания, персональный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компьютер и др.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Современный информационный мир. Персональный компьютер (ПК) и его назначение.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пользования ПК для сохранения здоровья. Назначение основных устройств компьютера для ввода,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вывода и обработки информации. Работа с доступной информацией (книги, музеи, беседы (мастер-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классы) с мастерами, Интернет[1], видео, DVD). Работа с текстовым редактором Microsoft Word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другим.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Универсальные учебные действия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Познавательные УУД: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терминах, используемых в технологии, использовать их в ответах на вопросы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высказываниях (в пределах изученного);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анализ предложенных образцов с выделением существенных и несущественных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работу в соответствии с инструкцией, устной или письменной, а также графически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представленной в схеме, таблице;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способы доработки конструкций с учётом предложенных условий;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изделия по самостоятельно предложенному существенному признаку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(используемый материал, форма, размер, назначение, способ сборки);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читать и воспроизводить простой чертёж/эскиз развёртки изделия;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восстанавливать нарушенную последовательность выполнения изделия.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и использовать знаково-символические средства представления информации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создания моделей и макетов изучаемых объектов;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основе анализа информации производить выбор наиболее эффективных способов работы;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поиск необходимой информации для выполнения учебных заданий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литературы;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средства информационно-коммуникационных технологий для решения учебных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практических задач, в том числе Интернет под руководством учителя.</w:t>
      </w:r>
    </w:p>
    <w:p>
      <w:pPr>
        <w:autoSpaceDN w:val="0"/>
        <w:autoSpaceDE w:val="0"/>
        <w:widowControl/>
        <w:spacing w:line="271" w:lineRule="auto" w:before="70" w:after="0"/>
        <w:ind w:left="180" w:right="72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Коммуникативные УУД: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монологическое высказывание, владеть диалогической формой коммуникации;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строить рассуждения в форме связи простых суждений об объекте, его строении, свойствах и</w:t>
      </w:r>
    </w:p>
    <w:p>
      <w:pPr>
        <w:sectPr>
          <w:pgSz w:w="11900" w:h="16840"/>
          <w:pgMar w:top="298" w:right="726" w:bottom="416" w:left="666" w:header="720" w:footer="720" w:gutter="0"/>
          <w:cols w:space="720" w:num="1" w:equalWidth="0"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76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способах создания;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описывать предметы рукотворного мира, оценивать их достоинства;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собственное мнение, аргументировать выбор вариантов и способов выполнения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задания.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Регулятивные УУД: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и сохранять учебную задачу, осуществлять поиск средств для её решения;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прогнозировать необходимые действия для получения практического результата, предлагать план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действий в соответствии с поставленной задачей, действовать по плану;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действия контроля и оценки; выявлять ошибки и недочёты по результатам работы,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их причины и искать способы устранения;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проявлять волевую саморегуляцию при выполнении задания.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2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Совместная деятельность: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себе партнёров по совместной деятельности не только по симпатии, но и по деловым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справедливо распределять работу, договариваться, приходить к общему решению, отвечать 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общий результат работы;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роли лидера, подчинённого, соблюдать равноправие и дружелюбие;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осуществлять взаимопомощь, проявлять ответственность при выполнении своей части работы.</w:t>
      </w:r>
    </w:p>
    <w:p>
      <w:pPr>
        <w:sectPr>
          <w:pgSz w:w="11900" w:h="16840"/>
          <w:pgMar w:top="286" w:right="946" w:bottom="1440" w:left="666" w:header="720" w:footer="720" w:gutter="0"/>
          <w:cols w:space="720" w:num="1" w:equalWidth="0"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РЕЗУЛЬТАТЫ ОСВОЕНИЯ УЧЕБНОГО ПРЕДМЕТА «ТЕХНОЛОГИЯ»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НА УРОВНЕ НАЧАЛЬНОГО ОБЩЕГО ОБРАЗОВАНИЯ 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34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 ОБУЧАЮЩЕГОСЯ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«Технология» у обучающегося будут сформированы следующие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новообразования: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первоначальные представления о созидательном и нравственном значении труда в жизни человека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общества; уважительное отношение к труду и творчеству мастеров;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роли человека и используемых им технологий в сохранении гармонического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сосуществования рукотворного мира с миром природы; ответственное отношение к сохранению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культурно-исторической ценности традиций, отражённых в предметном мире; чувство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сопричастности к культуре своего народа, уважительное отношение к культурным традициям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способности к эстетической оценке окружающей предметной среды; эстетические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чувства — эмоционально-положительное восприятие и понимание красоты форм и образов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природных объектов, образцов мировой и отечественной художественной культуры;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положительного отношения и интереса к различным видам творческой преобразующей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стремление к творческой самореализации; мотивация к творческому труду, работе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результат; способность к различным видам практической преобразующей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устойчивых волевых качества и способность к саморегуляции: организованность,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аккуратность, трудолюбие, ответственность, умение справляться с доступными проблемами;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вступать в сотрудничество с другими людьми с учётом этики общения; проявление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толерантности и доброжелательности.</w:t>
      </w:r>
    </w:p>
    <w:p>
      <w:pPr>
        <w:autoSpaceDN w:val="0"/>
        <w:autoSpaceDE w:val="0"/>
        <w:widowControl/>
        <w:spacing w:line="262" w:lineRule="auto" w:before="190" w:after="0"/>
        <w:ind w:left="18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МЕТАПРЕДМЕТНЫЕ РЕЗУЛЬТАТЫ ОБУЧАЮЩЕГОСЯ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 концу обучения у обучающегося формируются следующие универсальные учебные действия.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Познавательные УУД: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терминах и понятиях, используемых в технологии (в пределах изученного),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изученную терминологию в своих устных и письменных высказываниях;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анализ объектов и изделий с выделением существенных и несущественных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группы объектов/изделий, выделять в них общее и различия;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делать обобщения (технико-технологического и декоративно-художественного характера)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изучаемой тематике;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схемы, модели и простейшие чертежи в собственной практической творческой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комбинировать и использовать освоенные технологии при изготовлении изделий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технической, технологической или декоративно-художественной задачей;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необходимость поиска новых технологий на основе изучения объектов и законов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природы, доступного исторического и современного опыта технологической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поиск необходимой для выполнения работы информации в учебнике и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доступных источниках, анализировать её и отбирать в соответствии с решаемой задачей;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и использовать знаково-символические средства представления информации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решения задач в умственной и материализованной форме; выполнять действия моделирования,</w:t>
      </w:r>
    </w:p>
    <w:p>
      <w:pPr>
        <w:sectPr>
          <w:pgSz w:w="11900" w:h="16840"/>
          <w:pgMar w:top="298" w:right="650" w:bottom="444" w:left="666" w:header="720" w:footer="720" w:gutter="0"/>
          <w:cols w:space="720" w:num="1" w:equalWidth="0">
            <w:col w:w="10584" w:space="0"/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работать с моделями;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средства информационно-коммуникационных технологий для решения учебных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практических задач (в том числе Интернет с контролируемым выходом), оценивать объективность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и возможности её использования для решения конкретных учебных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следовать при выполнении работы инструкциям учителя или представленным в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информационных источниках.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УУД: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вступать в диалог, задавать собеседнику вопросы, использовать реплики-уточнения и дополнения;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собственное мнение и идеи, аргументированно их излагать; выслушивать разные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мнения, учитывать их в диалоге;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создавать тексты-описания на основе наблюдений (рассматривания) изделий декоративно-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прикладного искусства народов России;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рассуждения о связях природного и предметного мира, простые суждения (небольшие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тексты) об объекте, его строении, свойствах и способах создания;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объяснять последовательность совершаемых действий при создании изделия.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Регулятивные УУД: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рационально организовывать свою работу (подготовка рабочего места, поддержание и наведение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порядка, уборка после работы);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правила безопасности труда при выполнении работы;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работу, соотносить свои действия с поставленной целью;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причинно-следственные связи между выполняемыми действиями и их результатами,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прогнозировать действия для получения необходимых результатов;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действия контроля и оценки; вносить необходимые коррективы в действие после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завершения на основе его оценки и учёта характера сделанных ошибок;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проявлять волевую саморегуляцию при выполнении работы.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Совместная деятельность: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организовывать под руководством учителя и самостоятельно совместную работу в группе: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обсуждать задачу, распределять роли, выполнять функции руководителя/лидера и подчинённого;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продуктивное сотрудничество;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интерес к работе товарищей; в доброжелательной форме комментировать и оценивать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достижения, высказывать свои предложения и пожелания; оказывать при необходимости помощь;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особенности проектной деятельности, выдвигать несложные идеи решений предлагаемых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проектных заданий, мысленно создавать конструктивный замысел, осуществлять выбор средств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способов для его практического воплощения; предъявлять аргументы для защиты продукта проектной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 ОСВОЕНИЯ КУРСА «ТЕХНОЛОГИЯ»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третьем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классе обучающийся научится: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смысл понятий «чертёж развёртки», «канцелярский нож», «шило», «искусственный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выделять и называть характерные особенности изученных видов декоративно-прикладного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искусства, профессии мастеров прикладного искусства (в рамках изученного);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узнавать и называть по характерным особенностям образцов или по описанию изученные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распространённые в крае ремёсла;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называть и описывать свойства наиболее распространённых изучаемых искусственных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синтетических материалов (бумага, металлы, текстиль и др.);</w:t>
      </w:r>
    </w:p>
    <w:p>
      <w:pPr>
        <w:sectPr>
          <w:pgSz w:w="11900" w:h="16840"/>
          <w:pgMar w:top="286" w:right="668" w:bottom="308" w:left="666" w:header="720" w:footer="720" w:gutter="0"/>
          <w:cols w:space="720" w:num="1" w:equalWidth="0">
            <w:col w:w="10566" w:space="0"/>
            <w:col w:w="10584" w:space="0"/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читать чертёж развёртки и выполнять разметку развёрток с помощью чертёжных инструментов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(линейка, угольник, циркуль);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узнавать и называть линии чертежа (осевая и центровая);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безопасно пользоваться канцелярским ножом, шилом;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рицовку;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соединение деталей и отделку изделия освоенными ручными строчками;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решать простейшие задачи технико-технологического характера по изменению вида и способа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соединения деталей: на достраивание, придание новых свойств конструкции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новыми/дополненными требованиями; использовать комбинированные техники при изготовлении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изделий в соответствии с технической или декоративно-художественной задачей;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технологический и практический смысл различных видов соединений в технических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объектах, простейшие способы достижения прочности конструкций; использовать их при решении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простейших конструкторских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конструировать и моделировать изделия из разных материалов и наборов «Конструктор»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заданным техническим, технологическим и декоративно-художественным условиям;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изменять конструкцию изделия по заданным условиям;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способ соединения и соединительный материал в зависимости от требований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конструкции;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называть несколько видов информационных технологий и соответствующих способов передачи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(из реального окружения учащихся);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назначение основных устройств персонального компьютера для ввода, вывода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обработки информации;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основные правила безопасной работы на компьютере;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возможности компьютера и информационно-коммуникационных технологий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поиска необходимой информации при выполнении обучающих, творческих и проектных заданий;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проектные задания в соответствии с содержанием изученного материала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полученных знаний и умений.</w:t>
      </w:r>
    </w:p>
    <w:p>
      <w:pPr>
        <w:sectPr>
          <w:pgSz w:w="11900" w:h="16840"/>
          <w:pgMar w:top="298" w:right="1020" w:bottom="1440" w:left="666" w:header="720" w:footer="720" w:gutter="0"/>
          <w:cols w:space="720" w:num="1" w:equalWidth="0">
            <w:col w:w="10214" w:space="0"/>
            <w:col w:w="10566" w:space="0"/>
            <w:col w:w="10584" w:space="0"/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5824"/>
            <w:vMerge w:val="restart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04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293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11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58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Модуль 1. ТЕХНОЛОГИИ, ПРОФЕССИИ И ПРОИЗВОДСТВА</w:t>
            </w:r>
          </w:p>
        </w:tc>
      </w:tr>
      <w:tr>
        <w:trPr>
          <w:trHeight w:hRule="exact" w:val="2078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5824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Непрерывность процесса деятельностного освоения мира человеком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создания культуры. Материальные и духовные потребности человека как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движущие силы прогресса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Учитывать при работе над изделием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общие правила создания предметов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рукотворного мира: соответствие формы;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размеров;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материала и внешнего оформления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изделия его назначению;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стилевая гармония в предметном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ансамбле; гармония предметной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окружающей среды (общее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представлени;</w:t>
            </w:r>
          </w:p>
        </w:tc>
        <w:tc>
          <w:tcPr>
            <w:tcW w:type="dxa" w:w="111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58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edu.ru/catalog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582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Разнообразие творческой трудовой деятельности в современных условиях.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Разнообразие предметов рукотворного мира: архитектура, техника, предметы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быта и декоративно-прикладного искусства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разнообразие творческой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трудовой деятельности в современных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условиях.;;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58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edu.ru/catalog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Современные производства и профессии, связанные с обработкой материалов,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аналогичных используемым на уроках технологии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разнообразие творческой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трудовой деятельности в современных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условиях;;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edu.ru/catalog</w:t>
            </w:r>
          </w:p>
        </w:tc>
      </w:tr>
      <w:tr>
        <w:trPr>
          <w:trHeight w:hRule="exact" w:val="208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582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Общие правила создания предметов рукотворного мира: соответствие формы,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размеров, материала и внешнего оформления изделия его назначению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Учитывать при работе над изделием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общие правила создания предметов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рукотворного мира: соответствие формы;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размеров;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материала и внешнего оформления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изделия его назначению;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стилевая гармония в предметном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ансамбле; гармония предметной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окружающей среды (общее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представление);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58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edu.ru/catalog</w:t>
            </w:r>
          </w:p>
        </w:tc>
      </w:tr>
      <w:tr>
        <w:trPr>
          <w:trHeight w:hRule="exact" w:val="207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Стилевая гармония в предметном ансамбле; гармония предметной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окружающей среды (общее представление)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Учитывать при работе над изделием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общие правила создания предметов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рукотворного мира: соответствие формы;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размеров;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материала и внешнего оформления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изделия его назначению;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стилевая гармония в предметном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ансамбле; гармония предметной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окружающей среды (общее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представление).;;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edu.ru/catalog</w:t>
            </w:r>
          </w:p>
        </w:tc>
      </w:tr>
      <w:tr>
        <w:trPr>
          <w:trHeight w:hRule="exact" w:val="90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1.6.</w:t>
            </w:r>
          </w:p>
        </w:tc>
        <w:tc>
          <w:tcPr>
            <w:tcW w:type="dxa" w:w="582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Мир современной техники. Информационно-коммуникационные технологии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жизни современного человека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Отбирать материалы и инструменты;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необходимые для выполнения изделия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зависимости от вида работы;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заменять их (с помощью учителя);;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58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edu.ru/catalog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376" w:left="666" w:header="720" w:footer="720" w:gutter="0"/>
          <w:cols w:space="720" w:num="1" w:equalWidth="0">
            <w:col w:w="15534" w:space="0"/>
            <w:col w:w="10214" w:space="0"/>
            <w:col w:w="10566" w:space="0"/>
            <w:col w:w="10584" w:space="0"/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69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1.7.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Решение человеком инженерных задач на основе изучения природных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законов — жёсткость конструкции (трубчатые сооружения, треугольник как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устойчивая геометрическая форма и др.)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варианты решения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человеком конструкторских инженерных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задач (различные отрасли;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профессии) на основе изучения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природных законов —жёсткость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конструкции (трубчатые сооружения;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треугольник как устойчивая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геометрическая форма;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edu.ru/catalog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1.8.</w:t>
            </w:r>
          </w:p>
        </w:tc>
        <w:tc>
          <w:tcPr>
            <w:tcW w:type="dxa" w:w="582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Бережное и внимательное отношение к природе как источнику сырьевых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ресурсов и идей для технологий будущего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Приводить примеры традиций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праздников народов России;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ремёсел;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обычаев и производств;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связанных с изучаемыми материалами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производствами;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58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edu.ru/catalog</w:t>
            </w:r>
          </w:p>
        </w:tc>
      </w:tr>
      <w:tr>
        <w:trPr>
          <w:trHeight w:hRule="exact" w:val="189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1.9.</w:t>
            </w:r>
          </w:p>
        </w:tc>
        <w:tc>
          <w:tcPr>
            <w:tcW w:type="dxa" w:w="582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72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Элементарная творческая и проектная деятельность. Коллективные,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групповые и индивидуальные проекты в рамках изучаемой тематики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самостоятельно этапы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изготовления изделия на основе анализа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готового изделия;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текстового и/или слайдового плана;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работы с технологической картой;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Отбирать материалы и инструменты;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необходимые для выполнения изделия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зависимости от вида работы;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заменять их (с помощью учителя;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edu.ru/catalog</w:t>
            </w:r>
          </w:p>
        </w:tc>
      </w:tr>
      <w:tr>
        <w:trPr>
          <w:trHeight w:hRule="exact" w:val="207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1.10.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Совместная работа в малых группах, осуществление сотрудничества;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распределение работы, выполнение социальных ролей (руководитель/лидер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подчинённый)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Соблюдать правила безопасной работы;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выбор инструментов и приспособлений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зависимости от технологии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изготавливаемых изделий;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 организовывать рабочее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место в зависимости от вида работы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выбранных материалов; Поддерживать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порядок во время работы; убирать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рабочее место по окончании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практической работы;;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edu.ru/catalog</w:t>
            </w:r>
          </w:p>
        </w:tc>
      </w:tr>
      <w:tr>
        <w:trPr>
          <w:trHeight w:hRule="exact" w:val="348"/>
        </w:trPr>
        <w:tc>
          <w:tcPr>
            <w:tcW w:type="dxa" w:w="6292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8682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Модуль 2. ТЕХНОЛОГИИ РУЧНОЙ ОБРАБОТКИ МАТЕРИАЛОВ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0214" w:space="0"/>
            <w:col w:w="10566" w:space="0"/>
            <w:col w:w="10584" w:space="0"/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806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Некоторые (доступные в обработке) виды искусственных и синтетических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материалов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 анализировать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конструкцию изделия;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обсуждать варианты изготовления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изделия;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технологические операции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соответствии с общим представлением 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технологическом процессе (анализ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устройства и назначения изделия;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выстраивание последовательности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практических действий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технологических операций; подбор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материалов и инструментов; экономная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разметка; обработка с целью получения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деталей;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сборка;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отделка изделия; проверка изделия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действии;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внесение необходимых дополнений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изменений);;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edu.ru/catalog</w:t>
            </w:r>
          </w:p>
        </w:tc>
      </w:tr>
      <w:tr>
        <w:trPr>
          <w:trHeight w:hRule="exact" w:val="246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582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Разнообразие технологий и способов обработки материалов в различных видах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изделий; сравнительный анализ технологий при использовании того или иного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материала (например, аппликация из бумаги и ткани, коллаж и др.)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 организовывать свою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деятельность: подготавливать рабочее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место для работы с бумагой и картоном;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правильно и рационально размещать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инструменты и материалы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соответствии с индивидуальными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особенностями обучающихся; под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контролем учителя в процессе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выполнения изделия контролировать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 необходимости восстанавливать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порядок на рабочем месте; убирать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рабочее место;;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58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edu.ru/catalog</w:t>
            </w:r>
          </w:p>
        </w:tc>
      </w:tr>
      <w:tr>
        <w:trPr>
          <w:trHeight w:hRule="exact" w:val="389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Выбор материалов по их декоративно-художественным и технологическим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свойствам, использование соответствующих способов обработки материалов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зависимости от назначения изделия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 анализировать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конструкцию изделия;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обсуждать варианты изготовления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изделия;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технологические операции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соответствии с общим представлением 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технологическом процессе (анализ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устройства и назначения изделия;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выстраивание последовательности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практических действий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технологических операций; подбор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материалов и инструментов; экономная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разметка; обработка с целью получения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деталей;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сборка;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отделка изделия; проверка изделия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действии;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внесение необходимых дополнений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изменений);;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edu.ru/catalog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56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214" w:space="0"/>
            <w:col w:w="10566" w:space="0"/>
            <w:col w:w="10584" w:space="0"/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Инструменты и приспособления (циркуль, угольник, канцелярский нож, шило,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 др.); называние и выполнение приёмов их рационального и безопасного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использования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Применять правила рационального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безопасного использования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инструментов (угольник;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циркуль;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игла;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шило и др.);;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edu.ru/catalog</w:t>
            </w:r>
          </w:p>
        </w:tc>
      </w:tr>
      <w:tr>
        <w:trPr>
          <w:trHeight w:hRule="exact" w:val="438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582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Углубление общих представлений о технологическом процессе (анализ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устройства и назначения изделия; выстраивание последовательности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практических действий и технологических операций; подбор материалов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инструментов; экономная разметка материалов; обработка с целью получения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деталей, сборка, отделка изделия; проверка изделия в действии, внесение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необходимых дополнений и изменений). Биговка (рицовка)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сопоставлять свойства изучаемых видов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бумаги (состав;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прочность); определять виды бумаги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картона (гофрированный;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толстый;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тонкий;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цветной и др.). Самостоятельно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вид бумаги для изготовления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изделия и объяснять свой выбор.;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свойства бумаги и картона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 изготовлении объёмных изделий;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создании декоративных композиций.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отдельные приёмы работы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бумагой;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правила безопасной работы;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правила разметки деталей. Выполнять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рицовку на картоне с помощью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канцелярского ножа;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отверстия шилом;;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edu.ru/catalog</w:t>
            </w:r>
          </w:p>
        </w:tc>
      </w:tr>
      <w:tr>
        <w:trPr>
          <w:trHeight w:hRule="exact" w:val="340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582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Изготовление объёмных изделий из развёрток. Преобразование развёрток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несложных форм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 простейшие чертежи развёрток;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схемы изготовления изделия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изделие по заданному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чертежу под руководством учителя;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несложные расчёты размеров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деталей изделия;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ориентируясь на образец;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эскиз или технический рисунок.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Выстраивать простые чертежи/эскизы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развёртки изделия.;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разметку деталей с опорой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простейший чертёж;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эскиз. Решать задачи на внесение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необходимых дополнений и изменений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схему;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чертёж;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эскиз;;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edu.ru/catalog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10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214" w:space="0"/>
            <w:col w:w="10566" w:space="0"/>
            <w:col w:w="10584" w:space="0"/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439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2.7.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Технология обработки бумаги и картона. Виды картона (гофрированный,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толстый, тонкий, цветной и др.)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сопоставлять свойства изучаемых видов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бумаги (состав;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прочность); определять виды бумаги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картона (гофрированный;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толстый;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тонкий;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цветной и др.). Самостоятельно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вид бумаги для изготовления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изделия и объяснять свой выбор.;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свойства бумаги и картона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 изготовлении объёмных изделий;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создании декоративных композиций.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отдельные приёмы работы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бумагой;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правила безопасной работы;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правила разметки деталей. Выполнять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рицовку на картоне с помощью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канцелярского ножа;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отверстия шилом;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edu.ru/catalo</w:t>
            </w:r>
          </w:p>
        </w:tc>
      </w:tr>
      <w:tr>
        <w:trPr>
          <w:trHeight w:hRule="exact" w:val="265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2.8.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Чтение и построение простого чертежа/эскиза развёртки изделия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несложные расчёты размеров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деталей изделия;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ориентируясь на образец;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эскиз или технический рисунок.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Выстраивать простые чертежи/эскизы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развёртки изделия.;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разметку деталей с опорой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простейший чертёж;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эскиз. Решать задачи на внесение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необходимых дополнений и изменений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схему;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чертёж;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эскиз.;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edu.ru/cat</w:t>
            </w:r>
          </w:p>
        </w:tc>
      </w:tr>
      <w:tr>
        <w:trPr>
          <w:trHeight w:hRule="exact" w:val="263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2.9.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Разметка деталей с опорой на простейший чертёж, эскиз. Решение задач на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внесение необходимых дополнений и изменений в схему, чертёж, эскиз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несложные расчёты размеров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деталей изделия;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ориентируясь на образец;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эскиз или технический рисунок.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Выстраивать простые чертежи/эскизы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развёртки изделия.;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разметку деталей с опорой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простейший чертёж;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эскиз. Решать задачи на внесение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необходимых дополнений и изменений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схему;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чертёж;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эски;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80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214" w:space="0"/>
            <w:col w:w="10566" w:space="0"/>
            <w:col w:w="10584" w:space="0"/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65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2.10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Выполнение измерений, расчётов, несложных построений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несложные расчёты размеров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деталей изделия;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ориентируясь на образец;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эскиз или технический рисунок.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Выстраивать простые чертежи/эскизы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развёртки изделия.;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разметку деталей с опорой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простейший чертёж;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эскиз. Решать задачи на внесение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необходимых дополнений и изменений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схему;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чертёж;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эскиз.;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</w:t>
            </w:r>
          </w:p>
        </w:tc>
      </w:tr>
      <w:tr>
        <w:trPr>
          <w:trHeight w:hRule="exact" w:val="449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2.11.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Выполнение рицовки на картоне с помощью канцелярского ножа, выполнение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отверстий шилом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сопоставлять свойства изучаемых видов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бумаги (состав;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прочность); определять виды бумаги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картона (гофрированный;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толстый;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тонкий;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цветной и др.). Самостоятельно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вид бумаги для изготовления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изделия и объяснять свой выбор.;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свойства бумаги и картона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 изготовлении объёмных изделий;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создании декоративных композиций.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отдельные приёмы работы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бумагой;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правила безопасной работы;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правила разметки деталей. Выполнять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рицовку на картоне с помощью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канцелярского ножа;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отверстия шилом.;;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2.12.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Технология обработки текстильных материалов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технологию обработки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текстильных материало;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2.13.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Использование трикотажа и нетканых материалов для изготовления изделий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и различать ткани;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трикотаж;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нетканое полотно. Знать особенности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строения ткани;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трикотажа;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нетканого полотна;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2.14.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16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Использование вариантов строчки косого стежка (крестик, стебельчатая и др.)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и/или вариантов строчки петельного стежка для соединения деталей изделия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отделки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Подбирать ручные строчки (варианты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строчки прямого и косого стежков)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сшивания и отделки изделий;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</w:t>
            </w:r>
          </w:p>
        </w:tc>
      </w:tr>
      <w:tr>
        <w:trPr>
          <w:trHeight w:hRule="exact" w:val="52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2.15.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Пришивание пуговиц (с двумя-четырьмя отверстиями)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простейший ремонт изделий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(пришивание пуговиц;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52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214" w:space="0"/>
            <w:col w:w="10566" w:space="0"/>
            <w:col w:w="10584" w:space="0"/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2.16.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Изготовление швейных изделий из нескольких деталей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раскрой деталей по готовым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собственным несложным лекалам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(выкройкам);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2.17.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Использование дополнительных материалов. Комбинирование разных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материалов в одном изделии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отделку изделия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аппликацией;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вышивкой и отделочными материалами;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</w:t>
            </w:r>
          </w:p>
        </w:tc>
      </w:tr>
      <w:tr>
        <w:trPr>
          <w:trHeight w:hRule="exact" w:val="350"/>
        </w:trPr>
        <w:tc>
          <w:tcPr>
            <w:tcW w:type="dxa" w:w="629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8682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Модуль 3. КОНСТРУИРОВАНИЕ И МОДЕЛИРОВАНИЕ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582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Конструирование и моделирование изделий из различных материалов, в том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числе наборов «Конструктор» по заданным условиям (технико-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технологическим, функциональным, декоративно-художественным)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опыт по видам соединений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деталей набора типа«Конструктор;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</w:t>
            </w:r>
          </w:p>
        </w:tc>
      </w:tr>
      <w:tr>
        <w:trPr>
          <w:trHeight w:hRule="exact" w:val="169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Способы подвижного и неподвижного соединения деталей набора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«Конструктор», их использование в изделиях; жёсткость и устойчивость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конструкции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виды соединения деталей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конструкции —подвижное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неподвижное;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способы подвижного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неподвижного соединения деталей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наборов типа «Конструктор»;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их использование в изделиях;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жёсткость и устойчивость конструкции;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582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Создание простых макетов и моделей архитектурных сооружений, технических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устройств, бытовых конструкций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простые макеты и модели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архитектурных сооружений;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технических устройств;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бытовых конструкций;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edu.ru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582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Выполнение заданий на доработку конструкций (отдельных узлов, соединений)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 учётом дополнительных условий (требований)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Дорабатывать конструкции (отдельных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узлов;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соединений) с учётом дополнительных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условий (требований).;;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58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582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Использование измерений и построений для решения практических задач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измерения и построения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для решения практических задач.;;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582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Решение задач на мысленную трансформацию трёхмерной конструкции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развёртку (и наоборот)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 задачи на трансформацию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трёхмерной конструкции в развёртку (и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наоборот);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</w:t>
            </w:r>
          </w:p>
        </w:tc>
      </w:tr>
      <w:tr>
        <w:trPr>
          <w:trHeight w:hRule="exact" w:val="348"/>
        </w:trPr>
        <w:tc>
          <w:tcPr>
            <w:tcW w:type="dxa" w:w="629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8682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Модуль 4. ИНФОРМАЦИОННО-КОММУНИКАТИВНЫЕ ТЕХНОЛОГИИ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Информационная среда, основные источники (органы восприятия)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информации, получаемой человеком. Сохранение и передача информации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основные источники (органы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восприятия) информации;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получаемой человеком.;;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edu.r</w:t>
            </w:r>
          </w:p>
        </w:tc>
      </w:tr>
      <w:tr>
        <w:trPr>
          <w:trHeight w:hRule="exact" w:val="148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Информационные технологии. Источники информации, используемые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человеком в быту: телевидение, радио, печатные издания, персональный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компьютер и др.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источники информации;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используемые человеком в быту: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телевидение;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радио;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печатные издания;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персональный компьютер и д;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214" w:space="0"/>
            <w:col w:w="10566" w:space="0"/>
            <w:col w:w="10584" w:space="0"/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Современный информационный мир. Персональный компьютер (ПК) и его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назначение. Правила пользования ПК для сохранения здоровья. Назначение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основных устройств компьютера для ввода, вывода и обработки информации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компьютер для поиска;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хранения и воспроизведения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информации.;;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</w:t>
            </w:r>
          </w:p>
        </w:tc>
      </w:tr>
      <w:tr>
        <w:trPr>
          <w:trHeight w:hRule="exact" w:val="1502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Работа с доступной информацией (книги, музеи, беседы (мастер-классы)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 мастерами, Интернет, видео, DVD)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Работать с доступной информацией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(книги;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музеи;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беседы (мастер-классы) с мастерами;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Интернет;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видео;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DVD).;;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</w:t>
            </w:r>
          </w:p>
        </w:tc>
      </w:tr>
      <w:tr>
        <w:trPr>
          <w:trHeight w:hRule="exact" w:val="226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4.5.</w:t>
            </w:r>
          </w:p>
        </w:tc>
        <w:tc>
          <w:tcPr>
            <w:tcW w:type="dxa" w:w="582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Работа с текстовым редактором Microsoft Word или другим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9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правила набора текста;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работу с программой MicrosoftWord (или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другой);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её назначение.;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и сохранять документ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программе MicrosoftWord (или другой);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форматировать (выбор шрифта;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размера;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цвета шрифта;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выравнивание абзаца) и печатать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документ;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8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http://schoolcollection.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edu.</w:t>
            </w:r>
          </w:p>
        </w:tc>
      </w:tr>
      <w:tr>
        <w:trPr>
          <w:trHeight w:hRule="exact" w:val="348"/>
        </w:trPr>
        <w:tc>
          <w:tcPr>
            <w:tcW w:type="dxa" w:w="629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82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30"/>
        </w:trPr>
        <w:tc>
          <w:tcPr>
            <w:tcW w:type="dxa" w:w="629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25.5</w:t>
            </w:r>
          </w:p>
        </w:tc>
        <w:tc>
          <w:tcPr>
            <w:tcW w:type="dxa" w:w="6436"/>
            <w:gridSpan w:val="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214" w:space="0"/>
            <w:col w:w="10566" w:space="0"/>
            <w:col w:w="10584" w:space="0"/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6"/>
        <w:ind w:left="0" w:right="0"/>
      </w:pPr>
    </w:p>
    <w:p>
      <w:pPr>
        <w:autoSpaceDN w:val="0"/>
        <w:autoSpaceDE w:val="0"/>
        <w:widowControl/>
        <w:spacing w:line="230" w:lineRule="auto" w:before="0" w:after="292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2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450"/>
        </w:trPr>
        <w:tc>
          <w:tcPr>
            <w:tcW w:type="dxa" w:w="460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>п/п</w:t>
            </w:r>
          </w:p>
        </w:tc>
        <w:tc>
          <w:tcPr>
            <w:tcW w:type="dxa" w:w="3872"/>
            <w:vMerge w:val="restart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>Тема урока</w:t>
            </w:r>
          </w:p>
        </w:tc>
        <w:tc>
          <w:tcPr>
            <w:tcW w:type="dxa" w:w="3684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>Количество часов</w:t>
            </w:r>
          </w:p>
        </w:tc>
        <w:tc>
          <w:tcPr>
            <w:tcW w:type="dxa" w:w="1132"/>
            <w:vMerge w:val="restart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>изучения</w:t>
            </w:r>
          </w:p>
        </w:tc>
        <w:tc>
          <w:tcPr>
            <w:tcW w:type="dxa" w:w="1508"/>
            <w:vMerge w:val="restart"/>
            <w:tcBorders>
              <w:start w:sz="4.0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6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>контроля</w:t>
            </w:r>
          </w:p>
        </w:tc>
      </w:tr>
      <w:tr>
        <w:trPr>
          <w:trHeight w:hRule="exact" w:val="760"/>
        </w:trPr>
        <w:tc>
          <w:tcPr>
            <w:tcW w:type="dxa" w:w="1527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</w:tcPr>
          <w:p/>
        </w:tc>
        <w:tc>
          <w:tcPr>
            <w:tcW w:type="dxa" w:w="1527"/>
            <w:vMerge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</w:tcPr>
          <w:p/>
        </w:tc>
        <w:tc>
          <w:tcPr>
            <w:tcW w:type="dxa" w:w="672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 xml:space="preserve">всего </w:t>
            </w:r>
          </w:p>
        </w:tc>
        <w:tc>
          <w:tcPr>
            <w:tcW w:type="dxa" w:w="148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>работы</w:t>
            </w:r>
          </w:p>
        </w:tc>
        <w:tc>
          <w:tcPr>
            <w:tcW w:type="dxa" w:w="1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>работы</w:t>
            </w:r>
          </w:p>
        </w:tc>
        <w:tc>
          <w:tcPr>
            <w:tcW w:type="dxa" w:w="1527"/>
            <w:vMerge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</w:tcPr>
          <w:p/>
        </w:tc>
        <w:tc>
          <w:tcPr>
            <w:tcW w:type="dxa" w:w="1527"/>
            <w:vMerge/>
            <w:tcBorders>
              <w:start w:sz="4.0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</w:tcPr>
          <w:p/>
        </w:tc>
      </w:tr>
      <w:tr>
        <w:trPr>
          <w:trHeight w:hRule="exact" w:val="3838"/>
        </w:trPr>
        <w:tc>
          <w:tcPr>
            <w:tcW w:type="dxa" w:w="46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1.</w:t>
            </w:r>
          </w:p>
        </w:tc>
        <w:tc>
          <w:tcPr>
            <w:tcW w:type="dxa" w:w="387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6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Непрерывность процесса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деятельностного освоения мира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человеком и создания культуры.</w:t>
            </w:r>
          </w:p>
          <w:p>
            <w:pPr>
              <w:autoSpaceDN w:val="0"/>
              <w:autoSpaceDE w:val="0"/>
              <w:widowControl/>
              <w:spacing w:line="286" w:lineRule="auto" w:before="66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Материальные и духовные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потребности человека как движущие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силы прогрессаРазнообразие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творческой трудовой деятельности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современных условиях. Раз6нообразие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предметов рукотворного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мира:архитектура,техника, предметы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быта и декоративного- прикладного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искуссства.</w:t>
            </w:r>
          </w:p>
        </w:tc>
        <w:tc>
          <w:tcPr>
            <w:tcW w:type="dxa" w:w="672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05.09.2022</w:t>
            </w:r>
          </w:p>
        </w:tc>
        <w:tc>
          <w:tcPr>
            <w:tcW w:type="dxa" w:w="1508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опрос;</w:t>
            </w:r>
          </w:p>
        </w:tc>
      </w:tr>
      <w:tr>
        <w:trPr>
          <w:trHeight w:hRule="exact" w:val="2914"/>
        </w:trPr>
        <w:tc>
          <w:tcPr>
            <w:tcW w:type="dxa" w:w="4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2.</w:t>
            </w:r>
          </w:p>
        </w:tc>
        <w:tc>
          <w:tcPr>
            <w:tcW w:type="dxa" w:w="387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0" w:after="0"/>
              <w:ind w:left="66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Современные производства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профессии, связанные с обработкой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материалов, аналогичных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используемым на уроках технологии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Общие правила создания предметов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рукотворного мира: соответствие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формы, размеров, материала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внешнего оформления изделия 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назначению.</w:t>
            </w:r>
          </w:p>
        </w:tc>
        <w:tc>
          <w:tcPr>
            <w:tcW w:type="dxa" w:w="67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12.09.2022</w:t>
            </w:r>
          </w:p>
        </w:tc>
        <w:tc>
          <w:tcPr>
            <w:tcW w:type="dxa" w:w="150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0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1374"/>
        </w:trPr>
        <w:tc>
          <w:tcPr>
            <w:tcW w:type="dxa" w:w="460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3.</w:t>
            </w:r>
          </w:p>
        </w:tc>
        <w:tc>
          <w:tcPr>
            <w:tcW w:type="dxa" w:w="387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6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Стилевая гармония в предметном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ансамбле; гармония предметной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окружающей среды (общее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представление)</w:t>
            </w:r>
          </w:p>
        </w:tc>
        <w:tc>
          <w:tcPr>
            <w:tcW w:type="dxa" w:w="672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19.09.2022</w:t>
            </w:r>
          </w:p>
        </w:tc>
        <w:tc>
          <w:tcPr>
            <w:tcW w:type="dxa" w:w="1508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0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1376"/>
        </w:trPr>
        <w:tc>
          <w:tcPr>
            <w:tcW w:type="dxa" w:w="4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4.</w:t>
            </w:r>
          </w:p>
        </w:tc>
        <w:tc>
          <w:tcPr>
            <w:tcW w:type="dxa" w:w="387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Мир современной техники.</w:t>
            </w:r>
          </w:p>
          <w:p>
            <w:pPr>
              <w:autoSpaceDN w:val="0"/>
              <w:autoSpaceDE w:val="0"/>
              <w:widowControl/>
              <w:spacing w:line="271" w:lineRule="auto" w:before="64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Информационно-коммуникационные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технологии в жизни современного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челове</w:t>
            </w:r>
          </w:p>
        </w:tc>
        <w:tc>
          <w:tcPr>
            <w:tcW w:type="dxa" w:w="672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26.09.2022</w:t>
            </w:r>
          </w:p>
        </w:tc>
        <w:tc>
          <w:tcPr>
            <w:tcW w:type="dxa" w:w="150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опрос;</w:t>
            </w:r>
          </w:p>
        </w:tc>
      </w:tr>
      <w:tr>
        <w:trPr>
          <w:trHeight w:hRule="exact" w:val="1990"/>
        </w:trPr>
        <w:tc>
          <w:tcPr>
            <w:tcW w:type="dxa" w:w="4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5.</w:t>
            </w:r>
          </w:p>
        </w:tc>
        <w:tc>
          <w:tcPr>
            <w:tcW w:type="dxa" w:w="387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Решение человеком инженерных задач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на основе изучения природных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законов — жёсткость конструкции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(трубчатые сооружения, треугольник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как устойчивая геометрическая форма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 др.)</w:t>
            </w:r>
          </w:p>
        </w:tc>
        <w:tc>
          <w:tcPr>
            <w:tcW w:type="dxa" w:w="672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03.10.2022</w:t>
            </w:r>
          </w:p>
        </w:tc>
        <w:tc>
          <w:tcPr>
            <w:tcW w:type="dxa" w:w="150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0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1452"/>
        </w:trPr>
        <w:tc>
          <w:tcPr>
            <w:tcW w:type="dxa" w:w="4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6.</w:t>
            </w:r>
          </w:p>
        </w:tc>
        <w:tc>
          <w:tcPr>
            <w:tcW w:type="dxa" w:w="387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Бережное и внимательное отношение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к природе как источнику сырьевых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ресурсов и идей для технологий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будущего</w:t>
            </w:r>
          </w:p>
        </w:tc>
        <w:tc>
          <w:tcPr>
            <w:tcW w:type="dxa" w:w="67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10.10.2022</w:t>
            </w:r>
          </w:p>
        </w:tc>
        <w:tc>
          <w:tcPr>
            <w:tcW w:type="dxa" w:w="150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556" w:bottom="762" w:left="658" w:header="720" w:footer="720" w:gutter="0"/>
          <w:cols w:space="720" w:num="1" w:equalWidth="0"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214" w:space="0"/>
            <w:col w:w="10566" w:space="0"/>
            <w:col w:w="10584" w:space="0"/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1374"/>
        </w:trPr>
        <w:tc>
          <w:tcPr>
            <w:tcW w:type="dxa" w:w="460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7.</w:t>
            </w:r>
          </w:p>
        </w:tc>
        <w:tc>
          <w:tcPr>
            <w:tcW w:type="dxa" w:w="387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Элементарная творческая и проектная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деятельность. Коллективные,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групповые и индивидуальные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проекты в рамках изучаемой тематики</w:t>
            </w:r>
          </w:p>
        </w:tc>
        <w:tc>
          <w:tcPr>
            <w:tcW w:type="dxa" w:w="672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17.10.2022</w:t>
            </w:r>
          </w:p>
        </w:tc>
        <w:tc>
          <w:tcPr>
            <w:tcW w:type="dxa" w:w="1508"/>
            <w:tcBorders>
              <w:start w:sz="4.0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1684"/>
        </w:trPr>
        <w:tc>
          <w:tcPr>
            <w:tcW w:type="dxa" w:w="46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8.</w:t>
            </w:r>
          </w:p>
        </w:tc>
        <w:tc>
          <w:tcPr>
            <w:tcW w:type="dxa" w:w="387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0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Совместная работа в малых группах,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осуществление сотрудничества;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распределение работы, выполнение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социальных ролей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(руководитель/лидер и подчинённый)</w:t>
            </w:r>
          </w:p>
        </w:tc>
        <w:tc>
          <w:tcPr>
            <w:tcW w:type="dxa" w:w="672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24.10.2022</w:t>
            </w:r>
          </w:p>
        </w:tc>
        <w:tc>
          <w:tcPr>
            <w:tcW w:type="dxa" w:w="1508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2914"/>
        </w:trPr>
        <w:tc>
          <w:tcPr>
            <w:tcW w:type="dxa" w:w="4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9.</w:t>
            </w:r>
          </w:p>
        </w:tc>
        <w:tc>
          <w:tcPr>
            <w:tcW w:type="dxa" w:w="387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Некоторые (доступные в обработке)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виды искусственных и синтетических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материалов Разнообразие технологий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способов обработки материалов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различных видах изделий: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сравнительный анализ технологий при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использовании того ии иного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материала(например,аппликации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бумаги и ткани, коллаж и др. </w:t>
            </w:r>
          </w:p>
        </w:tc>
        <w:tc>
          <w:tcPr>
            <w:tcW w:type="dxa" w:w="672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07.11.2022</w:t>
            </w:r>
          </w:p>
        </w:tc>
        <w:tc>
          <w:tcPr>
            <w:tcW w:type="dxa" w:w="150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опрос;</w:t>
            </w:r>
          </w:p>
        </w:tc>
      </w:tr>
      <w:tr>
        <w:trPr>
          <w:trHeight w:hRule="exact" w:val="3530"/>
        </w:trPr>
        <w:tc>
          <w:tcPr>
            <w:tcW w:type="dxa" w:w="4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10.</w:t>
            </w:r>
          </w:p>
        </w:tc>
        <w:tc>
          <w:tcPr>
            <w:tcW w:type="dxa" w:w="387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Выбор материалов по их декоративно-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художественным и технологическим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свойствам, использование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соответствующих способов обработки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материалов в зависимости от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назначения изделия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Инструменты:приспособления(циркуль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угольник,канцелярский  нож, шило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др); называние и выполнение приемов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ихрационального и безопасного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использования.</w:t>
            </w:r>
          </w:p>
        </w:tc>
        <w:tc>
          <w:tcPr>
            <w:tcW w:type="dxa" w:w="672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14.11.2022</w:t>
            </w:r>
          </w:p>
        </w:tc>
        <w:tc>
          <w:tcPr>
            <w:tcW w:type="dxa" w:w="150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0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4202"/>
        </w:trPr>
        <w:tc>
          <w:tcPr>
            <w:tcW w:type="dxa" w:w="4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11.</w:t>
            </w:r>
          </w:p>
        </w:tc>
        <w:tc>
          <w:tcPr>
            <w:tcW w:type="dxa" w:w="387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8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Углубление общих представлений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технологическом процессе (анализ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устройства и назначения изделия;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выстраивание последовательности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практических действий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 технологических операций; подбор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материалов и инструментов; экономная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разметка материалов; обработка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 целью получения деталей, сборка,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отделка изделия; проверка изделия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в действии, внесение необходимых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дополнений и изменений). Биговка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(рицовка)</w:t>
            </w:r>
          </w:p>
        </w:tc>
        <w:tc>
          <w:tcPr>
            <w:tcW w:type="dxa" w:w="672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21.11.2022</w:t>
            </w:r>
          </w:p>
        </w:tc>
        <w:tc>
          <w:tcPr>
            <w:tcW w:type="dxa" w:w="1508"/>
            <w:tcBorders>
              <w:start w:sz="4.0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0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268" w:left="658" w:header="720" w:footer="720" w:gutter="0"/>
          <w:cols w:space="720" w:num="1" w:equalWidth="0"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214" w:space="0"/>
            <w:col w:w="10566" w:space="0"/>
            <w:col w:w="10584" w:space="0"/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1990"/>
        </w:trPr>
        <w:tc>
          <w:tcPr>
            <w:tcW w:type="dxa" w:w="460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12.</w:t>
            </w:r>
          </w:p>
        </w:tc>
        <w:tc>
          <w:tcPr>
            <w:tcW w:type="dxa" w:w="387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88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Изготовление объёмных изделий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развёрток. Преобразование развёрток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несложных форм Технология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обработки бумаги и картона Виды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картона   гофрированный,  толстый,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тонкий,цветной  и др.</w:t>
            </w:r>
          </w:p>
        </w:tc>
        <w:tc>
          <w:tcPr>
            <w:tcW w:type="dxa" w:w="672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28.11.2022</w:t>
            </w:r>
          </w:p>
        </w:tc>
        <w:tc>
          <w:tcPr>
            <w:tcW w:type="dxa" w:w="1508"/>
            <w:tcBorders>
              <w:start w:sz="4.0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142" w:right="0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2298"/>
        </w:trPr>
        <w:tc>
          <w:tcPr>
            <w:tcW w:type="dxa" w:w="46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13.</w:t>
            </w:r>
          </w:p>
        </w:tc>
        <w:tc>
          <w:tcPr>
            <w:tcW w:type="dxa" w:w="387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0" w:after="0"/>
              <w:ind w:left="66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Чтение и построение простого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чертежа/эскиза развёртки изделия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Разметка деталей с опорой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простейший чертеж, эскиз. Решение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задач на внесение необходимых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дополнений  и изменений в схему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чертежа и эскиза</w:t>
            </w:r>
          </w:p>
        </w:tc>
        <w:tc>
          <w:tcPr>
            <w:tcW w:type="dxa" w:w="672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05.12.2022</w:t>
            </w:r>
          </w:p>
        </w:tc>
        <w:tc>
          <w:tcPr>
            <w:tcW w:type="dxa" w:w="1508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1684"/>
        </w:trPr>
        <w:tc>
          <w:tcPr>
            <w:tcW w:type="dxa" w:w="46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14.</w:t>
            </w:r>
          </w:p>
        </w:tc>
        <w:tc>
          <w:tcPr>
            <w:tcW w:type="dxa" w:w="387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0" w:after="0"/>
              <w:ind w:left="66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Выполнение измерений, расчётов,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несложных построений Выполнение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рицовки на картоне с помощью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канцелярского ножа,выполнение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отверстий  шилом</w:t>
            </w:r>
          </w:p>
        </w:tc>
        <w:tc>
          <w:tcPr>
            <w:tcW w:type="dxa" w:w="672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12.12.2022</w:t>
            </w:r>
          </w:p>
        </w:tc>
        <w:tc>
          <w:tcPr>
            <w:tcW w:type="dxa" w:w="1508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1374"/>
        </w:trPr>
        <w:tc>
          <w:tcPr>
            <w:tcW w:type="dxa" w:w="4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15.</w:t>
            </w:r>
          </w:p>
        </w:tc>
        <w:tc>
          <w:tcPr>
            <w:tcW w:type="dxa" w:w="387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Технология обработки текстильных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материалов Использование  трикотажа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 нетканых материалов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изготовления изделий</w:t>
            </w:r>
          </w:p>
        </w:tc>
        <w:tc>
          <w:tcPr>
            <w:tcW w:type="dxa" w:w="672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19.12.2022</w:t>
            </w:r>
          </w:p>
        </w:tc>
        <w:tc>
          <w:tcPr>
            <w:tcW w:type="dxa" w:w="1508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0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1682"/>
        </w:trPr>
        <w:tc>
          <w:tcPr>
            <w:tcW w:type="dxa" w:w="460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16.</w:t>
            </w:r>
          </w:p>
        </w:tc>
        <w:tc>
          <w:tcPr>
            <w:tcW w:type="dxa" w:w="387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Использование вариантов строчки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косого стежка (крестик, стебельчатая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др.) и/или вариантов строчки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петельного стежка для соединения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деталей изделия и отделки</w:t>
            </w:r>
          </w:p>
        </w:tc>
        <w:tc>
          <w:tcPr>
            <w:tcW w:type="dxa" w:w="672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26.12.2022</w:t>
            </w:r>
          </w:p>
        </w:tc>
        <w:tc>
          <w:tcPr>
            <w:tcW w:type="dxa" w:w="1508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142" w:right="0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Тестирование;</w:t>
            </w:r>
          </w:p>
        </w:tc>
      </w:tr>
      <w:tr>
        <w:trPr>
          <w:trHeight w:hRule="exact" w:val="1374"/>
        </w:trPr>
        <w:tc>
          <w:tcPr>
            <w:tcW w:type="dxa" w:w="4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17.</w:t>
            </w:r>
          </w:p>
        </w:tc>
        <w:tc>
          <w:tcPr>
            <w:tcW w:type="dxa" w:w="387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Пришивание пуговиц (с двумя-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четырьмя отверстиями) Изготовление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швейных изделий и нескольких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деталей</w:t>
            </w:r>
          </w:p>
        </w:tc>
        <w:tc>
          <w:tcPr>
            <w:tcW w:type="dxa" w:w="67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16.01.2023</w:t>
            </w:r>
          </w:p>
        </w:tc>
        <w:tc>
          <w:tcPr>
            <w:tcW w:type="dxa" w:w="150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1066"/>
        </w:trPr>
        <w:tc>
          <w:tcPr>
            <w:tcW w:type="dxa" w:w="4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18.</w:t>
            </w:r>
          </w:p>
        </w:tc>
        <w:tc>
          <w:tcPr>
            <w:tcW w:type="dxa" w:w="387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Использование дополнительных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материалов. Комбинирование разных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материалов в одном изделии</w:t>
            </w:r>
          </w:p>
        </w:tc>
        <w:tc>
          <w:tcPr>
            <w:tcW w:type="dxa" w:w="67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23.01.2023</w:t>
            </w:r>
          </w:p>
        </w:tc>
        <w:tc>
          <w:tcPr>
            <w:tcW w:type="dxa" w:w="150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2092"/>
        </w:trPr>
        <w:tc>
          <w:tcPr>
            <w:tcW w:type="dxa" w:w="4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19.</w:t>
            </w:r>
          </w:p>
        </w:tc>
        <w:tc>
          <w:tcPr>
            <w:tcW w:type="dxa" w:w="387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Конструирование и моделирование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изделий из различных материалов,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в том числе наборов «Конструктор»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заданным условиям (технико-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технологическим, функциональным,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декоративно-художественным)</w:t>
            </w:r>
          </w:p>
        </w:tc>
        <w:tc>
          <w:tcPr>
            <w:tcW w:type="dxa" w:w="672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30.01.2023</w:t>
            </w:r>
          </w:p>
        </w:tc>
        <w:tc>
          <w:tcPr>
            <w:tcW w:type="dxa" w:w="150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1968"/>
        </w:trPr>
        <w:tc>
          <w:tcPr>
            <w:tcW w:type="dxa" w:w="4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20.</w:t>
            </w:r>
          </w:p>
        </w:tc>
        <w:tc>
          <w:tcPr>
            <w:tcW w:type="dxa" w:w="387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Конструирование и моделирование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изделий из различных материалов,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в том числе наборов «Конструктор»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заданным условиям (технико-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технологическим, функциональным,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декоративно-художественным)</w:t>
            </w:r>
          </w:p>
        </w:tc>
        <w:tc>
          <w:tcPr>
            <w:tcW w:type="dxa" w:w="672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06.02.2023</w:t>
            </w:r>
          </w:p>
        </w:tc>
        <w:tc>
          <w:tcPr>
            <w:tcW w:type="dxa" w:w="150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356" w:left="658" w:header="720" w:footer="720" w:gutter="0"/>
          <w:cols w:space="720" w:num="1" w:equalWidth="0">
            <w:col w:w="10686" w:space="0"/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214" w:space="0"/>
            <w:col w:w="10566" w:space="0"/>
            <w:col w:w="10584" w:space="0"/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1682"/>
        </w:trPr>
        <w:tc>
          <w:tcPr>
            <w:tcW w:type="dxa" w:w="460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21.</w:t>
            </w:r>
          </w:p>
        </w:tc>
        <w:tc>
          <w:tcPr>
            <w:tcW w:type="dxa" w:w="387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Способы подвижного и неподвижного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соединения деталей набора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«Конструктор», их использование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изделиях; жёсткость и устойчивость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конструкции</w:t>
            </w:r>
          </w:p>
        </w:tc>
        <w:tc>
          <w:tcPr>
            <w:tcW w:type="dxa" w:w="672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13.02.2023</w:t>
            </w:r>
          </w:p>
        </w:tc>
        <w:tc>
          <w:tcPr>
            <w:tcW w:type="dxa" w:w="1508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1684"/>
        </w:trPr>
        <w:tc>
          <w:tcPr>
            <w:tcW w:type="dxa" w:w="460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22.</w:t>
            </w:r>
          </w:p>
        </w:tc>
        <w:tc>
          <w:tcPr>
            <w:tcW w:type="dxa" w:w="387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0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Способы подвижного и неподвижного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соединения деталей набора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«Конструктор», их использование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изделиях; жёсткость и устойчивость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конструкции</w:t>
            </w:r>
          </w:p>
        </w:tc>
        <w:tc>
          <w:tcPr>
            <w:tcW w:type="dxa" w:w="672"/>
            <w:tcBorders>
              <w:start w:sz="4.7999999999999545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20.02.2023</w:t>
            </w:r>
          </w:p>
        </w:tc>
        <w:tc>
          <w:tcPr>
            <w:tcW w:type="dxa" w:w="1508"/>
            <w:tcBorders>
              <w:start w:sz="4.0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1374"/>
        </w:trPr>
        <w:tc>
          <w:tcPr>
            <w:tcW w:type="dxa" w:w="4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23.</w:t>
            </w:r>
          </w:p>
        </w:tc>
        <w:tc>
          <w:tcPr>
            <w:tcW w:type="dxa" w:w="387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Создание простых макетов и моделей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архитектурных сооружений,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технических устройств, бытовых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конструкций</w:t>
            </w:r>
          </w:p>
        </w:tc>
        <w:tc>
          <w:tcPr>
            <w:tcW w:type="dxa" w:w="672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27.02.2023</w:t>
            </w:r>
          </w:p>
        </w:tc>
        <w:tc>
          <w:tcPr>
            <w:tcW w:type="dxa" w:w="150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1374"/>
        </w:trPr>
        <w:tc>
          <w:tcPr>
            <w:tcW w:type="dxa" w:w="4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24.</w:t>
            </w:r>
          </w:p>
        </w:tc>
        <w:tc>
          <w:tcPr>
            <w:tcW w:type="dxa" w:w="387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Создание простых макетов и моделей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архитектурных сооружений,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технических устройств, бытовых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конструкций</w:t>
            </w:r>
          </w:p>
        </w:tc>
        <w:tc>
          <w:tcPr>
            <w:tcW w:type="dxa" w:w="672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06.03.2023</w:t>
            </w:r>
          </w:p>
        </w:tc>
        <w:tc>
          <w:tcPr>
            <w:tcW w:type="dxa" w:w="150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1374"/>
        </w:trPr>
        <w:tc>
          <w:tcPr>
            <w:tcW w:type="dxa" w:w="4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25.</w:t>
            </w:r>
          </w:p>
        </w:tc>
        <w:tc>
          <w:tcPr>
            <w:tcW w:type="dxa" w:w="387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Выполнение заданий на доработку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конструкций (отдельных узлов,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соединений) с учётом дополнительных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условий (требований)</w:t>
            </w:r>
          </w:p>
        </w:tc>
        <w:tc>
          <w:tcPr>
            <w:tcW w:type="dxa" w:w="67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13.03.2023</w:t>
            </w:r>
          </w:p>
        </w:tc>
        <w:tc>
          <w:tcPr>
            <w:tcW w:type="dxa" w:w="150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1374"/>
        </w:trPr>
        <w:tc>
          <w:tcPr>
            <w:tcW w:type="dxa" w:w="4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26.</w:t>
            </w:r>
          </w:p>
        </w:tc>
        <w:tc>
          <w:tcPr>
            <w:tcW w:type="dxa" w:w="387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Выполнение заданий на доработку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конструкций (отдельных узлов,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соединений) с учётом дополнительных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условий (требований)</w:t>
            </w:r>
          </w:p>
        </w:tc>
        <w:tc>
          <w:tcPr>
            <w:tcW w:type="dxa" w:w="67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20.03.2023</w:t>
            </w:r>
          </w:p>
        </w:tc>
        <w:tc>
          <w:tcPr>
            <w:tcW w:type="dxa" w:w="150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1068"/>
        </w:trPr>
        <w:tc>
          <w:tcPr>
            <w:tcW w:type="dxa" w:w="4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27.</w:t>
            </w:r>
          </w:p>
        </w:tc>
        <w:tc>
          <w:tcPr>
            <w:tcW w:type="dxa" w:w="387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Использование измерений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построений для решения практических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задач</w:t>
            </w:r>
          </w:p>
        </w:tc>
        <w:tc>
          <w:tcPr>
            <w:tcW w:type="dxa" w:w="672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10.04.2023</w:t>
            </w:r>
          </w:p>
        </w:tc>
        <w:tc>
          <w:tcPr>
            <w:tcW w:type="dxa" w:w="150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92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1154"/>
        </w:trPr>
        <w:tc>
          <w:tcPr>
            <w:tcW w:type="dxa" w:w="4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28.</w:t>
            </w:r>
          </w:p>
        </w:tc>
        <w:tc>
          <w:tcPr>
            <w:tcW w:type="dxa" w:w="387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Использование измерений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построений для решения практических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задач</w:t>
            </w:r>
          </w:p>
        </w:tc>
        <w:tc>
          <w:tcPr>
            <w:tcW w:type="dxa" w:w="67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17.04.2023</w:t>
            </w:r>
          </w:p>
        </w:tc>
        <w:tc>
          <w:tcPr>
            <w:tcW w:type="dxa" w:w="150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9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Контрольная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1068"/>
        </w:trPr>
        <w:tc>
          <w:tcPr>
            <w:tcW w:type="dxa" w:w="4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29.</w:t>
            </w:r>
          </w:p>
        </w:tc>
        <w:tc>
          <w:tcPr>
            <w:tcW w:type="dxa" w:w="387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2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Решение задач на мысленную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трансформацию трёхмерной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конструкции в развёртку (и наоборот)</w:t>
            </w:r>
          </w:p>
        </w:tc>
        <w:tc>
          <w:tcPr>
            <w:tcW w:type="dxa" w:w="672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24.04.2023</w:t>
            </w:r>
          </w:p>
        </w:tc>
        <w:tc>
          <w:tcPr>
            <w:tcW w:type="dxa" w:w="150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2" w:after="0"/>
              <w:ind w:left="142" w:right="0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Тестирование;</w:t>
            </w:r>
          </w:p>
        </w:tc>
      </w:tr>
      <w:tr>
        <w:trPr>
          <w:trHeight w:hRule="exact" w:val="1046"/>
        </w:trPr>
        <w:tc>
          <w:tcPr>
            <w:tcW w:type="dxa" w:w="4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30.</w:t>
            </w:r>
          </w:p>
        </w:tc>
        <w:tc>
          <w:tcPr>
            <w:tcW w:type="dxa" w:w="387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Решение задач на мысленную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трансформацию трёхмерной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конструкции в развёртку (и наоборот)</w:t>
            </w:r>
          </w:p>
        </w:tc>
        <w:tc>
          <w:tcPr>
            <w:tcW w:type="dxa" w:w="672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08.05.2023</w:t>
            </w:r>
          </w:p>
        </w:tc>
        <w:tc>
          <w:tcPr>
            <w:tcW w:type="dxa" w:w="150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440" w:left="658" w:header="720" w:footer="720" w:gutter="0"/>
          <w:cols w:space="720" w:num="1" w:equalWidth="0">
            <w:col w:w="10686" w:space="0"/>
            <w:col w:w="10686" w:space="0"/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214" w:space="0"/>
            <w:col w:w="10566" w:space="0"/>
            <w:col w:w="10584" w:space="0"/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3222"/>
        </w:trPr>
        <w:tc>
          <w:tcPr>
            <w:tcW w:type="dxa" w:w="460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31.</w:t>
            </w:r>
          </w:p>
        </w:tc>
        <w:tc>
          <w:tcPr>
            <w:tcW w:type="dxa" w:w="387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88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Информационная среда, основные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источники (органы восприятия)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информации, получаемой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человеком. Сохранение и передача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информации Информационные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технологии. Источники информации,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используемые человеком в быту: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телевидение, радио, печатные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издание,персональный компьютер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др.</w:t>
            </w:r>
          </w:p>
        </w:tc>
        <w:tc>
          <w:tcPr>
            <w:tcW w:type="dxa" w:w="672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15.05.2023</w:t>
            </w:r>
          </w:p>
        </w:tc>
        <w:tc>
          <w:tcPr>
            <w:tcW w:type="dxa" w:w="1508"/>
            <w:tcBorders>
              <w:start w:sz="4.0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2298"/>
        </w:trPr>
        <w:tc>
          <w:tcPr>
            <w:tcW w:type="dxa" w:w="46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32.</w:t>
            </w:r>
          </w:p>
        </w:tc>
        <w:tc>
          <w:tcPr>
            <w:tcW w:type="dxa" w:w="387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0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Современный информационный мир.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Персональный компьютер (ПК) и 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назначение. Правила пользования ПК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для сохранения здоровья. Назначение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основных устройств компьютера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ввода, вывода и обработки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информации</w:t>
            </w:r>
          </w:p>
        </w:tc>
        <w:tc>
          <w:tcPr>
            <w:tcW w:type="dxa" w:w="672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19.05.2023</w:t>
            </w:r>
          </w:p>
        </w:tc>
        <w:tc>
          <w:tcPr>
            <w:tcW w:type="dxa" w:w="1508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1374"/>
        </w:trPr>
        <w:tc>
          <w:tcPr>
            <w:tcW w:type="dxa" w:w="4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33.</w:t>
            </w:r>
          </w:p>
        </w:tc>
        <w:tc>
          <w:tcPr>
            <w:tcW w:type="dxa" w:w="387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Промежуточная аттестация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Работа с доступной информацией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(книги, музеи, беседы (мастер-классы)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 мастерами, Интернет, видео, DVD)ия</w:t>
            </w:r>
          </w:p>
        </w:tc>
        <w:tc>
          <w:tcPr>
            <w:tcW w:type="dxa" w:w="67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22.05.2023</w:t>
            </w:r>
          </w:p>
        </w:tc>
        <w:tc>
          <w:tcPr>
            <w:tcW w:type="dxa" w:w="150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142" w:right="0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Тестирование;</w:t>
            </w:r>
          </w:p>
        </w:tc>
      </w:tr>
      <w:tr>
        <w:trPr>
          <w:trHeight w:hRule="exact" w:val="758"/>
        </w:trPr>
        <w:tc>
          <w:tcPr>
            <w:tcW w:type="dxa" w:w="4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34.</w:t>
            </w:r>
          </w:p>
        </w:tc>
        <w:tc>
          <w:tcPr>
            <w:tcW w:type="dxa" w:w="387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6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Работа с текстовым редактором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Microsoft Word или другим</w:t>
            </w:r>
          </w:p>
        </w:tc>
        <w:tc>
          <w:tcPr>
            <w:tcW w:type="dxa" w:w="67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24.05.2023</w:t>
            </w:r>
          </w:p>
        </w:tc>
        <w:tc>
          <w:tcPr>
            <w:tcW w:type="dxa" w:w="150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42" w:val="left"/>
              </w:tabs>
              <w:autoSpaceDE w:val="0"/>
              <w:widowControl/>
              <w:spacing w:line="262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работа;</w:t>
            </w:r>
          </w:p>
        </w:tc>
      </w:tr>
      <w:tr>
        <w:trPr>
          <w:trHeight w:hRule="exact" w:val="740"/>
        </w:trPr>
        <w:tc>
          <w:tcPr>
            <w:tcW w:type="dxa" w:w="4332"/>
            <w:gridSpan w:val="2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2" w:after="0"/>
              <w:ind w:left="64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ОБЩЕЕ КОЛИЧЕСТВО ЧАСОВ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ПРОГРАММЕ</w:t>
            </w:r>
          </w:p>
        </w:tc>
        <w:tc>
          <w:tcPr>
            <w:tcW w:type="dxa" w:w="672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34</w:t>
            </w:r>
          </w:p>
        </w:tc>
        <w:tc>
          <w:tcPr>
            <w:tcW w:type="dxa" w:w="148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</w:t>
            </w:r>
          </w:p>
        </w:tc>
        <w:tc>
          <w:tcPr>
            <w:tcW w:type="dxa" w:w="1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28</w:t>
            </w:r>
          </w:p>
        </w:tc>
        <w:tc>
          <w:tcPr>
            <w:tcW w:type="dxa" w:w="2640"/>
            <w:gridSpan w:val="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440" w:left="658" w:header="720" w:footer="720" w:gutter="0"/>
          <w:cols w:space="720" w:num="1" w:equalWidth="0">
            <w:col w:w="10686" w:space="0"/>
            <w:col w:w="10686" w:space="0"/>
            <w:col w:w="10686" w:space="0"/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214" w:space="0"/>
            <w:col w:w="10566" w:space="0"/>
            <w:col w:w="10584" w:space="0"/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98" w:lineRule="auto" w:before="346" w:after="0"/>
        <w:ind w:left="0" w:right="2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ОБЯЗАТЕЛЬНЫЕ УЧЕБНЫЕ МАТЕРИАЛЫ ДЛЯ УЧЕНИКА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Технология, 3 класс/Роговцева Н.И., Богданова Н.В., Шипилова Н.В. и др., Акционерное общество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302" w:lineRule="auto" w:before="262" w:after="0"/>
        <w:ind w:left="0" w:right="48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МЕТОДИЧЕСКИЕ МАТЕРИАЛЫ ДЛЯ УЧИТЕЛЯ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Поурочные разработки по курсу,,Технология" 3 класс</w:t>
      </w:r>
    </w:p>
    <w:p>
      <w:pPr>
        <w:autoSpaceDN w:val="0"/>
        <w:autoSpaceDE w:val="0"/>
        <w:widowControl/>
        <w:spacing w:line="302" w:lineRule="auto" w:before="264" w:after="0"/>
        <w:ind w:left="0" w:right="144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ЦИФРОВЫЕ ОБРАЗОВАТЕЛЬНЫЕ РЕСУРСЫ И РЕСУРСЫ СЕТИ ИНТЕРНЕТ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resh.edu.ru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686" w:space="0"/>
            <w:col w:w="10686" w:space="0"/>
            <w:col w:w="10686" w:space="0"/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214" w:space="0"/>
            <w:col w:w="10566" w:space="0"/>
            <w:col w:w="10584" w:space="0"/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720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бумага, текстиль, пластили</w:t>
      </w:r>
    </w:p>
    <w:p>
      <w:pPr>
        <w:autoSpaceDN w:val="0"/>
        <w:autoSpaceDE w:val="0"/>
        <w:widowControl/>
        <w:spacing w:line="302" w:lineRule="auto" w:before="262" w:after="0"/>
        <w:ind w:left="0" w:right="30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Интерактивная доска, проектор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686" w:space="0"/>
            <w:col w:w="10686" w:space="0"/>
            <w:col w:w="10686" w:space="0"/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214" w:space="0"/>
            <w:col w:w="10566" w:space="0"/>
            <w:col w:w="10584" w:space="0"/>
            <w:col w:w="10288" w:space="0"/>
            <w:col w:w="10508" w:space="0"/>
            <w:col w:w="10584" w:space="0"/>
            <w:col w:w="10148" w:space="0"/>
            <w:col w:w="10530" w:space="0"/>
            <w:col w:w="10584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686" w:space="0"/>
        <w:col w:w="10686" w:space="0"/>
        <w:col w:w="10686" w:space="0"/>
        <w:col w:w="10686" w:space="0"/>
        <w:col w:w="10686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214" w:space="0"/>
        <w:col w:w="10566" w:space="0"/>
        <w:col w:w="10584" w:space="0"/>
        <w:col w:w="10288" w:space="0"/>
        <w:col w:w="10508" w:space="0"/>
        <w:col w:w="10584" w:space="0"/>
        <w:col w:w="10148" w:space="0"/>
        <w:col w:w="10530" w:space="0"/>
        <w:col w:w="10584" w:space="0"/>
        <w:col w:w="9586" w:space="0"/>
        <w:col w:w="5934" w:space="0"/>
        <w:col w:w="3651" w:space="0"/>
        <w:col w:w="9586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