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Отдел образования администрации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88" w:bottom="398" w:left="1086" w:header="720" w:footer="720" w:gutter="0"/>
          <w:cols w:space="720" w:num="1" w:equalWidth="0"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170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4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______________Миляева Е.Ю.</w:t>
      </w:r>
    </w:p>
    <w:p>
      <w:pPr>
        <w:sectPr>
          <w:type w:val="continuous"/>
          <w:pgSz w:w="11900" w:h="16840"/>
          <w:pgMar w:top="298" w:right="888" w:bottom="398" w:left="1086" w:header="720" w:footer="720" w:gutter="0"/>
          <w:cols w:space="720" w:num="2" w:equalWidth="0"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______________Кинжеева О.Н.</w:t>
      </w:r>
    </w:p>
    <w:p>
      <w:pPr>
        <w:sectPr>
          <w:type w:val="nextColumn"/>
          <w:pgSz w:w="11900" w:h="16840"/>
          <w:pgMar w:top="298" w:right="888" w:bottom="398" w:left="1086" w:header="720" w:footer="720" w:gutter="0"/>
          <w:cols w:space="720" w:num="2" w:equalWidth="0">
            <w:col w:w="6288" w:space="0"/>
            <w:col w:w="3638" w:space="0"/>
            <w:col w:w="992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574.0" w:type="dxa"/>
      </w:tblPr>
      <w:tblGrid>
        <w:gridCol w:w="4963"/>
        <w:gridCol w:w="4963"/>
      </w:tblGrid>
      <w:tr>
        <w:trPr>
          <w:trHeight w:hRule="exact" w:val="490"/>
        </w:trPr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59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312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4627244)</w:t>
      </w:r>
    </w:p>
    <w:p>
      <w:pPr>
        <w:autoSpaceDN w:val="0"/>
        <w:autoSpaceDE w:val="0"/>
        <w:widowControl/>
        <w:spacing w:line="262" w:lineRule="auto" w:before="166" w:after="0"/>
        <w:ind w:left="3888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62" w:lineRule="auto" w:before="670" w:after="0"/>
        <w:ind w:left="2592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7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038" w:right="0" w:hanging="603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Быковская Елена Ивановна, Косилова Ольга Васильевна, Миляева Елена Юрьевна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 русского языка и литературы</w:t>
      </w:r>
    </w:p>
    <w:p>
      <w:pPr>
        <w:autoSpaceDN w:val="0"/>
        <w:autoSpaceDE w:val="0"/>
        <w:widowControl/>
        <w:spacing w:line="230" w:lineRule="auto" w:before="283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 2022</w:t>
      </w:r>
    </w:p>
    <w:p>
      <w:pPr>
        <w:sectPr>
          <w:type w:val="continuous"/>
          <w:pgSz w:w="11900" w:h="16840"/>
          <w:pgMar w:top="298" w:right="888" w:bottom="398" w:left="1086" w:header="720" w:footer="720" w:gutter="0"/>
          <w:cols w:space="720" w:num="1" w:equalWidth="0"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русскому языку на уровне основного общего образования подготовлена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Федерального государственного образовательного стандарта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(Приказ Минпросвещения России от 31 05 2021 г № 287, зарегистрирован Министерством юстиции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05 07 2021 г , рег номер — 64101) (далее — ФГОС ООО),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преподавания русского языка и литературы в Российской Федерации (утверждена распоряжением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Правительства Российской Федерации от 9 апреля 2016 г № 637-р), Примерной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воспитания, с учётом распределённых по классам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Основной образовательной программы основного общего образования.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 и   метапредметные   результаты   представлены с учётом особенностей преподавания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в основной общеобразовательной школе с учётом методических традиций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школьного  курса   русского   языка,   реализованных в большей части входящих в Федеральный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перечень УМК по русскому языку.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«РУССКИЙ ЯЗЫК»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— государственный язык Российской Федерации, язык межнационального общения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России, национальный язык русского народа. Как государственный язык и язык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межнационального общения русский язык является средством коммуникации всех народов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Федерации, основой их социально-экономической, культурной и духовной консолидации.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Высокая функциональная значимость русского языка и выполнение им функций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и языка межнационального общения важны для каждого жителя России, независимо от места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проживания и этнической принадлежности Знание русского языка и владение им в разных формах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существования и функциональных разновидностях, понимание его стилистических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выразительных возможностей, умение правильно и эффективно использовать русский язык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сферах и ситуациях общения определяют успешность социализации личности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возможности её самореализации в различных жизненно важных для человека областях.</w:t>
      </w:r>
    </w:p>
    <w:p>
      <w:pPr>
        <w:autoSpaceDN w:val="0"/>
        <w:autoSpaceDE w:val="0"/>
        <w:widowControl/>
        <w:spacing w:line="276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язык, выполняя свои базовые функции общения и выражения мысли,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межличностное и социальное взаимодействие людей, участвует в формировании сознания,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самосознания и мировоззрения личности, является важнейшим средством хранения и передачи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культурных традиций, истории русского и других народов России.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Обучение русскому языку в школе направлено на совершенствование нравственной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культуры ученика, развитие его интеллектуальных и творческих способностей,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мышления, памяти и воображения, навыков самостоятельной учебной деятельности,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самообразования.</w:t>
      </w:r>
    </w:p>
    <w:p>
      <w:pPr>
        <w:autoSpaceDN w:val="0"/>
        <w:autoSpaceDE w:val="0"/>
        <w:widowControl/>
        <w:spacing w:line="28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русскому языку ориентировано также на развитие функциональной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грамотности как интегративного умения человека читать, понимать тексты, использовать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информацию текстов разных форматов, оценивать её, размышлять о ней, чтобы достигать своих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целей, расширять свои знания и возможности, участвовать в социальной жизни Речевая и текстовая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является системообразующей доминантой школьного курса русского языка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Соответствующие умения и навыки представлены в перечне метапредметных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обучения, в содержании обучения (разделы «Язык и речь», «Текст», «Функциональные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разновидности языка»).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«РУССКИЙ ЯЗЫК»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изучения русского языка по программам основного общего образования являются:</w:t>
      </w:r>
    </w:p>
    <w:p>
      <w:pPr>
        <w:sectPr>
          <w:pgSz w:w="11900" w:h="16840"/>
          <w:pgMar w:top="298" w:right="650" w:bottom="428" w:left="666" w:header="720" w:footer="720" w:gutter="0"/>
          <w:cols w:space="720" w:num="1" w:equalWidth="0"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и проявление общероссийской гражданственности, патриотизма, уважения к русскому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языку как государственному языку Российской Федерации и языку межнационального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сознательного отношения к языку как к общероссийской ценности, форме выражения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хранения духовного богатства русского и других народов России, как к средству общения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получения знаний в разных сферах ​человеческой деятельности; проявление уважения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общероссийской и русской культуре, к культуре и языкам всех народов Российской Федерации;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русским языком как инструментом личностного развития, инструментом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социальных взаимоотношений, инструментом преобразования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знаниями о русском языке, его устройстве и закономерностях функционирования,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стилистических ресурсах русского языка; практическое овладение нормами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и речевого этикета; обогащение активного и потенциального словарного запаса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собственной речевой практике разнообразных грамматических средств;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орфографической и пунктуационной грамотности; воспитание стремления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речевому самосовершенствованию;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речевой деятельности, коммуникативных умений, обеспечивающих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эффективное взаимодействие с окружающими людьми в ситуациях формального и неформального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межличностного и межкультурного общения; овладение русским языком как средством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различной информации, в том числе знаний по разным учебным предметам;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мыслительной деятельности, развитие универсальных интеллектуальных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умений сравнения, анализа, синтеза, абстрагирования, обобщения, классификации, установления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определённых закономерностей и правил, конкретизации и т. п. в процессе изучения русского языка;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функциональной грамотности: умений осуществлять информационный поиск, извлекать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преобразовывать необходимую информацию, интерпретировать, понимать и использовать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форматов (сплошной, несплошной текст, инфографика и др.); освоение стратегий и тактик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информационно-смысловой переработки текста, овладение способами понимания текста,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назначения, общего смысла, коммуникативного намерения автора; логической структуры,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«РУССКИЙ ЯЗЫК»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«Русский язык» входит в  предметную  область  «Русский язык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литература» и является обязательным для  изучения.</w:t>
      </w:r>
    </w:p>
    <w:p>
      <w:pPr>
        <w:autoSpaceDN w:val="0"/>
        <w:autoSpaceDE w:val="0"/>
        <w:widowControl/>
        <w:spacing w:line="271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учебного предмета «Русский язык», представленное в рабочей программе,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соответствует ФГОС ООО, Примерной основной образовательной программе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планом на изучение русского языка в 7 классе отводится  - 136 ч (4 ч в неделю).</w:t>
      </w:r>
    </w:p>
    <w:p>
      <w:pPr>
        <w:sectPr>
          <w:pgSz w:w="11900" w:h="16840"/>
          <w:pgMar w:top="298" w:right="762" w:bottom="1440" w:left="666" w:header="720" w:footer="720" w:gutter="0"/>
          <w:cols w:space="720" w:num="1" w:equalWidth="0"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язык как развивающееся явление. Взаимосвязь ​языка, культуры и истории народа.</w:t>
      </w:r>
    </w:p>
    <w:p>
      <w:pPr>
        <w:autoSpaceDN w:val="0"/>
        <w:autoSpaceDE w:val="0"/>
        <w:widowControl/>
        <w:spacing w:line="262" w:lineRule="auto" w:before="190" w:after="0"/>
        <w:ind w:left="18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 и речь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Монолог-описание, монолог-рассуждение, монолог-повествование.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Виды диалога: побуждение к действию, обмен мнениями, запрос информации, сообщение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autoSpaceDE w:val="0"/>
        <w:widowControl/>
        <w:spacing w:line="262" w:lineRule="auto" w:before="190" w:after="0"/>
        <w:ind w:left="180" w:right="27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как речевое произведение. Основные признаки текста (обобщение).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Структура текста. Абзац.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Информационная переработка текста: план текста (простой, сложный; назывной, вопросный,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тезисный); главная и второстепенная информация текста.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Способы и средства связи предложений в тексте (обобщение).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средства выразительности в тексте: фонетические (звукопись), словообразовательные,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лексические (обобщение).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Рассуждение как функционально-смысловой тип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Структурные особенности текста-рассуждения.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Смысловой анализ текста: его композиционных особенностей, микротем и абзацев, способов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 связи предложений в тексте; использование языковых средств выразительности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Функциональные разновидности языка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Понятие о функциональных разновидностях языка: разговорная речь, функциональные стили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(научный, публицистический, официально-деловой), язык художественной литературы.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Публицистический стиль. Сфера употребления, функции, языковые особенности.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Жанры публицистического стиля (репортаж, заметка, интервью).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Употребление языковых средств выразительности в текстах публицистического стиля.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Официально-деловой стиль. Сфера употребления, функции, языковые особенности. Инструкция.</w:t>
      </w:r>
    </w:p>
    <w:p>
      <w:pPr>
        <w:autoSpaceDN w:val="0"/>
        <w:autoSpaceDE w:val="0"/>
        <w:widowControl/>
        <w:spacing w:line="271" w:lineRule="auto" w:before="190" w:after="0"/>
        <w:ind w:left="180" w:right="50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Система языка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Морфология. Культура речи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Морфология как раздел науки о языке (обобщение).</w:t>
      </w:r>
    </w:p>
    <w:p>
      <w:pPr>
        <w:autoSpaceDN w:val="0"/>
        <w:autoSpaceDE w:val="0"/>
        <w:widowControl/>
        <w:spacing w:line="262" w:lineRule="auto" w:before="72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Причастие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Причастия как особая группа слов. Признаки глагола и имени прилагательного в причастии.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Причастия настоящего и прошедшего времени. Действительные и страдательные причастия.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Полные и краткие формы страдательных причастий. Склонение причастий.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Причастие в составе словосочетаний. Причастный оборот.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причастий.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Употребление причастия в речи. Созвучные причастия и имена прилагательные (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висящий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висячий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горящий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горячий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 Употребление причастий с суффиксом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Согласование причастий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словосочетаниях типа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прич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+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сущ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Ударение в некоторых формах причастий.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падежных окончаний причастий. Правописание гласных в суффиксах причастий.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суффиксах причастий и отглагольных имён прилагательных. Правописание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окончаний причастий. 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причастиями.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Знаки препинания в предложениях с причастным оборотом.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Деепричастие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Деепричастия как особая группа слов. Признаки глагола и наречия в деепричастии. Синтаксическая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функция деепричастия, роль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Деепричастия совершенного и несовершенного вида.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Деепричастие в составе словосочетаний. Деепричастный оборот.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деепричастий.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Постановка ударения в деепричастиях.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гласных в суффиксах деепричастий. 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деепричастиями.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построение предложений с одиночными деепричастиями и деепричастными оборотами.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Знаки препинания в предложениях с одиночным деепричастием и деепричастным оборотом.</w:t>
      </w:r>
    </w:p>
    <w:p>
      <w:pPr>
        <w:autoSpaceDN w:val="0"/>
        <w:autoSpaceDE w:val="0"/>
        <w:widowControl/>
        <w:spacing w:line="262" w:lineRule="auto" w:before="72" w:after="0"/>
        <w:ind w:left="180" w:right="59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Наречие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Общее грамматическое значение наречий.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Разряды наречий по значению. Простая и составная формы сравнительной и превосходной степеней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сравнения наречий.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Словообразование наречий.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Синтаксические свойства наречий.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наречий.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постановки ударения в наречиях, нормы произношения наречий. Нормы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степеней сравнения наречий.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 наречий в тексте.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наречий: слитное, раздельное, дефисное написание; 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наречиями;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наречиях на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); правописание суффиксов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наречий с приставками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из-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до-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с-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в-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на-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за-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употребление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шипящих на конце наречий; правописание суффиксов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наречий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шипящих.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Слова категории состояния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 о словах категории состояния в системе частей речи.Общее грамматическое значение,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морфологические признаки и синтаксическая функция слов категории состояния. Роль слов категории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состояния в речи.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Служебные части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Общая характеристика служебных частей речи. Отличие самостоятельных частей речи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служебных.</w:t>
      </w:r>
    </w:p>
    <w:p>
      <w:pPr>
        <w:autoSpaceDN w:val="0"/>
        <w:autoSpaceDE w:val="0"/>
        <w:widowControl/>
        <w:spacing w:line="262" w:lineRule="auto" w:before="72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Предлог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Предлог как служебная часть речи. Грамматические функции предлогов.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Разряды предлогов по происхождению: предлоги производ​ные и непроизводные. Разряды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предлогов по строению: предлоги простые и составные.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предлогов.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Употребление предлогов в речи в соответствии с их значением и стилистическими особенностями.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употребления имён существительных и местоимений с предлогами. Правильное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предлогов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из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Правильное образование предложно-падежных форм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предлогами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по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благодаря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согласно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вопреки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наперерез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производных предлогов.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Союз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Союз как служебная часть речи. Союз как средство связи однородных членов предложения и частей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сложного предложения.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Разряды союзов по строению: простые и составные. Правописание составных союзов. Разряды</w:t>
      </w:r>
    </w:p>
    <w:p>
      <w:pPr>
        <w:sectPr>
          <w:pgSz w:w="11900" w:h="16840"/>
          <w:pgMar w:top="298" w:right="676" w:bottom="428" w:left="666" w:header="720" w:footer="720" w:gutter="0"/>
          <w:cols w:space="720" w:num="1" w:equalWidth="0"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союзов по значению: сочинительные и подчинительные. Одиночные, двойные и повторяющиеся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сочинительные союзы.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союзов.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союзов в тексте. Употребление союзов в речи в соответствии с их значением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стилистическими особенностями. Использование союзов как средства связи предложений и частей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союзов.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 препинания в сложных союзных предложениях. Знаки препинания в предложениях с союзом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связывающим однородные члены и части сложного предложения.</w:t>
      </w:r>
    </w:p>
    <w:p>
      <w:pPr>
        <w:autoSpaceDN w:val="0"/>
        <w:autoSpaceDE w:val="0"/>
        <w:widowControl/>
        <w:spacing w:line="262" w:lineRule="auto" w:before="70" w:after="0"/>
        <w:ind w:left="180" w:right="66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Частица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Частица как служебная часть речи.</w:t>
      </w:r>
    </w:p>
    <w:p>
      <w:pPr>
        <w:autoSpaceDN w:val="0"/>
        <w:autoSpaceDE w:val="0"/>
        <w:widowControl/>
        <w:spacing w:line="262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Разряды частиц по значению и употреблению: формообразующие, отрицательные, модальные.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 частиц в передаче различных оттенков значения в слове и тексте, в образовании форм глагола.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Употребление частиц в предложении и тексте в соответствии с их значением и стилистической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окраской. Интонационные особенности предложений с частицами.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частиц.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Смысловые различия частиц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Использование частиц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письменной речи. Различение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приставки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и частицы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разными частями речи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(обобщение). Правописание частиц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ли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другими словами. Дефисное написание частиц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таки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62" w:lineRule="auto" w:before="70" w:after="0"/>
        <w:ind w:left="18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Междометия и звукоподражательные слова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Междометия как особая группа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Разряды междометий по значению (выражающие чувства, побуждающие к действию, этикетные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междометия); междометия производные и непроизводные.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междометий.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Звукоподражательные слова.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междометий и звукоподражательных слов в разговорной и художественной речи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средства создания экспрессии. Интонационное и пунктуационное выделение междометий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звукоподражательных слов в предложении.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Омонимия слов разных частей речи. Грамматическая омонимия. Использование грамматических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омонимов в речи.</w:t>
      </w:r>
    </w:p>
    <w:p>
      <w:pPr>
        <w:sectPr>
          <w:pgSz w:w="11900" w:h="16840"/>
          <w:pgMar w:top="286" w:right="702" w:bottom="1440" w:left="666" w:header="720" w:footer="720" w:gutter="0"/>
          <w:cols w:space="720" w:num="1" w:equalWidth="0"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Примерной рабочей программы по русскому языку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достигаются в единстве учебной и воспитательной деятельности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традиционными российскими социокультурными и духовно-нравственными ценностями, принятыми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правилами и нормами поведения и способствуют процессам самопознания,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самовоспитания и 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Примерной рабочей программы по русскому языку для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должны отражать готовность обучающихся руководствоваться системой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позитивных ценностных ориентаций и расширение опыта деятельности на её основе и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основных направлений 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активное участие в жизни семьи, образовательной организации,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местного сообщества, родного края, страны, в том числе в сопоставлении с ситуациями, отражёнными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литературных произведениях, написанных на русском языке; неприятие любых форм экстремизма,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дискриминации; понимание роли различных социальных институтов в жизни человека;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формируемое в том числе на основе примеров из литературных произведений, написанных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русском языке; готовность к разнообразной совместной деятельности, стремление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взаимопониманию и взаимопомощи; активное участие в школьном самоуправлении; готовность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участию в гуманитарной деятельности (помощь людям, нуждающимся в ней; волонтёрство).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понимание роли русского языка как государственного языка Российской Федерации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межнационального общения народов России; проявление интереса к познанию русского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истории и культуре Российской Федерации, культуре своего края, народов России в контексте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учебного предмета «Русский язык»; ценностное отношение к русскому языку, к достижениям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Родины — России, к науке, искусству, боевым подвигам и трудовым достижениям народа,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отражённым в художественных произведениях; уважение к символам России, государственным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праздникам, историческому и природному наследию и памятникам, традициям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поведение, в том числе речевое, и поступки, а также поведение и поступки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 с позиции нравственных и правовых нормс учётом осознания последствий поступков;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поступков; свобода и ответственностьличности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средства коммуникации и самовыражения; осознание важности русского языка как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 и самовыражения; понимание ценности отечественного и мирового искусства,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этнических культурных традиций и народного творчества; стремление к самовыражению в разных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 с опорой на собственный жизненный и читательский опыт;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осознание последствий и неприятие вредных привычек (употреб​ление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алкоголя, наркотиков, курение) и иных форм вреда для физического и психического здоровья;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навыки безопасного поведения в интернет-среде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школьного языкового образования; способность адаптироваться к стрессовым ситуациям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меняющимся социальным, информационным и природным условиям, в том числе осмысляя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собственный опыт и выстраивая 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своё эмоциональное состояние и эмоциональное состояние других,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адекватные языковые средства для выражения своего состояния, в том числе опираясь на примеры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литературных произведений, написанных на русском языке; сформированность навыков рефлексии,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признание своего права на ошибку и такого же 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школы, города, края)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направленности, способность инициировать, планировать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​раз​личного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изучае​мого предметного знания и ознакомления с деятельностью филологов,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журналистов, писателей; уважение к труду и результатам трудовой деятельности; осознанный выбор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построение индивидуальной траектории образования и жизненных планов с учётом личных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общественных интересов и потребностей; умение рассказать о своих планах на будущее.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области социальных и естественных наук для решения задач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окружающей среды, планирования поступков и оценки их возможных последствий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умение точно, логично выражать свою точку зрения на экологические проблемы;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сформированное при знакомстве с литературными произведениями, поднимающими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экологические проблемы; активное неприятие действий, приносящих вред окружающей среде;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готовность к участию в практической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чело​века,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закономерностях развития языка; овладение языковой и читательской культурой,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 ​чтения как средства познания мира; овладение основными навыками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с учётом специфики школьного языкового образования; установка на осмысление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благо​получия.</w:t>
      </w:r>
    </w:p>
    <w:p>
      <w:pPr>
        <w:autoSpaceDN w:val="0"/>
        <w:autoSpaceDE w:val="0"/>
        <w:widowControl/>
        <w:spacing w:line="262" w:lineRule="auto" w:before="70" w:after="0"/>
        <w:ind w:left="144" w:right="1008" w:firstLine="0"/>
        <w:jc w:val="center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Адаптации обучающегося к изменяющимся условиям социальной и природной среды: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обучающимися социального опыта, основных социальных ролей, норм и правил</w:t>
      </w:r>
    </w:p>
    <w:p>
      <w:pPr>
        <w:sectPr>
          <w:pgSz w:w="11900" w:h="16840"/>
          <w:pgMar w:top="286" w:right="680" w:bottom="438" w:left="666" w:header="720" w:footer="720" w:gutter="0"/>
          <w:cols w:space="720" w:num="1" w:equalWidth="0"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общественного поведения, форм социальной жизни в группах и сообществах, включая семью, группы,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сформированные по профессиональной деятельности, а также в рамках социального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людьми из другой культурной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потребность во взаимодействии в условиях неопределённости, открытость опыту и знаниям других;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потребность в действии в условиях неопределённости, в повышении уровня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получать в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новые знания, навыки и компетенции из опыта других; необходимость в формировании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новых знаний, умений связывать образы, формулировать идеи, понятия, гипотезы об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явлениях, в том числе ранее неизвестных, осознание дефицита собственных знаний и компетенций,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планирование своего развития; умение оперировать основными понятиями, терминами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представлениями в области концепции устойчивого развития, анализировать и выявлять взаимосвязь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общества и экономики, оценивать свои действия с учётом влияния на окружающую среду,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 целей и 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осознавать стрессовую ситуацию, оценивать происходящие изменения 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жизненный, речевой и читательский опыт; воспринимать стрессовую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как вызов, требующий контрмер; оценивать ситуацию стресса, корректировать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принимаемые решения и действия; формулировать и оценивать риски и последствия, формировать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опыт, уметь находить позитивное в сложившейся ситуации; быть готовым действовать в отсутствие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гарантий успеха.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учебными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языковых единиц, языковых явлений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 языковых единиц (явлений), основания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обобщения и сравнения, критерии проводимого анализа; классифицировать языковые единицы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существенному признаку;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закономерности и противоречия в рассматриваемых фактах, данных и наблюдениях;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 текста, необходимой для решения поставленной учебной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языковых процессов; делать выводы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дедуктивных и индуктивных умозаключений, умозаключений по аналогии,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гипотезы о взаимосвязях;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при работе с разными типами текстов,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разными единицами языка, сравнивая варианты решения и выбирая оптималь​ный вариант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 в языковом образовании;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несоответствие между реальным и желательным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состоянием ситуации, и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гипотезу об истинности собственных суждений и суждений других,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алгоритм действий и использовать его для решения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небольшое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языковых единиц, процессов, причинно-следственных связей и зависимостей объектов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собой;</w:t>
      </w:r>
    </w:p>
    <w:p>
      <w:pPr>
        <w:sectPr>
          <w:pgSz w:w="11900" w:h="16840"/>
          <w:pgMar w:top="286" w:right="634" w:bottom="296" w:left="666" w:header="720" w:footer="720" w:gutter="0"/>
          <w:cols w:space="720" w:num="1" w:equalWidth="0"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лингвистического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 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исследования; владеть инструментами оценки достоверности полученных выводов и обобщений;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а также выдвигать предположения об их развитии в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условиях и контекстах.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текстах, таб​лицах,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виды аудирования и чтения для оценки текста с точки зрения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достоверности и применимости содержащейся в нём информации и усвоения необходимой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целью решения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смысловое чтение для извлечения, обобщения и систематизации информации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одного или нескольких источников с учётом поставленных целей;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(текст, презентация,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таблица, схема) и иллюстрировать решаемые задачи несложными схемами, диаграммами, 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графикой и их комбинациями в зависимости от коммуникативной установки;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пред​ложенным учителем или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учебными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условиями и целями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выражать себя (свою точку зрения) в диалогах и дискуссиях, в устной 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распознавать предпосылки конфликтных ситуаций и смягчать конфликты, вести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переговоры;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диалога/дискуссии задавать вопросы по существу обсуждаемой темы и высказывать идеи,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проведённого языкового анализа, выполненного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лингвистического эксперимента, исследования, проекта;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цели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иллюстративного материала.</w:t>
      </w:r>
    </w:p>
    <w:p>
      <w:pPr>
        <w:autoSpaceDN w:val="0"/>
        <w:autoSpaceDE w:val="0"/>
        <w:widowControl/>
        <w:spacing w:line="262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Совместная деятельность: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и использовать преимущества командной и ин​дивидуальной работы при решении</w:t>
      </w:r>
    </w:p>
    <w:p>
      <w:pPr>
        <w:sectPr>
          <w:pgSz w:w="11900" w:h="16840"/>
          <w:pgMar w:top="310" w:right="670" w:bottom="356" w:left="666" w:header="720" w:footer="720" w:gutter="0"/>
          <w:cols w:space="720" w:num="1" w:equalWidth="0"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​обосновывать необходимость применения групповых форм ​взаимодействия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совмест​ной работы;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мнения нескольких людей, проявлять готовность руководить,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«мозговой штурм»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качественный результат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действиями других членов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сравнивать результаты с исходной задачей и вклад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члена команды в достижение результатов, разделять сферу ответственности и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представлению отчёта 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учебными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учебных и жизненных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к принятию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решения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план действий, вносить необходимые коррективы в ходе его реализации;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разными способами самоконтроля (в том числе речевого), самомотивации и рефлексии;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учебной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и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результата дея​тельности; понимать причины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коммуникативных неудач и уметь предупреждать их, давать оценку приобретённому речевому опыту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корректировать собственную речь с учётом целей и условий общения; оценивать соответствие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цели и условиям общения.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понимать мотивы и намерения другого человека,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анализируя речевую ситуацию; регулировать способ выражения собственных эмоций.</w:t>
      </w:r>
    </w:p>
    <w:p>
      <w:pPr>
        <w:autoSpaceDN w:val="0"/>
        <w:autoSpaceDE w:val="0"/>
        <w:widowControl/>
        <w:spacing w:line="281" w:lineRule="auto" w:before="70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Принятие себя и других: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 и его мнению;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себя и других, не осуждая;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открытость;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sectPr>
          <w:pgSz w:w="11900" w:h="16840"/>
          <w:pgMar w:top="286" w:right="686" w:bottom="452" w:left="666" w:header="720" w:footer="720" w:gutter="0"/>
          <w:cols w:space="720" w:num="1" w:equalWidth="0"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3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представление о языке как развивающемся явлении.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взаимосвязь языка, культуры и истории народа (приводить примеры).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 и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устные монологические высказывания объёмом не менее 7 предложений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личных впечатлений, чтения научно-учебной, художественной и научно-​ по​пулярной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 (монолог-описание, монолог-рассуждение, монолог-повествование); выступать с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диалоге на лингвистические темы (в рамках изученного) и темы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наблюдений объёмом не менее 5 реплик.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диалога: диалог — запрос информации, диалог — сообщение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58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аудирования (выборочное, ознакомительное, детальное)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публицистических текстов различных функционально-смысловых типов речи.</w:t>
      </w:r>
    </w:p>
    <w:p>
      <w:pPr>
        <w:autoSpaceDN w:val="0"/>
        <w:autoSpaceDE w:val="0"/>
        <w:widowControl/>
        <w:spacing w:line="262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чтения: просмотровым, ознакомительным, изучающим, поисковым.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Устно пересказывать прослушанный или прочитанный текст объёмом не менее 120 слов.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содержание прослушанных и прочитанных публицистических текстов (рассуждение-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доказательство, рассуждение-объяснение, рассуждение-размышление) объёмом не менее 230 слов: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устно и письменно формулировать тему и главную мысль текста; формулировать вопросы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содержанию текста и отвечать на них; подробно, сжато и выборочно передавать в устной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письменной форме содержание прослушанных публицистических текстов (для подробного изложения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исходного текста должен составлять не менее 180 слов; для сжатого и выборочного изложения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не менее 200 слов).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адекватный выбор языковых средств для со​здания высказывания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целью, темой и коммуникативным замыслом.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в устной речи и на письме нормы современного русского литературного языка,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во время списывания текста объёмом 110—120 слов; словарного диктанта объёмом 25—30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слов; диктанта на основе связного текста объёмом 110—120 слов, составленного с учётом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изученных правил правописания (в том числе содержащего изученные в течение третьего года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орфограммы, пунктограммы и слова с непроверяемыми написаниями); соблюдать на письме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пра​вила речевого этикета.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текст с точки зрения его соответствия ос​новным признакам; выявлять его структуру,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абзац​ного членения, языковые средства выразительности в тексте: фонетические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(звукопись), словообразовательные, лексические.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смысловой анализ текста, его композиционных особенностей, определять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микротем и абзацев.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Выявлять лексические и грамматические средства связи предложений и частей текста.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тексты различных функционально-смысловых ​типов речи с опорой на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читательский опыт; на произведения искусства (в том числе сочинения-миниатюры объёмом 6 и 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предложений; классные сочинения объёмом не менее 150 слов с учётом стиля и жанра сочинения,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 темы).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умениями информационной переработки текста: составлять план прочитанного текста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(простой, сложный; назывной, вопросный, тезисный) с целью дальнейшего воспроизведения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текста в устной и письменной форме; выделять главную и второстепенную информацию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тексте; передавать содержание текста с изменением лица рассказчика; использовать способы</w:t>
      </w:r>
    </w:p>
    <w:p>
      <w:pPr>
        <w:sectPr>
          <w:pgSz w:w="11900" w:h="16840"/>
          <w:pgMar w:top="298" w:right="642" w:bottom="308" w:left="666" w:header="720" w:footer="720" w:gutter="0"/>
          <w:cols w:space="720" w:num="1" w:equalWidth="0"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информационной переработки текста; извлекать информацию из различных источников,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 лингвистических словарей и справочной литературы, и использовать её в учебной деятельности.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Представлять сообщение на заданную тему в виде презентации.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Представлять содержание научно-учебного текста в виде таблицы, схемы; представлять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таблицы, схемы в виде текста.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Редактировать тексты: сопоставлять исходный и отредактированный тексты; редактировать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собственные тексты с целью совершенствования их содержания и формы с опорой на знание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русского литературного языка.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Функциональные разновидности языка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функциональные разновидности языка: разговорную речь и функциональные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стили (научный, публицистический, официально-деловой), язык художественной литературы.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публицистического стиля (в том числе сферу употребления,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функции), употребления языковых средств выразительности в текстах публицистического стиля,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построения текстов публицистического стиля, особенности жанров (интервью, репортаж,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заметка).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тексты публицистического стиля в жанре репортажа, заметки, интервью; 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деловые бумаги (инструкция).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нормами построения текстов публицистического стиля.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официально-делового стиля (в том числе сферу употребления,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функции, языковые особенности), особенности жанра инструкции.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знания о функциональных разновидностях языка при выполнении языкового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видов и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Система языка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изученные орфограммы; проводить орфографический анализ слов; применять 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орфографии в практике правописания.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знания по морфемике и словообразованию при выполнении языкового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видов и в практике правописания.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значения фразеологизмов, пословиц и поговорок, афоризмов, крылатых слов (на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изученного), в том числе с использованием фразеологических словарей русского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метафору, олицетворение, эпитет, гиперболу, литоту; понимать их коммуникативное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назначение в художественном тексте и использовать в речи как средство выразительности.</w:t>
      </w:r>
    </w:p>
    <w:p>
      <w:pPr>
        <w:autoSpaceDN w:val="0"/>
        <w:autoSpaceDE w:val="0"/>
        <w:widowControl/>
        <w:spacing w:line="27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слово с точки зрения сферы его употреб​ления, происхождения, активного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пассивного запаса и стилистической окраски; проводить лексический анализ слов; применять 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лексике и фразеологии при выполнении языкового анализа различных видов и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омонимию слов разных частей речи; различать лексическую и грамматическую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омонимию; понимать особенности употребления омонимов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грамматические словари и справочники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Морфология. Культура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причастия и деепричастия, наречия, служебные слова (предлоги, союзы, частицы),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междометия, звукоподражательные слова и проводить их морфологический анализ: определять общее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грамматическое значение, морфологические признаки, синтаксические функции.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Причастие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причастия как особую группу слов. Опре​делять признаки глагола и имени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прилагательного в причас​тии.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причастия настоящего и прошедшего времени, действительные и страдательные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причастия. Различать и характеризовать полные и краткие формы страдательных причастий.</w:t>
      </w:r>
    </w:p>
    <w:p>
      <w:pPr>
        <w:sectPr>
          <w:pgSz w:w="11900" w:h="16840"/>
          <w:pgMar w:top="298" w:right="686" w:bottom="308" w:left="666" w:header="720" w:footer="720" w:gutter="0"/>
          <w:cols w:space="720" w:num="1" w:equalWidth="0"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Склонять причастия.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морфологический анализ причастий, применять это умение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словосочетания с причастием в роли зависимого слова. Конструировать причастные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обороты. Определять роль причастия в предложении.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Уместно использовать причастия в речи. Различать созвучные причастия и имена прилагательные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висящий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висячий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горящий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горячий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). Правильно употреблять причастия с суффиксом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-ся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устанавливать согласование в словосочетаниях типа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прич. + сущ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ставить ударение в некоторых формах причастий.</w:t>
      </w:r>
    </w:p>
    <w:p>
      <w:pPr>
        <w:autoSpaceDN w:val="0"/>
        <w:autoSpaceDE w:val="0"/>
        <w:widowControl/>
        <w:spacing w:line="27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Применять правила правописания падежных окончаний и суффиксов причастий;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причастиях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отглагольных именах прилагательных; написания гласной перед суффиксом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-вш-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действительных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причастий прошедшего времени, перед суффиксом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-нн-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страдательных причастий прошедшего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времени; 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причастиями.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расставлять знаки препинания в предложениях с причастным оборотом.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Деепричастие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деепричастия как особую группу слов. Определять признаки глагола и наречия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деепричастии.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деепричастия совершенного и несовершенного вида.</w:t>
      </w:r>
    </w:p>
    <w:p>
      <w:pPr>
        <w:autoSpaceDN w:val="0"/>
        <w:autoSpaceDE w:val="0"/>
        <w:widowControl/>
        <w:spacing w:line="262" w:lineRule="auto" w:before="70" w:after="0"/>
        <w:ind w:left="18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морфологический анализ деепричастий, применять это умение в речевой практике.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Конструировать деепричастный оборот. Определять роль дее​причастия в предложении.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Уместно использовать деепричастия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ставить ударение в деепричастиях.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правила написания гласных в суффиксах деепричастий; правила слитного и раздельного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деепричастиями.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строить предложения с одиночными деепричастиями и деепричастными оборотами.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расставлять знаки препинания в предложениях с одиночным деепричастием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деепричастным оборотом.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Наречие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наречия в речи. Определять общее грамматическое значение наречий; различать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разряды наречий по значению; характеризовать особенности словообразования наречий,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синтаксических свойств, роли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морфологический анализ наречий, применять это умение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образования степеней сравнения наречий, произношения наречий, постановки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них ударения.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правила слитного, раздельного и дефисного написания наречий; 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наречиях на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написания суффиксов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-о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наречий с приставками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из-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до-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на-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употребления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конце наречий после шипящих; написания суффиксов наречий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шипящих; 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приставках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ни-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наречий; слитного и раздельного 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наречиями.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Слова категории состояния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общее грамматическое значение, морфологические признаки слов категории состояния,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их синтаксическую функцию и роль в речи.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Служебные части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общую характеристику служебных частей речи; объяснять их отличия от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частей речи.</w:t>
      </w:r>
    </w:p>
    <w:p>
      <w:pPr>
        <w:autoSpaceDN w:val="0"/>
        <w:autoSpaceDE w:val="0"/>
        <w:widowControl/>
        <w:spacing w:line="262" w:lineRule="auto" w:before="70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Предлог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предлог как служебную часть речи; различать производные и непроизводные</w:t>
      </w:r>
    </w:p>
    <w:p>
      <w:pPr>
        <w:sectPr>
          <w:pgSz w:w="11900" w:h="16840"/>
          <w:pgMar w:top="298" w:right="732" w:bottom="428" w:left="666" w:header="720" w:footer="720" w:gutter="0"/>
          <w:cols w:space="720" w:num="1" w:equalWidth="0"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предлоги, простые и составные предлоги.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Употреблять предлоги в речи в соответствии с их значением и стилистическими особенностями;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нормы правописания производных предлогов.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употребления имён существительных и местоимений с предлогами, предлогов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из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в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составе словосочетаний; правила правописания производных предлогов.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морфологический анализ предлогов, применять это умение при выполнении языкового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различных ​видов и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Союз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союз как служебную часть речи; различать разряды союзов по значению,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строению; объяснять роль сою​зов в тексте, в том числе как средств связи однородных членов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и частей сложного предложения.</w:t>
      </w:r>
    </w:p>
    <w:p>
      <w:pPr>
        <w:autoSpaceDN w:val="0"/>
        <w:autoSpaceDE w:val="0"/>
        <w:widowControl/>
        <w:spacing w:line="271" w:lineRule="auto" w:before="72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Употреблять союзы в речи в соответствии с их значением и стилистическими особенностями;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правописания союзов, постановки знаков препинания в сложных союзных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предложениях, постановки знаков препинания в предложениях с союзом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морфологический анализ союзов, применять это умение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Частица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частицу как служебную часть речи; различать разряды частиц по значению,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составу; объяснять роль частиц в передаче различных оттенков значения в слове и тексте,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образовании форм глагола; понимать интонационные особенности предложений с частицами.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Употреблять частицы в речи в соответствии с их значением и стилистической окраской; соблюдать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правописания частиц.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морфологический анализ частиц, применять это умение в речевой практике.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Междометия и звукоподражательные слова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междометия как особую группу слов, различать группы междометий по значению;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роль междометий в речи. Характеризовать особенности звукоподражательных слов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употребление в разговорной речи, в художественной литературе.</w:t>
      </w:r>
    </w:p>
    <w:p>
      <w:pPr>
        <w:autoSpaceDN w:val="0"/>
        <w:autoSpaceDE w:val="0"/>
        <w:widowControl/>
        <w:spacing w:line="262" w:lineRule="auto" w:before="70" w:after="0"/>
        <w:ind w:left="18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морфологический анализ междометий; применять это умение в речевой практике.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пунктуационные нормы оформления предложений с междометиями.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Различать грамматические омонимы.</w:t>
      </w:r>
    </w:p>
    <w:p>
      <w:pPr>
        <w:sectPr>
          <w:pgSz w:w="11900" w:h="16840"/>
          <w:pgMar w:top="286" w:right="724" w:bottom="1440" w:left="666" w:header="720" w:footer="720" w:gutter="0"/>
          <w:cols w:space="720" w:num="1" w:equalWidth="0"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594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858"/>
            <w:vMerge w:val="restart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774"/>
            <w:vMerge w:val="restart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4708"/>
            <w:vMerge w:val="restart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2"/>
        </w:trPr>
        <w:tc>
          <w:tcPr>
            <w:tcW w:type="dxa" w:w="1726"/>
            <w:vMerge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1. ОБЩИЕ  СВЕДЕНИЯ  О  ЯЗЫКЕ 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 как развивающееся явление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язык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развивающееся явление (в рамках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взаимосвязь языка,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 и истории народа, приводить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соответствующие примеры;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причины изменений,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происходящих в языке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современном этапе его развития;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http://www.sibupk.nsk.su/Public/Chairs/c_foreign/Russian/kr_rus.htm#4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http://sertolovo.narod.ru/1.htm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ПОВТОРЕНИЕ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440" w:left="666" w:header="720" w:footer="720" w:gutter="0"/>
          <w:cols w:space="720" w:num="1" w:equalWidth="0"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659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Повторение пройденного материала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синтаксису, отличать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словосочетания от предложения,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простые от сложных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определять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грамматическую основу в простом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предложении, распознавать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однородные члены предложения.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лексике, фразеологии, находить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изученные лексические единицы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языка.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фонетический разбор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слов, устанавливать соотношения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между буквами и звуками,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условия выбора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безударных гласных в корне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слова, проверяемых согласных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корне слова, разделительных ъ и 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 употребления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неупотребления ь в разных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функциях.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словообразованию, называть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морфемы, основные способы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образования слов,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морфемный разбор слов.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морфологии, указывать именные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 речи, отмечать отличие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имён от глаголов, местоимений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остальных знаменательных частей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речи.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практикум;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http://www.navigator.gramota.ru/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http://all.edu.ru/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3. ЯЗЫК И  РЕЧЬ 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Монолог и  его  виды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различные виды монолога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бытовые, научно-учебные (в 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числе лингвистические) темы (в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течение учебного года);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http://www.sibupk.nsk.su/Public/Chairs/c_foreign/Russian/kr_rus.htm#4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http://www.1september.ru/ru/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84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Диалог и его виды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диалогах разных видов: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диалоге — запросе информации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(ставить и задавать вопрос; уместно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использовать разнообразные реплики-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стимулы; запрашивать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дополнительную информацию);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диалоге — сообщении информации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(строить информативно значимый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текст; мыслить и правильно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реализовывать свой замысел;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привлекать и удерживать внимание,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обращаться к собеседнику)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(создание 8 и более реплик) (в течение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учебного года);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http://www.sibupk.nsk.su/Public/Chairs/c_foreign/Russian/kr_rus.htm#4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http://www.1september.ru/ru/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ТЕКСТ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Основные признаки текста (повторение)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текст в аспекте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соответствия требованиям цельности,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связности, относительной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законченности, композиционных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особенностей;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47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http://www.philology.ru/default.htm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http://www.sibupk.nsk.su/Public/Chairs/c_foreign/Russian/kr_rus.htm#4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Рассуждение как функционально-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смысловой тип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рассуждениедоказательство;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рассуждениеобъяснение;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рассуждениеразмышление;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30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http://www.philology.ru/default.htm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http://www.slovari.ru/lang/ru/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285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Информационная переработка текста 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Письменно подробно;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 текст-рассуждение 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сохранением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композиционно-речевых;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особенностей;</w:t>
            </w:r>
          </w:p>
        </w:tc>
        <w:tc>
          <w:tcPr>
            <w:tcW w:type="dxa" w:w="111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практикум;</w:t>
            </w:r>
          </w:p>
        </w:tc>
        <w:tc>
          <w:tcPr>
            <w:tcW w:type="dxa" w:w="470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http://www.philology.ru/default.htm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http://www.sibupk.nsk.su/Public/Chairs/c_foreign/Russian/kr_rus.htm#4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http://www.slovari.ru/lang/ru/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Смысловой анализ текста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научно-учебного текста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информационную переработку;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составлять планы разных видов;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http://sertolovo.narod.ru/1.htm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ФУНКЦИОНАЛЬНЫЕ  РАЗНОВИДНОСТИ  ЯЗЫКА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0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Публицистический стиль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тексты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публицистического и официально-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делового стилей, опираясь на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сферы применения, основной задачи,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стилевых черт, характерных языковых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средств, использованных в тексте;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Характеризовать жанрово-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стилистические особенности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интервью, репортажа, заметки,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инструкции;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тексты публицистического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стиля: интервью, репортаж, заметку;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http://www.navigator.gramota.ru/</w:t>
            </w:r>
          </w:p>
        </w:tc>
      </w:tr>
      <w:tr>
        <w:trPr>
          <w:trHeight w:hRule="exact" w:val="118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Официально деловой стиль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текст-инструкцию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учебной задачей;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текст-инструкцию,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опираясь на знание требований к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содержанию и структуре;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http://www.navigator.gramota.ru/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6. СИСТЕМА ЯЗЫКА: МОРФОЛОГИЯ. КУЛЬТУРА  РЕЧИ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Морфология как раздел науки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 языке (обобщение)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слова самостоятельных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служебных частей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самостоятельных частей речи (в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рамках изученного);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http://urok.hut.ru/</w:t>
            </w:r>
          </w:p>
        </w:tc>
      </w:tr>
      <w:tr>
        <w:trPr>
          <w:trHeight w:hRule="exact" w:val="1187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Причастие как особая группа слов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суффиксы 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причастия по общему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грамматическому значению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причастия и глаголы,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причастия и имена прилагательные;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действительные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страдательные причастия настоящего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прошедшего времени;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механизм образования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действительных и страдательных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причастий настоящего и прошедшего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времени;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суффикс действительных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страдательных причастий настоящего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времени в зависимости от спряжения;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гласную перед суффиксом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-вш- действительных причастий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прошедшего времени, перед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суффиксом -нн- страдательных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причастий прошедшего времени;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полные и краткие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страдательных причастий прошедшего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времени;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Описывать смысловые,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http://urok.hut.ru/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http://yamal.org/ook/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http://www.mediaterra.ru/ruslang/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872"/>
        </w:trPr>
        <w:tc>
          <w:tcPr>
            <w:tcW w:type="dxa" w:w="468"/>
            <w:tcBorders>
              <w:start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858"/>
            <w:tcBorders>
              <w:start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"/>
            <w:tcBorders>
              <w:start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529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морфологические и синтаксические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краткой 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страдательных причастий прошедшего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времени;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знание грамматических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особенностей и орфографических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правил при написании суффиксов -нн-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-енн- полных форм страдательных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причастий и суффиксов -н- и -ен-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кратких форм страдательных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падежную форму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гласную в падежном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окончании 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 причастия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словосочетания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причастием в роли главного слова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словосочетание с причастием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зависимым словом;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причастный оборот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составе предложения, определять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границы, место по отношению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определяемому слову;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расстановку знаков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препинания в предложениях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причастным оборотом;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Конструировать предложения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причастным оборотом;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роль причастий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тексте;</w:t>
            </w:r>
          </w:p>
        </w:tc>
        <w:tc>
          <w:tcPr>
            <w:tcW w:type="dxa" w:w="1116"/>
            <w:tcBorders>
              <w:start w:sz="4.79999999999927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08"/>
            <w:tcBorders>
              <w:start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0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688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Деепричастие как особая группа слов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суффиксы деепричастий;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деепричастия по общему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грамматическому значению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деепричастия и глаголы,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деепричастия и наречия;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деепричастия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совершенного и несовершенного вида;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механизм образования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деепричастий совершенного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несовершенного вида;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суффикс при образовании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деепричастий совершенного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несовершенного вида;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гласную перед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суффиксами -в, -вши деепричастий;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 деепричастия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деепричастный оборот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составе предложения, определять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границы;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расстановку знаков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препинания в предложениях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деепричастным оборотом;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Конструировать предложения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деепричастным оборотом;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слитное или раздельное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написание не с деепричастиями;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деепричастий;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роль деепричастий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тексте;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http://urok.hut.ru/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http://yamal.org/ook/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http://www.mediaterra.ru/ruslang/</w:t>
            </w:r>
          </w:p>
        </w:tc>
      </w:tr>
      <w:tr>
        <w:trPr>
          <w:trHeight w:hRule="exact" w:val="1158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Наречие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наречия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аргументированно доказывать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принадлежность слов к этой части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наречия в аспекте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 к различным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разрядам по 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наречия разных разрядов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Опознавать и характеризовать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сравнительной и превосходной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степеней сравнения наречий;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формы сравнительной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превосходной степеней сравнения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наречий и имён прилагательных,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 они образуются;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Образовывать простую и составную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сравнительной и превосходной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степеней сравнения наречий;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30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ttp://urok.hut.ru/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http://yamal.org/ook/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http://www.mediaterra.ru/ruslang/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http://www.philology.ru/default.htm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http://www.slovari.ru/lang/ru/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604"/>
        </w:trPr>
        <w:tc>
          <w:tcPr>
            <w:tcW w:type="dxa" w:w="468"/>
            <w:tcBorders>
              <w:start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858"/>
            <w:tcBorders>
              <w:start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"/>
            <w:tcBorders>
              <w:start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4"/>
            <w:tcBorders>
              <w:start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3882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слитное, дефисное,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раздельное написание наречий;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гласную в суффиксах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наречий, образованных приставочно-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суффиксальным способом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приставок из-, до-, с-, в-, на-, за-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суффиксов -а и -о, используя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соответствующее правило;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гласную о или е после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шипящих на конце наречий,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образованных суффиксальным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способом, используя соответствующее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гласную в приставках не-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ни- наречий, используя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соответствующее правило;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слитное или раздельное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написание не с наречиями на -о (-е),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образованными от качественных имён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прилагательных, используя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соответствующее правило;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одно или два н в наречиях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-о и -е, используя соответствующее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правильное написание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наречий с основой на шипящие;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словосочетания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наречием в роли главного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зависимого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словосочетания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наречием в роли главного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зависимого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средства грамматической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связи предложений и частей текста,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выраженные наречиями;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роль наречий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Уместно использовать наречия в речи;</w:t>
            </w:r>
          </w:p>
        </w:tc>
        <w:tc>
          <w:tcPr>
            <w:tcW w:type="dxa" w:w="1116"/>
            <w:tcBorders>
              <w:start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08"/>
            <w:tcBorders>
              <w:start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4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 категории состояния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слова категории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состояния по общему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грамматическому значению,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морфологическим признакам, роли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предложении и типичным суффиксам;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слова категории состояния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наречия и слова категории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состояния;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роль слов категории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состояния в тексте;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http://www.philology.ru/default.htm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0" w:right="640" w:bottom="56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Служебные части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Опознавать слова служебных частей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предлоги, союзы и частицы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основе анализа их функций;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http://sertolovo.narod.ru/1.htm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http://www.slovari.ru/lang/ru/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http://www.navigator.gramota.ru/</w:t>
            </w:r>
          </w:p>
        </w:tc>
      </w:tr>
      <w:tr>
        <w:trPr>
          <w:trHeight w:hRule="exact" w:val="724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Предлог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предлоги в составе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предложно-падежных форм,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 и 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функции предлогов;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падежную форму именных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частей речи в составе предложно-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падежных форм;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предлоги в аспекте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строения и происхождения;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основе анализа различать предлоги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разрядов, группы производных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предлогов;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производные предлоги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созвучные предложно-падежные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(в течение — в течении,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навстречу — на встречу);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написание производных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предлогов, написание предлогов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именными частями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нейтральные предлоги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предлоги, используемые в текстах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книжных стилей;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Конструировать словосочетания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предложным управлением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 схемам и без использования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производные предлоги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их стилистической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окраской;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предлоги из — с, в — на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свой выбор;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предлоги по, благодаря,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согласно, вопреки, наперерез в составе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предложно-падежных форм;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предлогов;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470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http://sertolovo.narod.ru/1.htm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http://www.slovari.ru/lang/ru/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http://www.navigator.gramota.ru/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95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6.8.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Союз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союзы, использованные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средство связи однородных членов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и частей сложного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предложения, характеризовать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основания для сравнения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конструкции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однородными членами, связанными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сочинительными союзами,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сложносочинённые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навыки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пунктуационного анализа простых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 с однородными членами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сложносочинённых предложений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практике письма;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союзы в аспекте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строения и происхождения;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основе анализа различать союзы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разрядов;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написание производных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союзов;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отношения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однородными членами и частями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сложного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устанавливаемые с помощью союзов;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http://sertolovo.narod.ru/1.htm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http://www.slovari.ru/lang/ru/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http://www.navigator.gramota.ru/</w:t>
            </w:r>
          </w:p>
        </w:tc>
      </w:tr>
      <w:tr>
        <w:trPr>
          <w:trHeight w:hRule="exact" w:val="455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6.9.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Частица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основе анализа различать частицы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разрядов;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частицы разных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разрядов в собственной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экспрессивное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частиц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художественном тексте;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интонационные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предложений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частицами и правильно интонировать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такие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смысловые различия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частиц не и 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слитное или раздельное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написание не с разными частями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частицы бы, ли, же и части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союзов чтобы, тоже, также на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грамматического анализа и выбирать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правильное написание;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нормы правописания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частиц -то, -таки, -ка;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http://urok.hut.ru/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http://www.slovari.ru/lang/ru/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http://www.navigator.gramota.ru/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http://yamal.org/ook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9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62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6.10.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Междометия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звукоподражательные слова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междометия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предложении и тексте на основе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 их функций в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междометия разных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разрядов;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роль междометий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разрядов в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междометия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разрядов в собственной речи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выражения различных чувств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побуждений, а также в качестве форм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приветствия, выделяя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интонационно;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 междометий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звукоподражательных слов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 создания экспрессии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разговорной и художественной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междометий;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особенности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интонационного и пунктуационного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выделения междометий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предложении;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http://www.philology.ru/default.htm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6.11.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Омонимия слов разных частей речи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омонимию слов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основе грамматического анализа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омонимичные части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лексическую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грамматическую омонимию;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особенности употребления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омонимов в речи;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7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http://www.philology.ru/default.htm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101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7. ПОВТОРЕНИЕ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668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Повторение пройденного материала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синтаксису, отличать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словосочетания от предложения,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простые от сложных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определять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грамматическую основу в простом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предложении, распознавать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однородные члены предложения.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лексике, фразеологии, находить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изученные лексические единицы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языка.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фонетический разбор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слов, устанавливать соотношения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между буквами и звуками,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условия выбора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безударных гласных в корне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слова, проверяемых согласных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корне слова, разделительных ъ и 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 употребления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неупотребления ь в разных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функциях.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словообразованию, называть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морфемы, основные способы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образования слов,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морфемный разбор слов.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Систематизировать знания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морфологии, указывать именные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глагольные части речи, отмечать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отличие имён от глаголов,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изменяемых частей речи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неизменяемых, служебных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знаменательных частей речи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70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01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http://altnet.ru/%7Emcsmall/cat_ru.htm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http://www.ipmce.su/~lib/osn_prav.html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http://all.edu.ru/</w:t>
            </w:r>
          </w:p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8. СОЧИНЕНИЯ, ИЗЛОЖЕНИЯ, КОНТРОЛЬНЫЕ И ПРОВЕРОЧНЫЕ РАБОТЫ</w:t>
            </w:r>
          </w:p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Сочинения (в 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285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Изложения (в 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0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8.3.</w:t>
            </w:r>
          </w:p>
        </w:tc>
        <w:tc>
          <w:tcPr>
            <w:tcW w:type="dxa" w:w="285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Контрольные и проверочные работы (в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7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70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326"/>
            <w:gridSpan w:val="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648"/>
            <w:gridSpan w:val="6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332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</w:t>
            </w:r>
          </w:p>
        </w:tc>
        <w:tc>
          <w:tcPr>
            <w:tcW w:type="dxa" w:w="9402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90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sectPr>
          <w:pgSz w:w="16840" w:h="11900"/>
          <w:pgMar w:top="1440" w:right="1440" w:bottom="1440" w:left="1440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59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219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развивающееся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явление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Словообразование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частей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корней,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приставок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суффиксов, окончаний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(морфологические)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нормы.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словари и справочники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Монолог и его виды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Диалог и его виды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5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признаки текста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Рассуждение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функционально-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смысловой тип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18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Структурные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 текста-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рассуждения.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Рассуждение-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доказательство,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рассуждение-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объяснение,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рассуждение-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размышление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текстом;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Информационная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переработка текста: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план текста (простой,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сложный; назывной,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вопросный, тезисный)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Главная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второстепенная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информация текста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Композиционные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текста;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микротемы и абзацы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и средства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связи предложений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318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Смысловой анализ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текста. Языковые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выразительности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тексте: фонетические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(звукопись),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словообразовательные,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лексические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(обобщение)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Подробное изложение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Публицистический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стиль. Языковые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выразительности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публицистического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стиля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16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жанры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публицистического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стиля. Статья. Очерк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текстом;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жанры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публицистического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стиля. Статья. Очерк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текстом;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текста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публицистического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стиля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Официально-деловой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стиль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Инструкция как жанр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официально-делового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стиля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Морфология как раздел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науки о языке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(повторение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обобщение)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Причастие как особая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 глагола.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глагола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имени прилагательного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причастии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причастий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Склонение причастий,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падежных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окончаниях 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согласования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существительными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Причастный оборот.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Знаки препинания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предложениях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причастным оборотом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 - 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картины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причастных оборотов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0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Действительные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страдательные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причастия настоящего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прошедшего времени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Полные и краткие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формы причастий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причастия настоящего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причастия прошедшего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Страдательные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причастия настоящего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Страдательные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причастия прошедшего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 Н в суффиксах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страдательных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Выборочное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 текста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37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Одна и две буквы Н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суффиксах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страдательных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причастий прошедшего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отглагольных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прилагательных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Уместное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причастий в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Слитное и раздельное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причастиями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 Ё после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шипящих в суффиксах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страдательных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причастий прошедшего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отглагольных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прилагательных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причастий. Практикум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"Причастие".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Деепричастие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особая форма глагола.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глагола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наречия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Деепричастия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совершенного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несовершенного вида.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Суффиксы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образования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Обособление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Деепричастный оборот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деепричастия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оформление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деепричастиями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деепричастными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оборотами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Повествование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элементами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деепричастий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Слитное и раздельное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деепричастиями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Уместное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деепричастий в речи.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произношения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употребления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деепричастий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5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"Деепричастие".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Наречие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неизменяемая часть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Разряды наречий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значению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Словообразование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наречий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Роль наречий в тексте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1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Выражение различных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обстоятельственных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значений с помощью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наречий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Сочинение-описание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Степени сравнения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наречий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произношения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постановки ударения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наречиях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наречия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пересказ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наречий в различных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функциях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Слитное и раздельное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наречиями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Дефис между частями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 в наречиях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Слитное и раздельное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наречий,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образованных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количественных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числительных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НЕ-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НИ- в наречиях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Н и НН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суффиксах наречий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Изложение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изменением лица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рассказчика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Наречие как средство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грамматической связи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и частей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О –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 шипящих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суффиксах наречий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и А в суффиксах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наречий с приставками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ИЗ-, ДО-, С-, В-, ЗА-,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НА-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Употребление Ь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конце наречий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шипящих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наречий.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"Наречие".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 о словах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категории состояния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системе частей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слов категории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состояния в речи.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Различение наречий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категории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состояния.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Служебные части речи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их отличия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частей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Подробное изложение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текста с сочетанием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разных типов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Предлог как служебная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часть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функции предлогов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Разряды предлогов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строению: простые,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сложные, составные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сложных предлогов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93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непроизводные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Словарный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непроизводных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предлогов. Практикум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5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предложно-падежных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 с производными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предлогами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Слитное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предлогов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Раздельное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Употребление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предлогов в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предлога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"Предлог"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59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сочетанием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типов речи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Союз как служебная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часть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Разряды союзов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строению (простые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составные) и значению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(сочинительные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подчинительные)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7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Сочинительные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(соединительные,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противительные,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разделительные) союзы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Одиночные, двойные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повторяющиеся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сочинительные союзы,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знаки препинания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предложениях с ними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Подчинительные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союзы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Сжатое изложение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публицистического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Употребление союзов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Использование союзов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средства связи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и частей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Слитное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союзов ТОЖЕ,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ТАКЖЕ, ЧТОБЫ,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ЗАТО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Правописание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составных союзов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Морфологический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союза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25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Союзы и союзные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111.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по теме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"Союз"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Сочинение-описание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элементами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Частица как служебная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часть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 Роль частиц в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Разряды частиц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значению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употреблению.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Формообразующие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частицы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Распределительный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Смысловые частицы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72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Интонационные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частицами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25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Смысловые различия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частиц НЕ и НИ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Различение приставки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НЕ- и частицы НЕ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Слитное и раздельное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разными частями речи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(обобщение)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Раздельное и дефисное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написание частиц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Морфологический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частицы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рассуждение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смысловых частиц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Повторение темы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"Частица"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"Служебные части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речи".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Междометия как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особая группа слов.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Разряды междометий.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междометий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Роль междометий 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Звукоподражательные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звукоподражательных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слов. Употребление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звукоподражательных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в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Интонационное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выделение междометий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звукоподражательных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в предложении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Сочинение-описание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Грамматическая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омонимия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Лексика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фразеология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133.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Морфемика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словообразование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134. </w:t>
            </w:r>
          </w:p>
        </w:tc>
        <w:tc>
          <w:tcPr>
            <w:tcW w:type="dxa" w:w="25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Морфология.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Синтаксис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135.</w:t>
            </w:r>
          </w:p>
        </w:tc>
        <w:tc>
          <w:tcPr>
            <w:tcW w:type="dxa" w:w="25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135. Промежуточная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аттестация. Итоговая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136.</w:t>
            </w:r>
          </w:p>
        </w:tc>
        <w:tc>
          <w:tcPr>
            <w:tcW w:type="dxa" w:w="25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разделы лингвистики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19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3170"/>
            <w:gridSpan w:val="2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136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  <w:tc>
          <w:tcPr>
            <w:tcW w:type="dxa" w:w="5030"/>
            <w:gridSpan w:val="3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Баранов М.Т., Ладыженская Т.А., Тростенцова Л.А. и другие. Русский язык (в 2 частях), 7 класс/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Г.А. Богданова. Уроки русского языка в 7 кл. / Г. А. Богданова. - СПб, 2021.</w:t>
      </w:r>
    </w:p>
    <w:p>
      <w:pPr>
        <w:autoSpaceDN w:val="0"/>
        <w:autoSpaceDE w:val="0"/>
        <w:widowControl/>
        <w:spacing w:line="262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Г.А. Богданова Сборник диктантов по русскому языку: 5-9 классы. / Г. А. Богданова. - М.: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Просвещение, 2019.</w:t>
      </w:r>
    </w:p>
    <w:p>
      <w:pPr>
        <w:autoSpaceDN w:val="0"/>
        <w:autoSpaceDE w:val="0"/>
        <w:widowControl/>
        <w:spacing w:line="262" w:lineRule="auto" w:before="72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М.Г. Бройде. Занимательные упражнения по русскому языку: 5-9 классы. – М.: ВАКО, 2016.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4. П.Ф. Ивченков. Обучающее изложение: 5-9 кл. / П. Ф. Ивченков. - М., 2018.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Н.А. Сенина. Русский язык. Тесты для промежуточного контроля. 7 класс – Ростов н/Д: Легион,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2020.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http://ege.edu.ru Портал информационной поддержки ЕГЭ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http://repetitor.1c.ru/ - Серия учебных компьютерных программ '1С: Репетитор' по русскому языку,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Контрольно-диагностические системы серии 'Репетитор. Тесты' по пунктуации, орфографии и др.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http://www.1september.ru/ru/ - газета «Первое сентября»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http://all.edu.ru/ - Все образование Интернета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http://www.mediaterra.ru/ruslang/ - теория и практика русской орфографии и пунктуации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Навигатор. Грамота. ру http://www.navigator.gramota.ru/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Новый словарь русского языка http://www.rubricon.ru/nsr_1.asp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Опорный орфографический компакт по русскому языку (пособие по орфографии) http://yamal.org/ook/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филологический портал http://www.philology.ru/default.htm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и культура речи http://www.sibupk.nsk.su/Public/Chairs/c_foreign/Russian/kr_rus.htm#4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Самый полный словарь сокращений русского языка http://www.sokr.ru/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Словарь русских фамилий http://www.rusfam.ru/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83" w:lineRule="auto" w:before="166" w:after="0"/>
        <w:ind w:left="0" w:right="74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Оборудование кабинета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Доска учебная магнитная 1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 .Стол демонстрационный 1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Стул учительский 1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4.Шкаф 3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Стол ученический 6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 .Стул ученический 12 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71" w:lineRule="auto" w:before="168" w:after="0"/>
        <w:ind w:left="0" w:right="921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ноутбук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 экран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0" w:space="0"/>
            <w:col w:w="10502" w:space="0"/>
            <w:col w:w="10548" w:space="0"/>
            <w:col w:w="10592" w:space="0"/>
            <w:col w:w="10548" w:space="0"/>
            <w:col w:w="10564" w:space="0"/>
            <w:col w:w="10600" w:space="0"/>
            <w:col w:w="10554" w:space="0"/>
            <w:col w:w="10584" w:space="0"/>
            <w:col w:w="10532" w:space="0"/>
            <w:col w:w="10558" w:space="0"/>
            <w:col w:w="10584" w:space="0"/>
            <w:col w:w="10472" w:space="0"/>
            <w:col w:w="10584" w:space="0"/>
            <w:col w:w="9926" w:space="0"/>
            <w:col w:w="6288" w:space="0"/>
            <w:col w:w="3638" w:space="0"/>
            <w:col w:w="992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10" w:space="0"/>
        <w:col w:w="10502" w:space="0"/>
        <w:col w:w="10548" w:space="0"/>
        <w:col w:w="10592" w:space="0"/>
        <w:col w:w="10548" w:space="0"/>
        <w:col w:w="10564" w:space="0"/>
        <w:col w:w="10600" w:space="0"/>
        <w:col w:w="10554" w:space="0"/>
        <w:col w:w="10584" w:space="0"/>
        <w:col w:w="10532" w:space="0"/>
        <w:col w:w="10558" w:space="0"/>
        <w:col w:w="10584" w:space="0"/>
        <w:col w:w="10472" w:space="0"/>
        <w:col w:w="10584" w:space="0"/>
        <w:col w:w="9926" w:space="0"/>
        <w:col w:w="6288" w:space="0"/>
        <w:col w:w="3638" w:space="0"/>
        <w:col w:w="992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