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41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Районный отдел образования администрации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6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84" w:bottom="398" w:left="1440" w:header="720" w:footer="720" w:gutter="0"/>
          <w:cols w:space="720" w:num="1" w:equalWidth="0"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4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______________Миляева Е.Ю.</w:t>
      </w:r>
    </w:p>
    <w:p>
      <w:pPr>
        <w:sectPr>
          <w:type w:val="continuous"/>
          <w:pgSz w:w="11900" w:h="16840"/>
          <w:pgMar w:top="298" w:right="884" w:bottom="398" w:left="1440" w:header="720" w:footer="720" w:gutter="0"/>
          <w:cols w:space="720" w:num="2" w:equalWidth="0"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______________Кинжеева О.Н.</w:t>
      </w:r>
    </w:p>
    <w:p>
      <w:pPr>
        <w:sectPr>
          <w:type w:val="nextColumn"/>
          <w:pgSz w:w="11900" w:h="16840"/>
          <w:pgMar w:top="298" w:right="884" w:bottom="398" w:left="1440" w:header="720" w:footer="720" w:gutter="0"/>
          <w:cols w:space="720" w:num="2" w:equalWidth="0">
            <w:col w:w="5934" w:space="0"/>
            <w:col w:w="3641" w:space="0"/>
            <w:col w:w="957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88"/>
        <w:gridCol w:w="4788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4483159)</w:t>
      </w:r>
    </w:p>
    <w:p>
      <w:pPr>
        <w:autoSpaceDN w:val="0"/>
        <w:autoSpaceDE w:val="0"/>
        <w:widowControl/>
        <w:spacing w:line="262" w:lineRule="auto" w:before="166" w:after="0"/>
        <w:ind w:left="2880" w:right="316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(немецкий)»</w:t>
      </w:r>
    </w:p>
    <w:p>
      <w:pPr>
        <w:autoSpaceDN w:val="0"/>
        <w:autoSpaceDE w:val="0"/>
        <w:widowControl/>
        <w:spacing w:line="262" w:lineRule="auto" w:before="670" w:after="0"/>
        <w:ind w:left="230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8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496" w:right="0" w:hanging="2316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Кинжеева Олеся Николаевна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иностранного языка</w:t>
      </w:r>
    </w:p>
    <w:p>
      <w:pPr>
        <w:autoSpaceDN w:val="0"/>
        <w:autoSpaceDE w:val="0"/>
        <w:widowControl/>
        <w:spacing w:line="230" w:lineRule="auto" w:before="2830" w:after="0"/>
        <w:ind w:left="0" w:right="39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село Медведка 2022</w:t>
      </w:r>
    </w:p>
    <w:p>
      <w:pPr>
        <w:sectPr>
          <w:type w:val="continuous"/>
          <w:pgSz w:w="11900" w:h="16840"/>
          <w:pgMar w:top="298" w:right="884" w:bottom="398" w:left="1440" w:header="720" w:footer="720" w:gutter="0"/>
          <w:cols w:space="720" w:num="1" w:equalWidth="0"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немецкому языку для обучающихся 8 классов составлена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«Требований к результатам освоения основной образовательной программы», представленных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 в Универсальном кодификаторе по иностранному (немецкому)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(НЕМЕЦКИЙ)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(немецкий)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(НЕМЕЦКИЙ)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уровнях и, соответственно,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воплощаются в личностных, метапредметных/общеучебных/универсальных и предметных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0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(НЕМЕЦКИЙ)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8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780" w:bottom="1440" w:left="666" w:header="720" w:footer="720" w:gutter="0"/>
          <w:cols w:space="720" w:num="1" w:equalWidth="0"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виды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 в семье и с друзьями.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Внешность и характер человека/литературного персонажа.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Досуг и увлечения/хобби современного подростка (чтение, кино, театр, музей, спорт, музыка).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Здоровый образ жизни: режим труда и отдыха, фитнес, сбалансированное питание. Посещение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врача.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одежда, обувь и продукты питания. Карманные деньги.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Школа, школьная жизнь, школьная форма, изучаемые предметы и отношение к ним. Посещение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школьной библиотеки/ресурсного центра. Переписка с зарубежными сверстниками.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отдыха в различное время года. Путешествия по России и зарубежным странам.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Природа: флора и фауна. Климат, погода.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  проживания в городской/сельской местности. Транспорт.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 массовой информации (телевидение, радио, пресса, Интернет).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население, официальные языки, достопримечательности, культурные особенности (национальные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праздники, традиции, обычаи).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Выдающиеся люди родной страны и страны/стран изучаемого языка: писатели, художники,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музыканты.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диалогической речи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а именно умений вести разные виды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диалогов (диалог этикетного характера, диалог-побуждение к действию, диалог-расспрос;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комбинированный диалог, включающий различные виды диалогов):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диалог этикетного характера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начинать,  поддерживать и заканчивать разговор, вежливо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переспрашивать; поздравлять с праздником, выражать пожелания и вежливо реагировать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поздравление; выражать благодарность; вежливо соглашаться на предложение/отказываться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диалог-побуждение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действию —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собеседника, объясняя причину своего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диалог-расспрос —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сообщать фактическую информацию, отвечая на вопросы разных видов;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своё отношение к обсуждаемым фактам и событиям; запрашивать интересующую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информацию; переходить с позиции спрашивающего на позицию отвечающего и наоборот.</w:t>
      </w:r>
    </w:p>
    <w:p>
      <w:pPr>
        <w:autoSpaceDN w:val="0"/>
        <w:autoSpaceDE w:val="0"/>
        <w:widowControl/>
        <w:spacing w:line="276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Названные умения диалогической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использованием ключевых слов, речевых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ситуаций и/или иллюстраций, фотографий с соблюдением нормы речевого этикета, принятых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7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монологической речи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создание устных связных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монологических высказываний с использованием основных коммуникативных типов речи: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описание (предмета, местности, внешности и одежды человека), в том числе характеристика (черты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характера реального человека или литературного персонажа);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повествование/сообщение;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18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выражение и аргументирование своего мнения по отношению к услышанному/прочитанному;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изложение (пересказ) основного содержания прочитанного/прослушанного текста;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рассказа по картинкам;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изложение результатов выполненной проектной работы.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опорой на вопросы, ключевые слова, план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иллюстрации, фотографии, таблицы.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9-10 фраз.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вербальная/невербальная реакция на услышанное; использовать переспрос или просьбу повторить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уточнения отдельных деталей.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восприятия и понимания на слух несложных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аутентичных текстов, содержащих отдельные неизученные языковые явления, с разной глубиной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содержания; с пониманием нужной/интересующей/запрашиваемой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тему/идею  и главные факты/события в воспринимаемом на слух тексте, отделять главную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информацию от второстепенной, прогнозировать содержание текста по началу сообщения;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игнорировать незнакомые слова, не 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нужной/интересующей/запрашиваемой информации предполагает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выделять нужную/ интересующую/запрашиваемую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эксплицитной (явной) форме, в воспринимаемом на 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диалог (беседа), высказывания собеседников в ситуациях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текста/текстов для аудирования  —  до 2 минут.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умения читать про себя и понимать несложные аутентичные тексты разных жанров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стилей, содержащие отдельные неизученные языковые явления, с различной глубиной проникновения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их содержание в зависимости от поставленной коммуникативной задачи: с пониманием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содержания; с пониманием нужной/интересующей/ запрашиваемой информации; с полным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пониманием содержания.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 пониманием основного содержания текста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умения: определять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тему/основную мысль, выделять главные факты/события (опуская второстепенные); прогнозировать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текста по заголовку/началу текста; определять логическую последовательность главных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фактов, событий; игнорировать незнакомые слова, несущественные для понимания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содержания; понимать интернациональные слова.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 пониманием нужной/интересующей/запрашиваемой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предполагает умение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в прочитанном тексте и понимать запрашиваемую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эксплицитной (явной) форме; оценивать найденную информацию с точки зрения её значимости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коммуникативной задачи.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несплошных текстов (таблиц, диаграмм, схем) и понимание представленной в них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 полным пониманием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несложных аутентичных текстов, содержащих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неизученные языковые явления. В ходе чтения с полным пониманием формируются и развиваются </w:t>
      </w:r>
    </w:p>
    <w:p>
      <w:pPr>
        <w:sectPr>
          <w:pgSz w:w="11900" w:h="16840"/>
          <w:pgMar w:top="298" w:right="666" w:bottom="308" w:left="666" w:header="720" w:footer="720" w:gutter="0"/>
          <w:cols w:space="720" w:num="1" w:equalWidth="0"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 полно и точно понимать текст на основе его информационной переработки (смыслового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структурного анализа отдельных частей текста, выборочного перевода). В ходе чтения с полным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формируются и развиваются умения устанавливать причинно-следственную взаимосвязь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изложенных в тексте фактов и событий, восстанавливать текст из разрозненных абзацев.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интервью, диалог (беседа), рассказ, отрывок из художественного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отрывок из статьи научно-популярного характера, сообщение информационного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объявление, кулинарный рецепт, меню, электронное сообщение личного характера, стихотворение.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350-500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плана/тезисов устного или письменного сообщения;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формуляров: сообщать о себе основные сведения (имя, фамилия, пол, возраст,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гражданство, адрес, увлечения) в соответствии с нормами, принятыми в стране/странах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сообщать краткие сведения о себе, 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различные события, делиться впечатлениями, выражать благодарность/извинения/просьбу,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запрашивать интересующую информацию; оформлять обращение, завершающую фразу и подпись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нормами неофициального общения, принятыми в стране/странах изучаемого языка.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 письма  —  до 110 слов;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создание небольшого письменного высказывания с опорой на образец, план, таблицу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прочитанный/прослушанный текст. Объём письменного высказывания — до 110 слов.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слух и адекватное, без фонематических ошибок, ведущих к сбою в коммуникации,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произнесение слов с соблюдением правильного ударения и фраз с соблюдением их ритмико-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интонационных особенностей, в том числе отсутствия фразового ударения на служебных словах;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новых слов согласно основным правилам чтения.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аутентичных текстов, построенных на изученном языковом материале,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соблюдением правил чтения и соответствующей интонации, демонстрирующих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для чтения вслух: сообщение информационного характера, отрывок из статьи научно-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популярного характера, рассказ, диалог (беседа).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110 слов.</w:t>
      </w:r>
    </w:p>
    <w:p>
      <w:pPr>
        <w:autoSpaceDN w:val="0"/>
        <w:autoSpaceDE w:val="0"/>
        <w:widowControl/>
        <w:spacing w:line="262" w:lineRule="auto" w:before="192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 правильно, в соответствии с нормами речевого этикета, принятыми в стране/странах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языка, оформлять электронное сообщение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 (слов, словосочетаний, речевых клише), обслуживающих ситуации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речи, с соблюдением существующей в немецком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— 1050 лексических единиц для продуктивного использования (включая лексических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единиц, изученных ранее) и 1250 лексических единиц для рецептивного усвоения (включая 1050</w:t>
      </w:r>
    </w:p>
    <w:p>
      <w:pPr>
        <w:sectPr>
          <w:pgSz w:w="11900" w:h="16840"/>
          <w:pgMar w:top="298" w:right="646" w:bottom="356" w:left="666" w:header="720" w:footer="720" w:gutter="0"/>
          <w:cols w:space="720" w:num="1" w:equalWidth="0"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а) 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помощи суффикса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-ik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Grammatik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прилагательных при помощи суффикса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-los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geschmacklos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словосложение: образование сложных прилагательных путём соединения двух прилагательных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dunkelblau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Многозначные лексические единицы. Синонимы. Антонимы.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Различные средства связи в тексте для обеспечения его целостности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zuerst, denn, zum Schluss usw.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изученных морфологических форм и синтаксических конструкций немецкого языка.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Различные коммуникативные типы предложений: повествовательные (утвердительные,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отрицательные), вопросительные (общий, специальный вопросы), побудительные (в утвердительной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отрицательной форме).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Сложноподчинённые предложения времени с союзами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wenn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als.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Глаголы в видовременных формах страдательного наклонения (Präsens, Präteritum).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Наиболее распространённые глаголы с управлением и местоимённые наречия.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Склонение прилагательных.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Предлоги, используемые с дательным падежом. Предлоги, используемые с винительным падежом.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Осуществление межличностного и межкультурного общения с использованием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национально-культурных особенностях своей страны и страны/стран изучаемого языка,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социокультурных элементов речевого поведенческого этикета в немецкоязычной среде; 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устной и письменной речи наиболее употребительной тематической фоновой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лексики и реалий в рамках тематического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речевых различий в ситуациях официального и неофициального общения 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отобранного тематического содержания и использование лексико-грамматических средств с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учётом.</w:t>
      </w:r>
    </w:p>
    <w:p>
      <w:pPr>
        <w:autoSpaceDN w:val="0"/>
        <w:autoSpaceDE w:val="0"/>
        <w:widowControl/>
        <w:spacing w:line="278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нормы вежливости в межкультурном общении. Знание социокультурного портрета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родной страны и страны/стран изучаемого языка: символики, достопримечательностей, культурных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(национальные праздники, традиции), образцы поэзии и прозы, доступные в языковом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отношении.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рассказывать о некоторых выдающихся людях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(ученых, писателях, поэтах,  художниках,  музыкантах,  спортсменах и т. д.);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оказывать помощь зарубежным гостям в ситуациях повседневного общения (объяснить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местонахождение объекта, сообщить возможный маршрут и т. д.).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при чтении и аудировании языковой, в том числе контекстуальной, догадки;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при говорении и письме перифраз/толкование, синонимические средства, описание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предмета вместо его названия; при непосредственном общении догадываться о значении  незнакомых</w:t>
      </w:r>
    </w:p>
    <w:p>
      <w:pPr>
        <w:sectPr>
          <w:pgSz w:w="11900" w:h="16840"/>
          <w:pgMar w:top="286" w:right="658" w:bottom="428" w:left="666" w:header="720" w:footer="720" w:gutter="0"/>
          <w:cols w:space="720" w:num="1" w:equalWidth="0"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 с помощью используемых собеседником жестов и мимики.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Переспрашивать, просить повторить, уточняя значения незнакомых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составлении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прочитанного/прослушанного текста или для нахождения в тексте запрашиваемой информации.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Сравнение (в том числе установление основания для сравнения) объектов, явлений, процессов,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элементов и основных функций в рамках изученной тематики.</w:t>
      </w:r>
    </w:p>
    <w:p>
      <w:pPr>
        <w:sectPr>
          <w:pgSz w:w="11900" w:h="16840"/>
          <w:pgMar w:top="286" w:right="950" w:bottom="1440" w:left="666" w:header="720" w:footer="720" w:gutter="0"/>
          <w:cols w:space="720" w:num="1" w:equalWidth="0"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немецкого языка в 8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ее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готовность к участию в гуманитарной деятельности (волонтёрство, помощь людям,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нуждающимся в 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—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свое поведение и  поступки, 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учетом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средства коммуникации и самовыражения;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ценности отечественного и мирового искусства, роли этнических культурных традиций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народного творчества; 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 к  своему  здоровью  и 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 себя  и 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 технологической  и  социальной 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уважение к труду и результатам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осознанный выбор и построение индивидуальной траектории образования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планов с учетом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действий, приносящих вред окружающей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готовность к участию в практической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основными навыками исследовательской деятельности, установка на осмысление опыта,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sectPr>
          <w:pgSz w:w="11900" w:h="16840"/>
          <w:pgMar w:top="286" w:right="640" w:bottom="438" w:left="666" w:header="720" w:footer="720" w:gutter="0"/>
          <w:cols w:space="720" w:num="1" w:equalWidth="0"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 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группах и сообществах, включая семью, группы, сформированные  по  профессиональной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деятельности, а также в  рамках  социального  взаимодействия  с  людьми из другой культурной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во взаимодействии в условиях неопределенности,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неопределенности,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неизвестных, осознавать дефициты собственных знаний и компетентностей, планировать свое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учетом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происходящие изменения и их последствия; воспринимать стрессовую ситуацию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произошедшей ситуации; 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дефициты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98" w:right="654" w:bottom="452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решения, выбирать наиболее подходящий с учётом самостоятельно выделенных критериев);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информации, полученной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проведенного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 развитие 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 их  развитии  в  новых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учетом предложенной учебной задачи и заданных критериев; выбирать,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систематизировать и интерпретировать информацию различных видов и форм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представления; находить сходные аргументы (подтверждающие или опровергающие одну и ту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идею, версию) в 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надежность информации по критериям, предложенным педагогическим работником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 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публично представлять результаты выполненного опыта (эксперимента,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исследования, проекта);</w:t>
      </w:r>
    </w:p>
    <w:p>
      <w:pPr>
        <w:sectPr>
          <w:pgSz w:w="11900" w:h="16840"/>
          <w:pgMar w:top="298" w:right="822" w:bottom="368" w:left="666" w:header="720" w:footer="720" w:gutter="0"/>
          <w:cols w:space="720" w:num="1" w:equalWidth="0"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учетом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ее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учетом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мнений, «мозговые штурмы»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задачей и вклад каждого члена команды в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отчета перед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учетом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учетом получения новых знаний об изучаемом объекте; делать выбор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ее изменения; учитывать контекст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приобретенному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оценивать соответствие результата цели и условиям;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выявлять и анализировать причины эмоций;</w:t>
      </w:r>
    </w:p>
    <w:p>
      <w:pPr>
        <w:sectPr>
          <w:pgSz w:w="11900" w:h="16840"/>
          <w:pgMar w:top="298" w:right="688" w:bottom="428" w:left="666" w:header="720" w:footer="720" w:gutter="0"/>
          <w:cols w:space="720" w:num="1" w:equalWidth="0"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регулировать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  выражения 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свое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открытость себе и другим; осознавать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невозможность контролировать все вокруг.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1" w:lineRule="auto" w:before="168" w:after="0"/>
        <w:ind w:left="0" w:right="576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Предметные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основной образовательной программы по иностранному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(немецкому) языку для 8 класса с учётом уровня владения немецким языком, достигнутого в 2-7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классах.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(диалог этикетного характера, диалог-побуждение к действию, диалог-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расспрос; комбинированный диалог, включающий различные виды диалогов)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для 8 класса в стандартных ситуациях неофициального общения, с вербальными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и/или зрительными опорами, с соблюдением норм речевого этикета, принятого в стране/странах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 (до 7 реплик со стороны каждого собеседника);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разные виды монологических высказываний 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(объём монологического высказывания — до 9-10 фраз); выражать и кратко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своё мнение, излагать основное содержание прочитанного/прослушанного текста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вербальными и/или зрительными опорами (объём — 9-10 фраз);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результаты   выполненной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проектной работы (объём — 9-10 фраз).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воспринимать на слух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аутентичные тексты, содержащие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неизученные языковые явления,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нужной/интересующей/запрашиваемой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 (время звучания текста/текстов  для  аудирования  — до 2 минут).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аутентичные тексты, содержащие отдельные неизученные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явления,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нужной/интересующей/запрашиваемой информации, с полным пониманием содержания (объём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текста/текстов для чтения — 350-500 слов);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несплошные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(таблицы, диаграммы) 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представленную в них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заполнять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анкеты и формуляры, сообщая о себе основные сведения, в соответствии с нормами,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принятыми в стране/странах изучаемого языка;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соблюдая речевой этикет, принятый в стране/странах изучаемого языка (объём сообщения — до 110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небольшое письменное высказывание с опорой на образец, план, таблицу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прочитанный/прослушанный текст (объём высказывания — до 110 слов).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ЯЗЫКОВЫЕ ЗНАНИЯ И УМЕНИЯ</w:t>
      </w:r>
    </w:p>
    <w:p>
      <w:pPr>
        <w:sectPr>
          <w:pgSz w:w="11900" w:h="16840"/>
          <w:pgMar w:top="298" w:right="676" w:bottom="332" w:left="666" w:header="720" w:footer="720" w:gutter="0"/>
          <w:cols w:space="720" w:num="1" w:equalWidth="0"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адекватно, без ошибок, ведущих  к сбою коммуникации, произносить слова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правильным ударением и фразы с соблюдением их ритмико-интонационных особенностей,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применять правила отсутствия фразового ударения на служебных словах; владеть правилами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чтения и выразительно читать вслух небольшие тексты объёмом до 110 слов, построенные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изученном языковом материале, с соблюдением правил чтения и соответствующей интонацией,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демонстрирующей понимание текста; читать новые слова согласно основным правилам чтения.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знаки в конце предложения, запятую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перечислении; пунктуационно правильно оформлять электронное сообщение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звучащем и письменном тексте 1250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1050 лексических единиц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обслуживающих ситуации общения в рамках тематического содержания, с соблюдением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существующих норм лексической сочетаемости;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слова, образованные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аффиксации: имена существительные при помощи суффикса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-ik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имена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прилагательные при помощи суффикса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-los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имена прилагательные путём соединения двух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прилагательных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dunkelblau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изученные многозначные слова,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синонимы, антонимы, сокращения и аббревиатуры;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различные средства связи в тексте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обеспечения логичности и целостности высказывания.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немецкого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немецкого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письменном и звучащем тексте 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устной и письменной речи: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сложноподчинённые предложения времени с союзами wenn, als;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глаголы в видовременных формах страдательного залога (Präsens, Prästeritum);</w:t>
      </w:r>
    </w:p>
    <w:p>
      <w:pPr>
        <w:autoSpaceDN w:val="0"/>
        <w:autoSpaceDE w:val="0"/>
        <w:widowControl/>
        <w:spacing w:line="230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наиболее распространённые глаголы с управлением и местоимённые наречия;</w:t>
      </w:r>
    </w:p>
    <w:p>
      <w:pPr>
        <w:autoSpaceDN w:val="0"/>
        <w:autoSpaceDE w:val="0"/>
        <w:widowControl/>
        <w:spacing w:line="230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склонение прилагательных;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предлоги, используемые с дательным падежом;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предлоги, используемые с винительным падежом.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298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осуществлять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межличностное и межкультурное общение, используя знания о национально-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культурных особенностях своей страны и страны/стран изучаемого языка и освоив основные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социокультурные элементы речевого поведенческого этикета в стране/странах изучаемого языка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родную страну/малую родину и страну/страны изучаемого языка (культурные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 и события; достопримечательности, выдающиеся люди);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помощь зарубежным гостям в ситуациях повседневного общения (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объяснить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местонахождение объекта,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сообщить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возможный маршрут и т. д.).</w:t>
      </w:r>
    </w:p>
    <w:p>
      <w:pPr>
        <w:sectPr>
          <w:pgSz w:w="11900" w:h="16840"/>
          <w:pgMar w:top="298" w:right="650" w:bottom="342" w:left="666" w:header="720" w:footer="720" w:gutter="0"/>
          <w:cols w:space="720" w:num="1" w:equalWidth="0"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чтении и аудировании языковую, в том числе контекстуальную, догадку;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непосредственном общении переспрашивать, просить повторить, уточняя значения незнакомых слов;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игнорировать информацию, не являющуюся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прочитанного/прослушанного текста или для нахождения в тексте запрашиваемой информации;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умениями классифицировать лексические единицы по темам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речи, по частям речи, по словообразовательным элементам;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уметь рассматривать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несколько вариантов решения коммуникативной задачи в продуктивных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видах речевой деятельности (говорении и письменной речи);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участвовать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несложных учебных проектах с использованием материалов на немецком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применением ИКТ, соблюдая правила информационной безопасности при работе в сети Интернет;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системы в электронной форме;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достигать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взаимопонимания в процессе устного и письменного общения с носителями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иностранного языка, людьми другой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сравнивать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том числе устанавливать основания для сравнения) объекты, явления, процессы,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элементы и основные функции в рамках изученной тематики.</w:t>
      </w:r>
    </w:p>
    <w:p>
      <w:pPr>
        <w:sectPr>
          <w:pgSz w:w="11900" w:h="16840"/>
          <w:pgMar w:top="322" w:right="760" w:bottom="1440" w:left="666" w:header="720" w:footer="720" w:gutter="0"/>
          <w:cols w:space="720" w:num="1" w:equalWidth="0"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392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36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102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370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886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Взаимоотношения в семье и с друзьями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https://resh.edu.ru/subject/lesson/3370/start/</w:t>
            </w:r>
          </w:p>
        </w:tc>
      </w:tr>
      <w:tr>
        <w:trPr>
          <w:trHeight w:hRule="exact" w:val="1884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Внешность и характер человека/литературного персонажа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19.10.2022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 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https://resh.edu.ru/subject/lesson/3136/start/</w:t>
            </w:r>
          </w:p>
        </w:tc>
      </w:tr>
      <w:tr>
        <w:trPr>
          <w:trHeight w:hRule="exact" w:val="2078"/>
        </w:trPr>
        <w:tc>
          <w:tcPr>
            <w:tcW w:type="dxa" w:w="38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539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Свободное время современного подростка. Досуг и увлечения (чтение, кино,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театр, музей, спорт, музыка)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7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https://resh.edu.ru/subject/lesson/5652/start/302047/</w:t>
            </w:r>
          </w:p>
        </w:tc>
      </w:tr>
      <w:tr>
        <w:trPr>
          <w:trHeight w:hRule="exact" w:val="2250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Здоровый образ жизни. Режим труда и отдыха. Фитнес. Сбалансированное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питатие. Посещение врача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13.12.2022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37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https://resh.edu.ru/subject/lesson/6826/conspect/242910/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https://resh.edu.ru/subject/lesson/3459/main/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922" w:left="666" w:header="720" w:footer="720" w:gutter="0"/>
          <w:cols w:space="720" w:num="1" w:equalWidth="0"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510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Покупки: одежда, обувь и продукты питания. Карманные деньги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https://resh.edu.ru/subject/lesson/4308/conspect/208968/</w:t>
            </w:r>
          </w:p>
        </w:tc>
      </w:tr>
      <w:tr>
        <w:trPr>
          <w:trHeight w:hRule="exact" w:val="246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Школа. Школьная жизнь, школьная форма, изучаемые предметы и отношение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 ним. Посещение школьной библиотеки/ресурсного центра. Переписка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зарубежными сверстниками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27.01.2023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https://resh.edu.ru/subject/lesson/3370/start/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Переписка с зарубежными сверстниками.</w:t>
            </w:r>
          </w:p>
        </w:tc>
      </w:tr>
      <w:tr>
        <w:trPr>
          <w:trHeight w:hRule="exact" w:val="2078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Виды отдыха в различное время года. Путешествия по России и зарубежным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странам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7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https://resh.edu.ru/subject/lesson/3968/start/297503/</w:t>
            </w:r>
          </w:p>
        </w:tc>
      </w:tr>
      <w:tr>
        <w:trPr>
          <w:trHeight w:hRule="exact" w:val="1674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Природа: флора и фауна. Климат, погода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https://resh.edu.ru/subject/lesson/7604/conspect/295287/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Мир животных.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https://resh.edu.ru/subject/lesson/7613/conspect/243716/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Мы помогаем природе.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288" w:left="666" w:header="720" w:footer="720" w:gutter="0"/>
          <w:cols w:space="720" w:num="1" w:equalWidth="0"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078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Условия проживания в городской/сельской местности. Транспорт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04.04.2023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https://resh.edu.ru/subject/lesson/4847/start/210458/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Жизнь в городе и на селе.</w:t>
            </w:r>
          </w:p>
        </w:tc>
      </w:tr>
      <w:tr>
        <w:trPr>
          <w:trHeight w:hRule="exact" w:val="2196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539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Средства массовой информации (телевидение, радио, пресса, Интернет)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19.04.2023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https://resh.edu.ru/subject/lesson/3367/start/</w:t>
            </w:r>
          </w:p>
        </w:tc>
      </w:tr>
      <w:tr>
        <w:trPr>
          <w:trHeight w:hRule="exact" w:val="1886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Родная страна и страна/страны изучаемого языка. Их географическое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положение, столицы; население; официальные языки;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достопримечательности, культурные особенности (национальные праздники,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традиции, обычаи)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12.05.2023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знания и умения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https://resh.edu.ru/subject/lesson/7587/start/243624/</w:t>
            </w:r>
          </w:p>
        </w:tc>
      </w:tr>
      <w:tr>
        <w:trPr>
          <w:trHeight w:hRule="exact" w:val="1692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</w:t>
            </w:r>
          </w:p>
        </w:tc>
        <w:tc>
          <w:tcPr>
            <w:tcW w:type="dxa" w:w="539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страны и страны/стран изучаемого языка.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Писатели, художники, музыканты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31.05.2023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сторона речи 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 ;</w:t>
            </w:r>
          </w:p>
        </w:tc>
        <w:tc>
          <w:tcPr>
            <w:tcW w:type="dxa" w:w="10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370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https://resh.edu.ru/subject/lesson/4862/start/209902/</w:t>
            </w:r>
          </w:p>
        </w:tc>
      </w:tr>
      <w:tr>
        <w:trPr>
          <w:trHeight w:hRule="exact" w:val="328"/>
        </w:trPr>
        <w:tc>
          <w:tcPr>
            <w:tcW w:type="dxa" w:w="5776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6952"/>
            <w:gridSpan w:val="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30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Познакомьтесь - моя семья!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семья и семья, участвующая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школьном обмене.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Взаимоотношения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Переписка с зарубежными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сверстниками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Проживание в семье,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участвующей в школьном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обмене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гостях у немецкой семьи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с друзьями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в школе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Порядок дома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736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Подготовка к школьной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вечеринке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прощальной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открытки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Взаимоотношения в семье,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друзьями, конфликтные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ситуации и их решения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Пишем смс-сообщения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Мои друзья, родственники,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какие они? Фотоальбом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может рассказать одежда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человеке?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Покупки онлайн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30.09.2022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Покупки. Мода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описать внешность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 человека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Внешность членов семьи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описать внешность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описать внешность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Внешность и характер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человека. Молодежная мода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Описываем домашнего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питомца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№1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30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подростка Свободное время.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отдыха</w:t>
            </w:r>
          </w:p>
        </w:tc>
        <w:tc>
          <w:tcPr>
            <w:tcW w:type="dxa" w:w="732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подростка Мои увлечения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Досуг и увлечения.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Посещение блошиного рынка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подростка Внеклассные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мероприятия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подростка Посещение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фотовыставки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Покупки.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Карманные деньги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Молодежная мода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подростка Школьная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вечеринка в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подростка Виды школьных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вечеринок в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Досуг и увлечения. Чтение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современного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подростка Виды школьных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вечеринок в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Правильное питание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занятия спортом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Вредные привычки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последствия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любимый вид спорта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Здоровый образ жизни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30.11.2022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распорядок дня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спорт важен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здоровья?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4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отказ от вредных привычек.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Отдых с пользой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здоровья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отказ от вредных привычек.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Ведем здоровый образ жизни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Здоровый образ жизни: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труда и отдыха, спорт,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сбалансированное питание,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отказ от вредных привычек.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Ведем здоровый образ жизни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Карманные деньги Полезный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перекус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Карманные деньги. Едим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Карманные деньги Школьная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столовая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Карманные деньги Приемы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пищи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Покупки: одежда, обувь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продукты питания.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370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Карманные деньги Почему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правильное питание важно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для здоровья?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№2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7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отношения в школе.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Школьный обмен - это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здорово!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28.12.2022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отношения в школе.Школа.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система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Германии Учёба в немецкой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гимназии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в школе. Моя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школа, школьная жизнь,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школьные традиции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отношения в школе.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Конфликтные ситуации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школе, пути их решения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Весёлые истории в школе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в школе. Система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оценивания в Германии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отношения в школе.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Школьные предметы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отношение к ним Школьное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расписание мечты 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любимый предмет в школе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иностранного языка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 и будущей профессии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отношения в школе.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форма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отношение к ней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в школе. Правила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поведения в школе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отношения в школе.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между учителями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учащимися Каким должен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быть современный учитель?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Школьное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школьная жизнь, изучаемые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предметы и отношение 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ним, межличностные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отношения в школе. Школа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будущего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Каникулы Мои каникулы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31.01.2023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Каникулы Мои каникулы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Известные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 Известные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Каникулы. Путешествие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Каникулы. Замок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Нойшванштайн и сказочный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король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Путешествия как способ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познания мира. Виды отдыха.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Каникулы. Знаковые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 и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Наша природа и проблемы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Наша природа и проблемы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Окружающий мир. Природа: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растения и животные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 в Германии и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Глобальные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окружающей среды.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Климат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28.02.2023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окружающей среды. Погода.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Климат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Наша природа и проблемы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Природа. Проблемы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экологии. Защита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окружающей среды. Погода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Наша природа и проблемы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Контрольная работа № 3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Транспорт.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Откуда я родом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Транспорт.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пройти … ?Ориенирование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плану города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Транспорт.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улицах города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Транспорт.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объяснить, где 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находишься в незнакомом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городе?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Транспорт.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Транспорт в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местности. Транспорт. Жизнь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городе / сельской местности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24.03.2023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Условия проживания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городской/сельской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местности. Транспорт.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Помоги незнакомцу/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незнакомке сориентироваться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твоем городе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массовой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(пресса,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телевидение, радио,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Интернет). СМИ в нашей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массовой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(пресса,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телевидение, радио,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Интернет). Технический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прогресс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30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массовой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(пресса,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телевидение, радио,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Интернет). Роль средств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массовой информации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 общества</w:t>
            </w:r>
          </w:p>
        </w:tc>
        <w:tc>
          <w:tcPr>
            <w:tcW w:type="dxa" w:w="732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массовой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(пресса,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телевидение, радио,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Интернет). Роль средств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массовой информации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 общества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4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массовой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(пресса,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телевидение, радио,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Интернет). Я веду блог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немецкой школе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массовой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информации (пресса,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телевидение, радио,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Интернет). Мои первые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впечатления о стране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изучаемого языка в блоге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11.10.2022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ВПР;</w:t>
            </w:r>
          </w:p>
        </w:tc>
      </w:tr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истории. Баварская кухня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49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истории. Русская кухня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19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истории.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твоего города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52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Веду блог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спортивных объектах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3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Праздники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28.04.2023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истории. Праздники в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419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Пасха в России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Германии: традиции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обычаи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5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Государственные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символы России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83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Государственные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символы Германии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2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19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Страна/страны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языка и родная страна.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положение,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столицы и крупные города;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достопримечательности,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(национальные праздники,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знаменательные даты,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традиции, обычаи); страницы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Что подарить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память? Культурные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особенности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языка, их вклад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науку и мировую культуру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Великие немецкие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художники и их картины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30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языка, их вклад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науку и мировую культуру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Посещение Старой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Пинакотеки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языка, их вклад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науку и мировую культуру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 изучаемого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языка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 Контрольная работа №4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230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Выдающиеся люди родной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 страны/стран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изучаемого языка, их вклад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науку и мировую культуру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Великие русские художники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их картины</w:t>
            </w:r>
          </w:p>
        </w:tc>
        <w:tc>
          <w:tcPr>
            <w:tcW w:type="dxa" w:w="732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24.05.2023 </w:t>
            </w:r>
          </w:p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806"/>
            <w:gridSpan w:val="2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394"/>
            <w:gridSpan w:val="3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Бим И.Л., Садомова Л.В., Крылова Ж.Я. и другие. Немецкий язык. 8 класс. Акционерное общество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УМК Бим И.Л., Садомова Л.В., Крылова Ж.Я. и другие. Немецкий язык.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РЭШ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программное обеспечение для лингафонного кабинета</w:t>
      </w:r>
    </w:p>
    <w:p>
      <w:pPr>
        <w:autoSpaceDN w:val="0"/>
        <w:autoSpaceDE w:val="0"/>
        <w:widowControl/>
        <w:spacing w:line="300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Компьютер, мультимедийный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474" w:space="0"/>
            <w:col w:w="10584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284" w:space="0"/>
            <w:col w:w="10576" w:space="0"/>
            <w:col w:w="10588" w:space="0"/>
            <w:col w:w="10568" w:space="0"/>
            <w:col w:w="10584" w:space="0"/>
            <w:col w:w="10454" w:space="0"/>
            <w:col w:w="10584" w:space="0"/>
            <w:col w:w="9576" w:space="0"/>
            <w:col w:w="5934" w:space="0"/>
            <w:col w:w="3641" w:space="0"/>
            <w:col w:w="957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0474" w:space="0"/>
        <w:col w:w="10584" w:space="0"/>
        <w:col w:w="10558" w:space="0"/>
        <w:col w:w="10546" w:space="0"/>
        <w:col w:w="10412" w:space="0"/>
        <w:col w:w="10580" w:space="0"/>
        <w:col w:w="10594" w:space="0"/>
        <w:col w:w="10584" w:space="0"/>
        <w:col w:w="10284" w:space="0"/>
        <w:col w:w="10576" w:space="0"/>
        <w:col w:w="10588" w:space="0"/>
        <w:col w:w="10568" w:space="0"/>
        <w:col w:w="10584" w:space="0"/>
        <w:col w:w="10454" w:space="0"/>
        <w:col w:w="10584" w:space="0"/>
        <w:col w:w="9576" w:space="0"/>
        <w:col w:w="5934" w:space="0"/>
        <w:col w:w="3641" w:space="0"/>
        <w:col w:w="957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