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792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МИНИСТЕРСТВО ПРОСВЕЩЕНИЯ РОССИЙСКОЙ ФЕДЕРАЦИИ</w:t>
      </w:r>
    </w:p>
    <w:p>
      <w:pPr>
        <w:autoSpaceDN w:val="0"/>
        <w:autoSpaceDE w:val="0"/>
        <w:widowControl/>
        <w:spacing w:line="230" w:lineRule="auto" w:before="670" w:after="0"/>
        <w:ind w:left="1998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Министерство образования Оренбургской области</w:t>
      </w:r>
    </w:p>
    <w:p>
      <w:pPr>
        <w:autoSpaceDN w:val="0"/>
        <w:autoSpaceDE w:val="0"/>
        <w:widowControl/>
        <w:spacing w:line="230" w:lineRule="auto" w:before="670" w:after="0"/>
        <w:ind w:left="1932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Отдел образования администрации Тоцкого района</w:t>
      </w:r>
    </w:p>
    <w:p>
      <w:pPr>
        <w:autoSpaceDN w:val="0"/>
        <w:autoSpaceDE w:val="0"/>
        <w:widowControl/>
        <w:spacing w:line="230" w:lineRule="auto" w:before="670" w:after="1436"/>
        <w:ind w:left="0" w:right="367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МБОУ Медведская ООШ</w:t>
      </w:r>
    </w:p>
    <w:p>
      <w:pPr>
        <w:sectPr>
          <w:pgSz w:w="11900" w:h="16840"/>
          <w:pgMar w:top="298" w:right="876" w:bottom="398" w:left="1440" w:header="720" w:footer="720" w:gutter="0"/>
          <w:cols w:space="720" w:num="1" w:equalWidth="0"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45" w:lineRule="auto" w:before="0" w:after="0"/>
        <w:ind w:left="2816" w:right="288" w:firstLine="0"/>
        <w:jc w:val="lef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 xml:space="preserve">СОГЛАСОВАНО </w:t>
      </w:r>
      <w:r>
        <w:br/>
      </w: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Заместитель директора по УВР</w:t>
      </w:r>
    </w:p>
    <w:p>
      <w:pPr>
        <w:autoSpaceDN w:val="0"/>
        <w:autoSpaceDE w:val="0"/>
        <w:widowControl/>
        <w:spacing w:line="230" w:lineRule="auto" w:before="182" w:after="0"/>
        <w:ind w:left="0" w:right="440" w:firstLine="0"/>
        <w:jc w:val="righ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______________Миляева Е.Ю.</w:t>
      </w:r>
    </w:p>
    <w:p>
      <w:pPr>
        <w:sectPr>
          <w:type w:val="continuous"/>
          <w:pgSz w:w="11900" w:h="16840"/>
          <w:pgMar w:top="298" w:right="876" w:bottom="398" w:left="1440" w:header="720" w:footer="720" w:gutter="0"/>
          <w:cols w:space="720" w:num="2" w:equalWidth="0">
            <w:col w:w="5934" w:space="0"/>
            <w:col w:w="365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45" w:lineRule="auto" w:before="0" w:after="0"/>
        <w:ind w:left="398" w:right="1728" w:firstLine="0"/>
        <w:jc w:val="lef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 xml:space="preserve">УТВЕРЖДЕНО </w:t>
      </w:r>
      <w:r>
        <w:br/>
      </w: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Директор</w:t>
      </w:r>
    </w:p>
    <w:p>
      <w:pPr>
        <w:autoSpaceDN w:val="0"/>
        <w:autoSpaceDE w:val="0"/>
        <w:widowControl/>
        <w:spacing w:line="230" w:lineRule="auto" w:before="182" w:after="182"/>
        <w:ind w:left="398" w:right="0" w:firstLine="0"/>
        <w:jc w:val="lef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______________Кинжеева О.Н.</w:t>
      </w:r>
    </w:p>
    <w:p>
      <w:pPr>
        <w:sectPr>
          <w:type w:val="nextColumn"/>
          <w:pgSz w:w="11900" w:h="16840"/>
          <w:pgMar w:top="298" w:right="876" w:bottom="398" w:left="1440" w:header="720" w:footer="720" w:gutter="0"/>
          <w:cols w:space="720" w:num="2" w:equalWidth="0">
            <w:col w:w="5934" w:space="0"/>
            <w:col w:w="3650" w:space="0"/>
            <w:col w:w="9584" w:space="0"/>
          </w:cols>
          <w:docGrid w:linePitch="360"/>
        </w:sectPr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1400.0" w:type="dxa"/>
      </w:tblPr>
      <w:tblGrid>
        <w:gridCol w:w="4792"/>
        <w:gridCol w:w="4792"/>
      </w:tblGrid>
      <w:tr>
        <w:trPr>
          <w:trHeight w:hRule="exact" w:val="490"/>
        </w:trPr>
        <w:tc>
          <w:tcPr>
            <w:tcW w:type="dxa" w:w="394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0" w:after="0"/>
              <w:ind w:left="1416" w:right="864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Протокол №</w:t>
            </w:r>
            <w:r>
              <w:br/>
            </w: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"31" 08  2022 г.</w:t>
            </w:r>
          </w:p>
        </w:tc>
        <w:tc>
          <w:tcPr>
            <w:tcW w:type="dxa" w:w="336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0" w:after="0"/>
              <w:ind w:left="992" w:right="72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Приказ №</w:t>
            </w:r>
            <w:r>
              <w:br/>
            </w: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"31" 08 2022 г.</w:t>
            </w:r>
          </w:p>
        </w:tc>
      </w:tr>
    </w:tbl>
    <w:p>
      <w:pPr>
        <w:autoSpaceDN w:val="0"/>
        <w:autoSpaceDE w:val="0"/>
        <w:widowControl/>
        <w:spacing w:line="262" w:lineRule="auto" w:before="978" w:after="0"/>
        <w:ind w:left="3024" w:right="3600" w:firstLine="0"/>
        <w:jc w:val="center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РАБОЧАЯ ПРОГРАММА </w:t>
      </w:r>
      <w:r>
        <w:br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(ID 1889916)</w:t>
      </w:r>
    </w:p>
    <w:p>
      <w:pPr>
        <w:autoSpaceDN w:val="0"/>
        <w:autoSpaceDE w:val="0"/>
        <w:widowControl/>
        <w:spacing w:line="262" w:lineRule="auto" w:before="166" w:after="0"/>
        <w:ind w:left="1440" w:right="1872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учебного курса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«Основы духовно-нравственной культуры народов России»</w:t>
      </w:r>
    </w:p>
    <w:p>
      <w:pPr>
        <w:autoSpaceDN w:val="0"/>
        <w:autoSpaceDE w:val="0"/>
        <w:widowControl/>
        <w:spacing w:line="262" w:lineRule="auto" w:before="670" w:after="0"/>
        <w:ind w:left="2304" w:right="2592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для 5 класса основного общего образования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 2022-2023  учебный год</w:t>
      </w:r>
    </w:p>
    <w:p>
      <w:pPr>
        <w:autoSpaceDN w:val="0"/>
        <w:autoSpaceDE w:val="0"/>
        <w:widowControl/>
        <w:spacing w:line="262" w:lineRule="auto" w:before="2112" w:after="0"/>
        <w:ind w:left="5696" w:right="0" w:hanging="168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Составитель: Миляева Елена Юрьевна,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учитель русского языка и литературы</w:t>
      </w:r>
    </w:p>
    <w:p>
      <w:pPr>
        <w:autoSpaceDN w:val="0"/>
        <w:autoSpaceDE w:val="0"/>
        <w:widowControl/>
        <w:spacing w:line="230" w:lineRule="auto" w:before="2830" w:after="0"/>
        <w:ind w:left="0" w:right="398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село Медведка 2022</w:t>
      </w:r>
    </w:p>
    <w:p>
      <w:pPr>
        <w:sectPr>
          <w:type w:val="continuous"/>
          <w:pgSz w:w="11900" w:h="16840"/>
          <w:pgMar w:top="298" w:right="876" w:bottom="398" w:left="1440" w:header="720" w:footer="720" w:gutter="0"/>
          <w:cols w:space="720" w:num="1" w:equalWidth="0">
            <w:col w:w="9584" w:space="0"/>
            <w:col w:w="5934" w:space="0"/>
            <w:col w:w="3650" w:space="0"/>
            <w:col w:w="9584" w:space="0"/>
          </w:cols>
          <w:docGrid w:linePitch="360"/>
        </w:sectPr>
      </w:pPr>
    </w:p>
    <w:p>
      <w:pPr>
        <w:sectPr>
          <w:pgSz w:w="11900" w:h="16840"/>
          <w:pgMar w:top="1440" w:right="1440" w:bottom="1440" w:left="1440" w:header="720" w:footer="720" w:gutter="0"/>
          <w:cols w:space="720" w:num="1" w:equalWidth="0">
            <w:col w:w="9584" w:space="0"/>
            <w:col w:w="5934" w:space="0"/>
            <w:col w:w="365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ПОЯСНИТЕЛЬНАЯ ЗАПИСКА</w:t>
      </w:r>
    </w:p>
    <w:p>
      <w:pPr>
        <w:autoSpaceDN w:val="0"/>
        <w:autoSpaceDE w:val="0"/>
        <w:widowControl/>
        <w:spacing w:line="262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ОБЩАЯ ХАРАКТЕРИСТИКА УЧЕБНОГО КУРСА «ОСНОВЫ ДУХОВНО-НРАВСТВЕННОЙ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КУЛЬТУРЫ НАРОДОВ РОССИИ»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66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Программа по предметной области «Основы духовно-нравственной культуры народов России»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(далее  — ОДНКНР) для 5 классов образовательных организаций составлена в соответствии с: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требованиями Федерального государственного образовательного стандарта основного общего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образования (ФГОС ООО) (утверждён приказом  Министерства просвещения Российской Федерации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 31 мая 2021 г. № 287);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требованиями к результатам освоения программы основного общего образования (личностным,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метапредметным, предметным);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основными подходами к развитию и формированию универсальных учебных действий (УУД)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основного общего образования.</w:t>
      </w:r>
    </w:p>
    <w:p>
      <w:pPr>
        <w:autoSpaceDN w:val="0"/>
        <w:autoSpaceDE w:val="0"/>
        <w:widowControl/>
        <w:spacing w:line="286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программе по данному курсу соблюдается преемственность с Федеральным государственным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образовательным стандартом начального общего образования, а также учитываются возрастные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психологические особенности обучающихся на ступени основного общего образования,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необходимость формирования межпредметных связей. Также в программе учитывается, что данная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дисциплина носит культурологический и воспитательный характер, что позволяет утверждать, что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именно духовно-нравственное развитие обучающихся в духе общероссийской гражданской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идентичности на основе традиционных российских духовно-нравственных ценностей — важнейший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результат обучения ОДНКНР.</w:t>
      </w:r>
    </w:p>
    <w:p>
      <w:pPr>
        <w:autoSpaceDN w:val="0"/>
        <w:autoSpaceDE w:val="0"/>
        <w:widowControl/>
        <w:spacing w:line="276" w:lineRule="auto" w:before="70" w:after="0"/>
        <w:ind w:left="0" w:right="72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Сохранение традиционных российских духовно-нравственных ценностей как значимой части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культурного и исторического наследия народов России  — один из ключевых национальных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приоритетов Российской Федерации, способствующих дальнейшей гуманизации и развитию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российского общества, формированию гражданской идентичности у подрастающих поколений.</w:t>
      </w:r>
    </w:p>
    <w:p>
      <w:pPr>
        <w:autoSpaceDN w:val="0"/>
        <w:autoSpaceDE w:val="0"/>
        <w:widowControl/>
        <w:spacing w:line="286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Согласно Стратегии национальной безопасности Российской Федерации (утверждена указом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Президента Российской Федерации от 2  июля 2021 г. № 400, пункт 91), к традиционным российским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духовно-нравственным ценностям относятся жизнь, достоинство, права и свободы человека,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патриотизм, гражданственность, служение Отечеству и ответственность за его судьбу, высокие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нравственные идеалы, крепкая семья, созидательный труд, приоритет духовного над материальным,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гуманизм, милосердие, справедливость, коллективизм, взаимопомощь и взаимоуважение,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историческая память и преемственность поколений, единство народов России. Именно традиционные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российские духовно-нравственные ценности объединяют Россию как многонациональное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многоконфессиональное государство, лежат в основе представлений о гражданской идентичности как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ключевом ориентире духовно-нравственного развития обучающихся.</w:t>
      </w:r>
    </w:p>
    <w:p>
      <w:pPr>
        <w:autoSpaceDN w:val="0"/>
        <w:autoSpaceDE w:val="0"/>
        <w:widowControl/>
        <w:spacing w:line="276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Центральная идея гражданской идентичности — образ будущего нашей страны, который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формируется с учётом национальных и стратегических приоритетов российского общества,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культурно-исторических традиций всех народов России, духовно-нравственных ценностей, присущих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ей на протяжении всей её истории.</w:t>
      </w:r>
    </w:p>
    <w:p>
      <w:pPr>
        <w:autoSpaceDN w:val="0"/>
        <w:autoSpaceDE w:val="0"/>
        <w:widowControl/>
        <w:spacing w:line="283" w:lineRule="auto" w:before="70" w:after="0"/>
        <w:ind w:left="0" w:right="432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 процессе изучения курса ОДНКНР школьники получают возможность систематизировать,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расширять и углублять полученные в рамках общественно-научных дисциплин знания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представления о структуре и закономерностях развития социума, о прошлом и настоящем родной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страны, находить в истории российского общества существенные связи с традиционной духовно-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нравственной культурой России, определять свою идентичность как члена семьи, школьного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коллектива, региональной общности, гражданина страны с опорой на традиционные духовно-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нравственные ценности.</w:t>
      </w:r>
    </w:p>
    <w:p>
      <w:pPr>
        <w:sectPr>
          <w:pgSz w:w="11900" w:h="16840"/>
          <w:pgMar w:top="298" w:right="650" w:bottom="410" w:left="666" w:header="720" w:footer="720" w:gutter="0"/>
          <w:cols w:space="720" w:num="1" w:equalWidth="0">
            <w:col w:w="10584" w:space="0"/>
            <w:col w:w="9584" w:space="0"/>
            <w:col w:w="5934" w:space="0"/>
            <w:col w:w="365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71" w:lineRule="auto" w:before="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 менее важно отметить, что данный курс формируется и преподаётся в соответствии с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принципами культурологичности и культуросообразности, научности содержания и подхода к отбору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информации, соответствия требованиям возрастной педагогики и психологии.</w:t>
      </w:r>
    </w:p>
    <w:p>
      <w:pPr>
        <w:autoSpaceDN w:val="0"/>
        <w:autoSpaceDE w:val="0"/>
        <w:widowControl/>
        <w:spacing w:line="281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процессе изучения курса обучающиеся получают представление о существенных взаимосвязях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между материальной и духовной культурой, обусловленности культурных реалий современного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общества его духовно-нравственным обликом. Изучаются основные компоненты культуры, её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специфические инструменты самопрезентации, исторические и современные особенности духовно-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нравственного развития народов России.</w:t>
      </w:r>
    </w:p>
    <w:p>
      <w:pPr>
        <w:autoSpaceDN w:val="0"/>
        <w:autoSpaceDE w:val="0"/>
        <w:widowControl/>
        <w:spacing w:line="27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Содержание курса направлено на формирование нравственного идеала, гражданской идентичности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личности обучающегося и воспитание патриотических чувств к Родине (осознание себя как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гражданина своего Отечества), формирование исторической памяти.</w:t>
      </w:r>
    </w:p>
    <w:p>
      <w:pPr>
        <w:autoSpaceDN w:val="0"/>
        <w:autoSpaceDE w:val="0"/>
        <w:widowControl/>
        <w:spacing w:line="281" w:lineRule="auto" w:before="72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Материал курса представлен через актуализацию макроуровня (Россия в целом как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многонациональное, поликонфессиональное государство, с едиными для всех законами,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общероссийскими духовно-нравственными и культурными ценностями) на микроуровне (собственная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идентичность, осознанная как часть малой Родины, семьи и семейных традиций, этнической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религиозной истории, к которой принадлежит обучающийся как личность).</w:t>
      </w:r>
    </w:p>
    <w:p>
      <w:pPr>
        <w:autoSpaceDN w:val="0"/>
        <w:autoSpaceDE w:val="0"/>
        <w:widowControl/>
        <w:spacing w:line="271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Принцип культурологичности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в преподавании означает важность культурологического, а не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конфессионального подхода, отсутствие культурной, этнической, религиозной ангажированности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содержании предмета и его смысловых акцентах.</w:t>
      </w:r>
    </w:p>
    <w:p>
      <w:pPr>
        <w:autoSpaceDN w:val="0"/>
        <w:autoSpaceDE w:val="0"/>
        <w:widowControl/>
        <w:spacing w:line="276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Принцип научности подходов и содержания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в преподавании данной дисциплины означает важность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терминологического единства, необходимость освоения основных научных подходов к рассмотрению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культуры и усвоению научной терминологии для понимания культурообразующих элементов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формирования познавательного интереса к этнокультурным и религиозным феноменам.</w:t>
      </w:r>
    </w:p>
    <w:p>
      <w:pPr>
        <w:autoSpaceDN w:val="0"/>
        <w:autoSpaceDE w:val="0"/>
        <w:widowControl/>
        <w:spacing w:line="276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Принцип соответствия требованиям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возрастной педагогики и психологии включает отбор тем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содержания курса согласно приоритетным зонам ближайшего развития, когнитивным способностям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социальным потребностям обучающихся, содержанию гуманитарных и общественно-научных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учебных предметов.</w:t>
      </w:r>
    </w:p>
    <w:p>
      <w:pPr>
        <w:autoSpaceDN w:val="0"/>
        <w:autoSpaceDE w:val="0"/>
        <w:widowControl/>
        <w:spacing w:line="28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Принцип формирования гражданского самосознания и общероссийской гражданской идентичности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обучающихся в процессе изучения курса предметной области ОДНКНР включает осознание важности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наднационального и надконфессионального гражданского единства народов России как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основополагающего элемента в воспитании патриотизма и любви к Родине. Данный принцип должен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быть реализован через поиск объединяющих черт в духовно-нравственной жизни народов России, 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культуре, религии и историческом развитии.</w:t>
      </w:r>
    </w:p>
    <w:p>
      <w:pPr>
        <w:autoSpaceDN w:val="0"/>
        <w:autoSpaceDE w:val="0"/>
        <w:widowControl/>
        <w:spacing w:line="262" w:lineRule="auto" w:before="264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ЦЕЛИ И ЗАДАЧИ ИЗУЧЕНИЯ УЧЕБНОГО КУРСА «ОСНОВЫ ДУХОВНО-НРАВСТВЕННОЙ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КУЛЬТУРЫ НАРОДОВ РОССИИ»</w:t>
      </w:r>
    </w:p>
    <w:p>
      <w:pPr>
        <w:autoSpaceDN w:val="0"/>
        <w:autoSpaceDE w:val="0"/>
        <w:widowControl/>
        <w:spacing w:line="230" w:lineRule="auto" w:before="166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Целями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изучения учебного курса являются:</w:t>
      </w:r>
    </w:p>
    <w:p>
      <w:pPr>
        <w:autoSpaceDN w:val="0"/>
        <w:autoSpaceDE w:val="0"/>
        <w:widowControl/>
        <w:spacing w:line="276" w:lineRule="auto" w:before="178" w:after="0"/>
        <w:ind w:left="42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формирование общероссийской гражданской идентичности обучающихся через изучение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культуры (единого культурного пространства) России в контексте процессов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этноконфессионального согласия и взаимодействия, взаимопроникновения и мирного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сосуществования народов, религий, национальных культур;</w:t>
      </w:r>
    </w:p>
    <w:p>
      <w:pPr>
        <w:autoSpaceDN w:val="0"/>
        <w:autoSpaceDE w:val="0"/>
        <w:widowControl/>
        <w:spacing w:line="271" w:lineRule="auto" w:before="238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создание условий для становления у обучающихся мировоззрения на основе традиционных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российских духовно-нравственных ценностей, ведущих к осознанию своей принадлежности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многонациональному народу Российской Федерации;</w:t>
      </w:r>
    </w:p>
    <w:p>
      <w:pPr>
        <w:autoSpaceDN w:val="0"/>
        <w:autoSpaceDE w:val="0"/>
        <w:widowControl/>
        <w:spacing w:line="230" w:lineRule="auto" w:before="23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формирование и сохранение уважения к ценностям и убеждениям представителей разных</w:t>
      </w:r>
    </w:p>
    <w:p>
      <w:pPr>
        <w:sectPr>
          <w:pgSz w:w="11900" w:h="16840"/>
          <w:pgMar w:top="298" w:right="654" w:bottom="398" w:left="666" w:header="720" w:footer="720" w:gutter="0"/>
          <w:cols w:space="720" w:num="1" w:equalWidth="0">
            <w:col w:w="10580" w:space="0"/>
            <w:col w:w="10584" w:space="0"/>
            <w:col w:w="9584" w:space="0"/>
            <w:col w:w="5934" w:space="0"/>
            <w:col w:w="365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национальностей и вероисповеданий, а также способности к диалогу с представителями других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культур и мировоззрений;</w:t>
      </w:r>
    </w:p>
    <w:p>
      <w:pPr>
        <w:autoSpaceDN w:val="0"/>
        <w:autoSpaceDE w:val="0"/>
        <w:widowControl/>
        <w:spacing w:line="262" w:lineRule="auto" w:before="238" w:after="0"/>
        <w:ind w:left="420" w:right="129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идентификация собственной личности как полноправного субъекта культурного,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исторического и цивилизационного развития страны.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Цели курса определяют следующие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задачи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:</w:t>
      </w:r>
    </w:p>
    <w:p>
      <w:pPr>
        <w:autoSpaceDN w:val="0"/>
        <w:autoSpaceDE w:val="0"/>
        <w:widowControl/>
        <w:spacing w:line="262" w:lineRule="auto" w:before="178" w:after="0"/>
        <w:ind w:left="42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овладение предметными компетенциями, имеющими преимущественное значение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формирования гражданской идентичности обучающегося;</w:t>
      </w:r>
    </w:p>
    <w:p>
      <w:pPr>
        <w:autoSpaceDN w:val="0"/>
        <w:autoSpaceDE w:val="0"/>
        <w:widowControl/>
        <w:spacing w:line="262" w:lineRule="auto" w:before="238" w:after="0"/>
        <w:ind w:left="42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приобретение и усвоение знаний о нормах общественной морали и нравственности как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основополагающих элементах духовной культуры современного общества;</w:t>
      </w:r>
    </w:p>
    <w:p>
      <w:pPr>
        <w:autoSpaceDN w:val="0"/>
        <w:autoSpaceDE w:val="0"/>
        <w:widowControl/>
        <w:spacing w:line="271" w:lineRule="auto" w:before="24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развитие представлений о значении духовно-нравственных ценностей и нравственных норм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для достойной жизни личности, семьи, общества, ответственного отношения к будущему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отцовству и материнству;</w:t>
      </w:r>
    </w:p>
    <w:p>
      <w:pPr>
        <w:autoSpaceDN w:val="0"/>
        <w:autoSpaceDE w:val="0"/>
        <w:widowControl/>
        <w:spacing w:line="271" w:lineRule="auto" w:before="238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становление компетенций межкультурного взаимодействия как способности и готовности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вести межличностный, межкультурный, межконфессиональный диалог при осознании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сохранении собственной культурной идентичности;</w:t>
      </w:r>
    </w:p>
    <w:p>
      <w:pPr>
        <w:autoSpaceDN w:val="0"/>
        <w:autoSpaceDE w:val="0"/>
        <w:widowControl/>
        <w:spacing w:line="271" w:lineRule="auto" w:before="238" w:after="0"/>
        <w:ind w:left="42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формирование основ научного мышления обучающихся через систематизацию знаний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представлений, полученных на уроках литературы, истории, изобразительного искусства,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музыки;</w:t>
      </w:r>
    </w:p>
    <w:p>
      <w:pPr>
        <w:autoSpaceDN w:val="0"/>
        <w:autoSpaceDE w:val="0"/>
        <w:widowControl/>
        <w:spacing w:line="262" w:lineRule="auto" w:before="238" w:after="0"/>
        <w:ind w:left="42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обучение рефлексии собственного поведения и оценке поведения окружающих через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развитие навыков обоснованных нравственных суждений, оценок и выводов;</w:t>
      </w:r>
    </w:p>
    <w:p>
      <w:pPr>
        <w:autoSpaceDN w:val="0"/>
        <w:autoSpaceDE w:val="0"/>
        <w:widowControl/>
        <w:spacing w:line="262" w:lineRule="auto" w:before="238" w:after="0"/>
        <w:ind w:left="42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воспитание уважительного и бережного отношения к историческому, религиозному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культурному наследию народов России;</w:t>
      </w:r>
    </w:p>
    <w:p>
      <w:pPr>
        <w:autoSpaceDN w:val="0"/>
        <w:autoSpaceDE w:val="0"/>
        <w:widowControl/>
        <w:spacing w:line="262" w:lineRule="auto" w:before="238" w:after="0"/>
        <w:ind w:left="42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содействие осознанному формированию мировоззренческих ориентиров, основанных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приоритете традиционных российских духовно-нравственных ценностей;</w:t>
      </w:r>
    </w:p>
    <w:p>
      <w:pPr>
        <w:autoSpaceDN w:val="0"/>
        <w:autoSpaceDE w:val="0"/>
        <w:widowControl/>
        <w:spacing w:line="271" w:lineRule="auto" w:before="238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формирование патриотизма как формы гражданского самосознания через понимание роли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личности в истории и культуре, осознание важности социального взаимодействия, гражданской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идентичности для процветания общества в целом.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8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Изучение курса «Основы духовно-нравственной культуры народов России» вносит значительный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вклад в достижение главных целей основного общего образования, способствуя:</w:t>
      </w:r>
    </w:p>
    <w:p>
      <w:pPr>
        <w:autoSpaceDN w:val="0"/>
        <w:autoSpaceDE w:val="0"/>
        <w:widowControl/>
        <w:spacing w:line="276" w:lineRule="auto" w:before="178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расширению и систематизации знаний и представлений школьников о культуре и духовных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традициях народов России, о нравственных ценностях, полученных при изучении основ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религиозной культуры и светской этики, окружающего мира, литературного чтения и других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предметов начальной школы;</w:t>
      </w:r>
    </w:p>
    <w:p>
      <w:pPr>
        <w:autoSpaceDN w:val="0"/>
        <w:autoSpaceDE w:val="0"/>
        <w:widowControl/>
        <w:spacing w:line="262" w:lineRule="auto" w:before="23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углублению представлений о светской этике, религиозной культуре народов России, их роли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 развитии современного общества;</w:t>
      </w:r>
    </w:p>
    <w:p>
      <w:pPr>
        <w:autoSpaceDN w:val="0"/>
        <w:autoSpaceDE w:val="0"/>
        <w:widowControl/>
        <w:spacing w:line="271" w:lineRule="auto" w:before="23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формированию основ морали и нравственности, воплощённых в семейных, этнокультурных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религиозных ценностях, ориентированных на соизмерение своих поступков с нравственными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идеалами, на осознание своих обязанностей перед обществом и государством;</w:t>
      </w:r>
    </w:p>
    <w:p>
      <w:pPr>
        <w:autoSpaceDN w:val="0"/>
        <w:autoSpaceDE w:val="0"/>
        <w:widowControl/>
        <w:spacing w:line="230" w:lineRule="auto" w:before="23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воспитанию патриотизма; уважения к истории, языку, культурным и религиозным традициям</w:t>
      </w:r>
    </w:p>
    <w:p>
      <w:pPr>
        <w:sectPr>
          <w:pgSz w:w="11900" w:h="16840"/>
          <w:pgMar w:top="286" w:right="762" w:bottom="392" w:left="666" w:header="720" w:footer="720" w:gutter="0"/>
          <w:cols w:space="720" w:num="1" w:equalWidth="0">
            <w:col w:w="10472" w:space="0"/>
            <w:col w:w="10580" w:space="0"/>
            <w:col w:w="10584" w:space="0"/>
            <w:col w:w="9584" w:space="0"/>
            <w:col w:w="5934" w:space="0"/>
            <w:col w:w="365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71" w:lineRule="auto" w:before="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своего народа и других народов России, толерантному отношению к людям другой культуры,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умению принимать и ценить ценности других культур, находить в них общее и особенное, черты,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способствующие взаимному обогащению культур;</w:t>
      </w:r>
    </w:p>
    <w:p>
      <w:pPr>
        <w:autoSpaceDN w:val="0"/>
        <w:autoSpaceDE w:val="0"/>
        <w:widowControl/>
        <w:spacing w:line="262" w:lineRule="auto" w:before="238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пробуждению интереса к культуре других народов, проявлению уважения, способности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сотрудничеству, взаимодействию на основе поиска общих культурных стратегий и идеалов;</w:t>
      </w:r>
    </w:p>
    <w:p>
      <w:pPr>
        <w:autoSpaceDN w:val="0"/>
        <w:autoSpaceDE w:val="0"/>
        <w:widowControl/>
        <w:spacing w:line="271" w:lineRule="auto" w:before="23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осознанию приоритетной значимости духовно-нравственных ценностей, проявляющейся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преобладании этических, интеллектуальных, альтруистических мотивов над потребительскими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эгоистическими;</w:t>
      </w:r>
    </w:p>
    <w:p>
      <w:pPr>
        <w:autoSpaceDN w:val="0"/>
        <w:autoSpaceDE w:val="0"/>
        <w:widowControl/>
        <w:spacing w:line="262" w:lineRule="auto" w:before="24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раскрытию природы духовно-нравственных ценностей российского общества, объединяющих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светскость и духовность;</w:t>
      </w:r>
    </w:p>
    <w:p>
      <w:pPr>
        <w:autoSpaceDN w:val="0"/>
        <w:autoSpaceDE w:val="0"/>
        <w:widowControl/>
        <w:spacing w:line="271" w:lineRule="auto" w:before="24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формирование ответственного отношения к учению и труду, готовности и способности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обучающихся к саморазвитию и самообразованию на основе мотивации к обучению и познанию,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осознанному выбору ценностных ориентаций, способствующих развитию общества в целом;</w:t>
      </w:r>
    </w:p>
    <w:p>
      <w:pPr>
        <w:autoSpaceDN w:val="0"/>
        <w:autoSpaceDE w:val="0"/>
        <w:widowControl/>
        <w:spacing w:line="281" w:lineRule="auto" w:before="238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получению научных представлений о культуре и её функциях, особенностях взаимодействия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 социальными институтами, а, следовательно, способности их применять в анализе и изучении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социально-культурных явлений в истории и культуре России и современном обществе, давать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нравственные оценки поступков и событий на основе осознания главенствующей роли духовно-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нравственных ценностей в социальных и культурно-исторических процессах;</w:t>
      </w:r>
    </w:p>
    <w:p>
      <w:pPr>
        <w:autoSpaceDN w:val="0"/>
        <w:autoSpaceDE w:val="0"/>
        <w:widowControl/>
        <w:spacing w:line="271" w:lineRule="auto" w:before="238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развитию информационной культуры школьников, компетенций в отборе, использовании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структурировании информации, а также возможностей для активной самостоятельной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познавательной деятельности.</w:t>
      </w:r>
    </w:p>
    <w:p>
      <w:pPr>
        <w:autoSpaceDN w:val="0"/>
        <w:autoSpaceDE w:val="0"/>
        <w:widowControl/>
        <w:spacing w:line="262" w:lineRule="auto" w:before="322" w:after="0"/>
        <w:ind w:left="0" w:right="1008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МЕСТО УЧЕБНОГО КУРСА «ОСНОВЫ ДУХОВНО-НРАВСТВЕННОЙ КУЛЬТУРЫ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НАРОДОВ РОССИИ» В УЧЕБНОМ ПЛАНЕ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66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Учебный курс "Основы духовно-нравственной культуры народов России" изучается в 5 классе не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менее одного часа в неделе, общий объем составляет 34 часа.</w:t>
      </w:r>
    </w:p>
    <w:p>
      <w:pPr>
        <w:sectPr>
          <w:pgSz w:w="11900" w:h="16840"/>
          <w:pgMar w:top="286" w:right="736" w:bottom="1440" w:left="666" w:header="720" w:footer="720" w:gutter="0"/>
          <w:cols w:space="720" w:num="1" w:equalWidth="0">
            <w:col w:w="10498" w:space="0"/>
            <w:col w:w="10472" w:space="0"/>
            <w:col w:w="10580" w:space="0"/>
            <w:col w:w="10584" w:space="0"/>
            <w:col w:w="9584" w:space="0"/>
            <w:col w:w="5934" w:space="0"/>
            <w:col w:w="365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СОДЕРЖАНИЕ УЧЕБНОГО КУРСА</w:t>
      </w:r>
    </w:p>
    <w:p>
      <w:pPr>
        <w:autoSpaceDN w:val="0"/>
        <w:autoSpaceDE w:val="0"/>
        <w:widowControl/>
        <w:spacing w:line="230" w:lineRule="auto" w:before="346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Тематический блок 1.</w:t>
      </w:r>
    </w:p>
    <w:p>
      <w:pPr>
        <w:autoSpaceDN w:val="0"/>
        <w:autoSpaceDE w:val="0"/>
        <w:widowControl/>
        <w:spacing w:line="262" w:lineRule="auto" w:before="70" w:after="0"/>
        <w:ind w:left="180" w:right="129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«Россия — наш общий дом»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Тема 1. Зачем изучать курс «Основы духовно-нравственной культуры народов России»?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Формирование и закрепление гражданского единства. Родина и Отечество. Традиционные ценности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ролевые модели. Традиционная семья. Всеобщий характер морали и нравственности. Русский язык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единое культурное пространство. Риски и угрозы духовно-нравственной культуры народов России.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Тема 2. Наш дом — Россия.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Россия — многонациональная страна. Многонациональный народ Российской Федерации. Россия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как общий дом. Дружба народов.</w:t>
      </w:r>
    </w:p>
    <w:p>
      <w:pPr>
        <w:autoSpaceDN w:val="0"/>
        <w:autoSpaceDE w:val="0"/>
        <w:widowControl/>
        <w:spacing w:line="230" w:lineRule="auto" w:before="72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Тема 3. Язык и история.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Что такое язык? Как в языке народа отражается его история? Язык как инструмент культуры.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Важность коммуникации между людьми. Языки народов мира, их взаимосвязь.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Тема 4. Русский язык — язык общения и язык возможностей.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Русский язык — основа российской культуры. Как складывался русский язык: вклад народов России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 его развитие. Русский язык как культурообразующий проект и язык межнационального общения.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00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Важность общего языка для всех народов России. Возможности, которые даёт русский язык.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Тема 5. Истоки родной культуры.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Что такое культура. Культура и природа. Роль культуры в жизни общества. Многообразие культур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его причины. Единство культурного пространства России.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Тема 6. Материальная культура.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Материальная культура: архитектура, одежда, пища, транспорт, техника. Связь между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материальной культурой и духовно-нравственными ценностями общества.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Тема 7. Духовная культура.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Духовно-нравственная культура. Искусство, наука, духовность. Мораль, нравственность, ценности.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Художественное осмысление мира. Символ и знак. Духовная культура как реализация ценностей.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Тема 8. Культура и религия.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Религия и культура. Что такое религия, её роль в жизни общества и человека.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Государствообразующие религии России. Единство ценностей в религиях России.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Тема 9. Культура и образование.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2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Зачем нужно учиться? Культура как способ получения нужных знаний. Образование как ключ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социализации и духовно-нравственному развитию человека.</w:t>
      </w:r>
    </w:p>
    <w:p>
      <w:pPr>
        <w:autoSpaceDN w:val="0"/>
        <w:autoSpaceDE w:val="0"/>
        <w:widowControl/>
        <w:spacing w:line="230" w:lineRule="auto" w:before="72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Тема 10. Многообразие культур России (практическое занятие).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Единство культур народов России. Что значит быть культурным человеком? Знание о культуре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народов России.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Тематический блок 2.</w:t>
      </w:r>
    </w:p>
    <w:p>
      <w:pPr>
        <w:autoSpaceDN w:val="0"/>
        <w:autoSpaceDE w:val="0"/>
        <w:widowControl/>
        <w:spacing w:line="262" w:lineRule="auto" w:before="70" w:after="0"/>
        <w:ind w:left="180" w:right="5184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«Семья и духовно-нравственные ценности»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Тема 11. Семья — хранитель духовных ценностей.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Семья — базовый элемент общества. Семейные ценности, традиции и культура. Помощь сиротам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как духовно-нравственный долг человека.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Тема 12. Родина начинается с семьи.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История семьи как часть истории народа, государства, человечества. Как связаны Родина и семья?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Что такое Родина и Отечество?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Тема 13. Традиции семейного воспитания в России.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Семейные традиции народов России. Межнациональные семьи. Семейное воспитание как</w:t>
      </w:r>
    </w:p>
    <w:p>
      <w:pPr>
        <w:sectPr>
          <w:pgSz w:w="11900" w:h="16840"/>
          <w:pgMar w:top="298" w:right="650" w:bottom="398" w:left="666" w:header="720" w:footer="720" w:gutter="0"/>
          <w:cols w:space="720" w:num="1" w:equalWidth="0">
            <w:col w:w="10584" w:space="0"/>
            <w:col w:w="10498" w:space="0"/>
            <w:col w:w="10472" w:space="0"/>
            <w:col w:w="10580" w:space="0"/>
            <w:col w:w="10584" w:space="0"/>
            <w:col w:w="9584" w:space="0"/>
            <w:col w:w="5934" w:space="0"/>
            <w:col w:w="365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трансляция ценностей.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Тема 14. Образ семьи в культуре народов России.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Произведения устного поэтического творчества (сказки, поговорки и т.д.) о семье и семейных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обязанностях. Семья в литературе и произведениях разных видов искусства.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Тема 15. Труд в истории семьи.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Социальные роли в истории семьи. Роль домашнего труда. Роль нравственных норм в благополучии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семьи.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Тема 16. Семья в современном мире (практическое занятие).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Рассказ о своей семье (с использованием фотографий, книг, писем и др.). Семейное древо.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Семейные традиции.</w:t>
      </w:r>
    </w:p>
    <w:p>
      <w:pPr>
        <w:autoSpaceDN w:val="0"/>
        <w:autoSpaceDE w:val="0"/>
        <w:widowControl/>
        <w:spacing w:line="230" w:lineRule="auto" w:before="192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Тематический блок 3.</w:t>
      </w:r>
    </w:p>
    <w:p>
      <w:pPr>
        <w:autoSpaceDN w:val="0"/>
        <w:autoSpaceDE w:val="0"/>
        <w:widowControl/>
        <w:spacing w:line="262" w:lineRule="auto" w:before="72" w:after="0"/>
        <w:ind w:left="180" w:right="5328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«Духовно-нравственное богатство личности»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Тема 17. Личность — общество — культура.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86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Что делает человека человеком? Почему человек не может жить вне общества. Связь между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обществом и культурой как реализация духовно-нравственных ценностей.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Тема 18. Духовный мир человека. Человек — творец культуры.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Культура как духовный мир человека. Мораль. Нравственность. Патриотизм. Реализация ценностей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культуре. Творчество: что это такое? Границы творчества. Традиции и новации в культуре. Границы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культур. Созидательный труд. Важность труда как творческой деятельности, как реализации.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Тема 19. Личность и духовно-нравственные ценности.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Мораль и нравственность в жизни человека. Взаимопомощь, сострадание, милосердие, любовь,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дружба, коллективизм, патриотизм, любовь к близким.</w:t>
      </w:r>
    </w:p>
    <w:p>
      <w:pPr>
        <w:autoSpaceDN w:val="0"/>
        <w:autoSpaceDE w:val="0"/>
        <w:widowControl/>
        <w:spacing w:line="262" w:lineRule="auto" w:before="190" w:after="0"/>
        <w:ind w:left="180" w:right="3312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Тематический блок 4. «Культурное единство России»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Тема 20. Историческая память как духовно-нравственная ценность.</w:t>
      </w:r>
    </w:p>
    <w:p>
      <w:pPr>
        <w:autoSpaceDN w:val="0"/>
        <w:autoSpaceDE w:val="0"/>
        <w:widowControl/>
        <w:spacing w:line="27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Что такое история и почему она важна? История семьи — часть истории народа, государства,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человечества. Важность исторической памяти, недопустимость её фальсификации. Преемственность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поколений.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Тема 21. Литература как язык культуры.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Литература как художественное осмысление действительности. От сказки к роману. Зачем нужны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литературные произведения? Внутренний мир человека и его духовность.</w:t>
      </w:r>
    </w:p>
    <w:p>
      <w:pPr>
        <w:autoSpaceDN w:val="0"/>
        <w:autoSpaceDE w:val="0"/>
        <w:widowControl/>
        <w:spacing w:line="230" w:lineRule="auto" w:before="72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Тема 22. Взаимовлияние культур.</w:t>
      </w:r>
    </w:p>
    <w:p>
      <w:pPr>
        <w:autoSpaceDN w:val="0"/>
        <w:autoSpaceDE w:val="0"/>
        <w:widowControl/>
        <w:spacing w:line="271" w:lineRule="auto" w:before="72" w:after="0"/>
        <w:ind w:left="0" w:right="432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Взаимодействие культур. Межпоколенная и межкультурная трансляция. Обмен ценностными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установками и идеями. Примеры межкультурной коммуникации как способ формирования общих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духовно-нравственных ценностей.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Тема 23. Духовно-нравственные ценности российского народа.</w:t>
      </w:r>
    </w:p>
    <w:p>
      <w:pPr>
        <w:autoSpaceDN w:val="0"/>
        <w:autoSpaceDE w:val="0"/>
        <w:widowControl/>
        <w:spacing w:line="28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Жизнь, достоинство, права и свободы человека, патриотизм, гражданственность, служение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Отечеству и ответственность за его судьбу, высокие нравственные идеалы, крепкая семья,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созидательный труд, приоритет духовного над материальным, гуманизм, милосердие,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справедливость, коллективизм, взаимопомощь, историческая память и преемственность поколений,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единство народов России.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Тема 24. Регионы России: культурное многообразие.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Исторические и социальные причины культурного разнообразия. Каждый регион уникален. Малая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Родина — часть общего Отечества.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Тема 25. Праздники в культуре народов России.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86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Что такое праздник? Почему праздники важны. Праздничные традиции в России. Народные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праздники как память культуры, как воплощение духовно-нравственных идеалов.</w:t>
      </w:r>
    </w:p>
    <w:p>
      <w:pPr>
        <w:sectPr>
          <w:pgSz w:w="11900" w:h="16840"/>
          <w:pgMar w:top="286" w:right="688" w:bottom="318" w:left="666" w:header="720" w:footer="720" w:gutter="0"/>
          <w:cols w:space="720" w:num="1" w:equalWidth="0">
            <w:col w:w="10546" w:space="0"/>
            <w:col w:w="10584" w:space="0"/>
            <w:col w:w="10498" w:space="0"/>
            <w:col w:w="10472" w:space="0"/>
            <w:col w:w="10580" w:space="0"/>
            <w:col w:w="10584" w:space="0"/>
            <w:col w:w="9584" w:space="0"/>
            <w:col w:w="5934" w:space="0"/>
            <w:col w:w="365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Тема 26. Памятники архитектуры в культуре народов России.</w:t>
      </w:r>
    </w:p>
    <w:p>
      <w:pPr>
        <w:autoSpaceDN w:val="0"/>
        <w:autoSpaceDE w:val="0"/>
        <w:widowControl/>
        <w:spacing w:line="27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Памятники как часть культуры: исторические, художественные, архитектурные. Культура как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память. Музеи. Храмы. Дворцы. Исторические здания как свидетели истории. Архитектура и духовно-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нравственные ценности народов России.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Тема 27. Музыкальная культура народов России.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Музыка. Музыкальные произведения. Музыка как форма выражения эмоциональных связей между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людьми. Народные инструменты. История народа в его музыке и инструментах.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Тема 28. Изобразительное искусство народов России.</w:t>
      </w:r>
    </w:p>
    <w:p>
      <w:pPr>
        <w:autoSpaceDN w:val="0"/>
        <w:autoSpaceDE w:val="0"/>
        <w:widowControl/>
        <w:spacing w:line="27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Художественная реальность. Скульптура: от религиозных сюжетов к современному искусству.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Храмовые росписи и фольклорные орнаменты. Живопись, графика. Выдающиеся художники разных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народов России.</w:t>
      </w:r>
    </w:p>
    <w:p>
      <w:pPr>
        <w:autoSpaceDN w:val="0"/>
        <w:autoSpaceDE w:val="0"/>
        <w:widowControl/>
        <w:spacing w:line="230" w:lineRule="auto" w:before="72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Тема 29. Фольклор и литература народов России.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Пословицы и поговорки. Эпос и сказка. Фольклор как отражение истории народа и его ценностей,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морали и нравственности. Национальная литература. Богатство культуры народа в его литературе.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Тема 30. Бытовые традиции народов России: пища, одежда, дом (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практическое занятие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).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Рассказ о бытовых традициях своей семьи, народа, региона. Доклад с использованием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разнообразного зрительного ряда и других источников.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Тема 31. Культурная карта России (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практическое занятие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).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География культур России. Россия как культурная карта. Описание регионов в соответствии с 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особенностями.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Тема 32. Единство страны — залог будущего России.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Россия — единая страна. Русский мир. Общая история, сходство культурных традиций, единые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духовно-нравственные ценности народов России.</w:t>
      </w:r>
    </w:p>
    <w:p>
      <w:pPr>
        <w:sectPr>
          <w:pgSz w:w="11900" w:h="16840"/>
          <w:pgMar w:top="286" w:right="644" w:bottom="1440" w:left="666" w:header="720" w:footer="720" w:gutter="0"/>
          <w:cols w:space="720" w:num="1" w:equalWidth="0">
            <w:col w:w="10590" w:space="0"/>
            <w:col w:w="10546" w:space="0"/>
            <w:col w:w="10584" w:space="0"/>
            <w:col w:w="10498" w:space="0"/>
            <w:col w:w="10472" w:space="0"/>
            <w:col w:w="10580" w:space="0"/>
            <w:col w:w="10584" w:space="0"/>
            <w:col w:w="9584" w:space="0"/>
            <w:col w:w="5934" w:space="0"/>
            <w:col w:w="365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ПЛАНИРУЕМЫЕ ОБРАЗОВАТЕЛЬНЫЕ РЕЗУЛЬТАТЫ</w:t>
      </w:r>
    </w:p>
    <w:p>
      <w:pPr>
        <w:autoSpaceDN w:val="0"/>
        <w:autoSpaceDE w:val="0"/>
        <w:widowControl/>
        <w:spacing w:line="23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Личностные результаты</w:t>
      </w:r>
    </w:p>
    <w:p>
      <w:pPr>
        <w:autoSpaceDN w:val="0"/>
        <w:autoSpaceDE w:val="0"/>
        <w:widowControl/>
        <w:spacing w:line="271" w:lineRule="auto" w:before="166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Планируемые результаты освоения курса представляют собой систему ведущих целевых установок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ожидаемых результатов освоения всех компонентов, составляющих содержательную основу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образовательной программы.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00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Личностные результаты освоения курса достигаются в единстве учебной и воспитательной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деятельности.</w:t>
      </w:r>
    </w:p>
    <w:p>
      <w:pPr>
        <w:autoSpaceDN w:val="0"/>
        <w:autoSpaceDE w:val="0"/>
        <w:widowControl/>
        <w:spacing w:line="281" w:lineRule="auto" w:before="70" w:after="0"/>
        <w:ind w:left="0" w:right="864" w:firstLine="18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Личностные результаты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освоения курса включают осознание российской гражданской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идентичности; готовность обучающихся к саморазвитию, самостоятельности и личностному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самоопределению; ценность самостоятельности и инициативы; наличие мотивации к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целенаправленной социально значимой деятельности; сформированность внутренней позиции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личности как особого ценностного отношения к себе, окружающим людям и жизни в целом.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7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1. Патриотическое воспитание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Самоопределение (личностное, профессиональное, жизненное): сформированность российской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гражданской идентичности: патриотизма, уважения к Отечеству, прошлому и настоящему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многонационального народа России через представления об исторической роли культур народов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России, традиционных религий, духовно-нравственных ценностей в становлении российской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государственности.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2. Гражданское воспитание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Осознанность своей гражданской идентичности через знание истории, языка, культуры своего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народа, своего края, основ культурного наследия народов России и человечества и знание основных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норм морали, нравственных и духовных идеалов, хранимых в культурных традициях народов России,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готовность на их основе к сознательному самоограничению в поступках, поведении, расточительном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потребительстве; сформированность понимания и принятия гуманистических, демократических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традиционных ценностей многонационального российского общества с помощью воспитания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способности к духовному развитию, нравственному самосовершенствованию; воспитание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веротерпимости, уважительного отношения к религиозным чувствам, взглядам людей или 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отсутствию.</w:t>
      </w:r>
    </w:p>
    <w:p>
      <w:pPr>
        <w:autoSpaceDN w:val="0"/>
        <w:tabs>
          <w:tab w:pos="180" w:val="left"/>
        </w:tabs>
        <w:autoSpaceDE w:val="0"/>
        <w:widowControl/>
        <w:spacing w:line="278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3. Ценности познавательной деятельности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Сформированность целостного мировоззрения, соответствующего современному уровню развития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науки и общественной практики, учитывающего социальное, культурное, языковое, духовное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многообразие современного мира.</w:t>
      </w:r>
    </w:p>
    <w:p>
      <w:pPr>
        <w:autoSpaceDN w:val="0"/>
        <w:autoSpaceDE w:val="0"/>
        <w:widowControl/>
        <w:spacing w:line="281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/>
          <w:i/>
          <w:color w:val="000000"/>
          <w:sz w:val="24"/>
        </w:rPr>
        <w:t>Смыслообразование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: сформированность ответственного отношения к учению, готовности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способности обучающихся к саморазвитию и самообразованию на основе мотивации к обучению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познанию через развитие способностей к духовному развитию, нравственному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самосовершенствованию; воспитание веротерпимости, уважительного отношения к религиозным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чувствам, взглядам людей или их отсутствию.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4. Духовно-нравственное воспитание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Сформированность осознанного, уважительного и доброжелательного отношения к другому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человеку, его мнению, мировоззрению, культуре, языку, вере, гражданской позиции, к истории,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культуре, религии, традициям, языкам, ценностям народов родного края, России и народов мира;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освоение социальных норм, правил поведения, ролей и форм социальной жизни в группах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сообществах, включая взрослые и социальные сообщества;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сформированность нравственной рефлексии и компетентности в решении моральных проблем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основе личностного выбора, нравственных чувств и нравственного поведения, осознанного и</w:t>
      </w:r>
    </w:p>
    <w:p>
      <w:pPr>
        <w:sectPr>
          <w:pgSz w:w="11900" w:h="16840"/>
          <w:pgMar w:top="298" w:right="650" w:bottom="410" w:left="666" w:header="720" w:footer="720" w:gutter="0"/>
          <w:cols w:space="720" w:num="1" w:equalWidth="0">
            <w:col w:w="10584" w:space="0"/>
            <w:col w:w="10590" w:space="0"/>
            <w:col w:w="10546" w:space="0"/>
            <w:col w:w="10584" w:space="0"/>
            <w:col w:w="10498" w:space="0"/>
            <w:col w:w="10472" w:space="0"/>
            <w:col w:w="10580" w:space="0"/>
            <w:col w:w="10584" w:space="0"/>
            <w:col w:w="9584" w:space="0"/>
            <w:col w:w="5934" w:space="0"/>
            <w:col w:w="365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1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ответственного отношения к собственным поступкам;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осознание значения семьи в жизни человека и общества; принятие ценности семейной жизни;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уважительное и заботливое отношение к членам своей семьи через знание основных норм морали,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нравственных, духовных идеалов, хранимых в культурных традициях народов России; готовность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их основе к сознательному самоограничению в поступках, поведении, расточительном потреблении.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Метапредметные результаты</w:t>
      </w:r>
    </w:p>
    <w:p>
      <w:pPr>
        <w:autoSpaceDN w:val="0"/>
        <w:autoSpaceDE w:val="0"/>
        <w:widowControl/>
        <w:spacing w:line="286" w:lineRule="auto" w:before="166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Метапредметные результаты освоения курса включают освоение обучающимися межпредметных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понятий (используются в нескольких предметных областях) и универсальные учебные действия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(познавательные, коммуникативные, регулятивные); способность их использовать в учебной,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познавательной и социальной практике; готовность к самостоятельному планированию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осуществлению учебной деятельности и организации учебного сотрудничества с педагогом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сверстниками, к участию в построении индивидуальной образовательной траектории; овладение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навыками работы с информацией: восприятие и создание информационных текстов в различных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форматах, в том числе цифровых, с учётом назначения информации и её аудитории.</w:t>
      </w:r>
    </w:p>
    <w:p>
      <w:pPr>
        <w:autoSpaceDN w:val="0"/>
        <w:autoSpaceDE w:val="0"/>
        <w:widowControl/>
        <w:spacing w:line="262" w:lineRule="auto" w:before="70" w:after="0"/>
        <w:ind w:left="180" w:right="3888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1. Познавательные универсальные учебные действия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Познавательные универсальные учебные действия включают:</w:t>
      </w:r>
    </w:p>
    <w:p>
      <w:pPr>
        <w:autoSpaceDN w:val="0"/>
        <w:autoSpaceDE w:val="0"/>
        <w:widowControl/>
        <w:spacing w:line="276" w:lineRule="auto" w:before="178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умение определять понятия, создавать обобщения, устанавливать аналогии,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классифицировать, самостоятельно выбирать основания и критерии для классификации,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устанавливать причинно-следственные связи, строить логическое рассуждение, умозаключение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(индуктивное, дедуктивное, по аналогии) и делать выводы (логические УУД);</w:t>
      </w:r>
    </w:p>
    <w:p>
      <w:pPr>
        <w:autoSpaceDN w:val="0"/>
        <w:autoSpaceDE w:val="0"/>
        <w:widowControl/>
        <w:spacing w:line="262" w:lineRule="auto" w:before="238" w:after="0"/>
        <w:ind w:left="42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умение создавать, применять и преобразовывать знаки и символы, модели и схемы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решения учебных и познавательных задач (знаково- символические / моделирование);</w:t>
      </w:r>
    </w:p>
    <w:p>
      <w:pPr>
        <w:autoSpaceDN w:val="0"/>
        <w:autoSpaceDE w:val="0"/>
        <w:widowControl/>
        <w:spacing w:line="230" w:lineRule="auto" w:before="23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смысловое чтение;</w:t>
      </w:r>
    </w:p>
    <w:p>
      <w:pPr>
        <w:autoSpaceDN w:val="0"/>
        <w:autoSpaceDE w:val="0"/>
        <w:widowControl/>
        <w:spacing w:line="262" w:lineRule="auto" w:before="238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развитие мотивации к овладению культурой активного использования словарей и других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поисковых систем.</w:t>
      </w:r>
    </w:p>
    <w:p>
      <w:pPr>
        <w:autoSpaceDN w:val="0"/>
        <w:autoSpaceDE w:val="0"/>
        <w:widowControl/>
        <w:spacing w:line="262" w:lineRule="auto" w:before="178" w:after="0"/>
        <w:ind w:left="180" w:right="360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2. Коммуникативные универсальные учебные действия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Коммуникативные универсальные учебные действия включают:</w:t>
      </w:r>
    </w:p>
    <w:p>
      <w:pPr>
        <w:autoSpaceDN w:val="0"/>
        <w:autoSpaceDE w:val="0"/>
        <w:widowControl/>
        <w:spacing w:line="278" w:lineRule="auto" w:before="17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умение организовывать учебное сотрудничество и совместную деятельность с учителем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сверстниками; работать индивидуально и в группе: находить общее решение и разрешать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конфликты на основе согласования позиций и учёта интересов; формулировать, аргументировать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 отстаивать своё мнение (учебное сотрудничество);</w:t>
      </w:r>
    </w:p>
    <w:p>
      <w:pPr>
        <w:autoSpaceDN w:val="0"/>
        <w:autoSpaceDE w:val="0"/>
        <w:widowControl/>
        <w:spacing w:line="276" w:lineRule="auto" w:before="23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умение осознанно использовать речевые средства в соответствии с задачей коммуникации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выражения своих чувств, мыслей и потребностей для планирования и регуляции своей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деятельности; владение устной и письменной речью, монологической контекстной речью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(коммуникация);</w:t>
      </w:r>
    </w:p>
    <w:p>
      <w:pPr>
        <w:autoSpaceDN w:val="0"/>
        <w:autoSpaceDE w:val="0"/>
        <w:widowControl/>
        <w:spacing w:line="262" w:lineRule="auto" w:before="238" w:after="0"/>
        <w:ind w:left="42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формирование и развитие компетентности в области использования информационно-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коммуникационных технологий (ИКТ-компетентность).</w:t>
      </w:r>
    </w:p>
    <w:p>
      <w:pPr>
        <w:autoSpaceDN w:val="0"/>
        <w:autoSpaceDE w:val="0"/>
        <w:widowControl/>
        <w:spacing w:line="262" w:lineRule="auto" w:before="178" w:after="0"/>
        <w:ind w:left="180" w:right="4176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3. Регулятивные универсальные учебные действия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Регулятивные универсальные учебные действия включают:</w:t>
      </w:r>
    </w:p>
    <w:p>
      <w:pPr>
        <w:autoSpaceDN w:val="0"/>
        <w:autoSpaceDE w:val="0"/>
        <w:widowControl/>
        <w:spacing w:line="262" w:lineRule="auto" w:before="178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умение самостоятельно определять цели обучения, ставить и формулировать для себя новые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задачи в учёбе и познавательной деятельности, развивать мотивы и интересы своей</w:t>
      </w:r>
    </w:p>
    <w:p>
      <w:pPr>
        <w:sectPr>
          <w:pgSz w:w="11900" w:h="16840"/>
          <w:pgMar w:top="286" w:right="716" w:bottom="444" w:left="666" w:header="720" w:footer="720" w:gutter="0"/>
          <w:cols w:space="720" w:num="1" w:equalWidth="0">
            <w:col w:w="10518" w:space="0"/>
            <w:col w:w="10584" w:space="0"/>
            <w:col w:w="10590" w:space="0"/>
            <w:col w:w="10546" w:space="0"/>
            <w:col w:w="10584" w:space="0"/>
            <w:col w:w="10498" w:space="0"/>
            <w:col w:w="10472" w:space="0"/>
            <w:col w:w="10580" w:space="0"/>
            <w:col w:w="10584" w:space="0"/>
            <w:col w:w="9584" w:space="0"/>
            <w:col w:w="5934" w:space="0"/>
            <w:col w:w="365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познавательной деятельности (целеполагание);</w:t>
      </w:r>
    </w:p>
    <w:p>
      <w:pPr>
        <w:autoSpaceDN w:val="0"/>
        <w:autoSpaceDE w:val="0"/>
        <w:widowControl/>
        <w:spacing w:line="271" w:lineRule="auto" w:before="23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умение самостоятельно планировать пути достижения целей, в том числе альтернативные,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осознанно выбирать наиболее эффективные способы решения учебных и познавательных задач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(планирование);</w:t>
      </w:r>
    </w:p>
    <w:p>
      <w:pPr>
        <w:autoSpaceDN w:val="0"/>
        <w:autoSpaceDE w:val="0"/>
        <w:widowControl/>
        <w:spacing w:line="276" w:lineRule="auto" w:before="238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умение соотносить свои действия с планируемыми результатами, осуществлять контроль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своей деятельности в процессе достижения результата, определять способы действий в рамках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предложенных условий и требований, корректировать свои действия в соответствии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изменяющейся ситуацией(контроль и коррекция);</w:t>
      </w:r>
    </w:p>
    <w:p>
      <w:pPr>
        <w:autoSpaceDN w:val="0"/>
        <w:autoSpaceDE w:val="0"/>
        <w:widowControl/>
        <w:spacing w:line="262" w:lineRule="auto" w:before="24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умение оценивать правильность выполнения учебной задачи, собственные возможности её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решения (оценка);</w:t>
      </w:r>
    </w:p>
    <w:p>
      <w:pPr>
        <w:autoSpaceDN w:val="0"/>
        <w:autoSpaceDE w:val="0"/>
        <w:widowControl/>
        <w:spacing w:line="271" w:lineRule="auto" w:before="240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владение основами самоконтроля, самооценки, принятия решений и осуществления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осознанного выбора в учебной и познавательной (познавательная рефлексия, саморегуляция)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деятельности.</w:t>
      </w:r>
    </w:p>
    <w:p>
      <w:pPr>
        <w:autoSpaceDN w:val="0"/>
        <w:autoSpaceDE w:val="0"/>
        <w:widowControl/>
        <w:spacing w:line="230" w:lineRule="auto" w:before="32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Предметные результаты</w:t>
      </w:r>
    </w:p>
    <w:p>
      <w:pPr>
        <w:autoSpaceDN w:val="0"/>
        <w:autoSpaceDE w:val="0"/>
        <w:widowControl/>
        <w:spacing w:line="276" w:lineRule="auto" w:before="166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Предметные результаты освоения курса включают освоение научных знаний, умений и способов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действий, специфических для соответствующей предметной области; предпосылки научного типа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мышления; виды деятельности по получению нового знания, его интерпретации, преобразованию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применению в различных учебных ситуациях, в том числе при создании проектов.</w:t>
      </w:r>
    </w:p>
    <w:p>
      <w:pPr>
        <w:autoSpaceDN w:val="0"/>
        <w:autoSpaceDE w:val="0"/>
        <w:widowControl/>
        <w:spacing w:line="262" w:lineRule="auto" w:before="70" w:after="0"/>
        <w:ind w:left="180" w:right="1008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Тематический блок 1. «Россия — наш общий дом»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Тема 1. Зачем изучать курс «Основы духовно-нравственной культуры народов России»?</w:t>
      </w:r>
    </w:p>
    <w:p>
      <w:pPr>
        <w:autoSpaceDN w:val="0"/>
        <w:autoSpaceDE w:val="0"/>
        <w:widowControl/>
        <w:spacing w:line="271" w:lineRule="auto" w:before="178" w:after="0"/>
        <w:ind w:left="42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Знать цель и предназначение курса «Основы духовно-нравственной культуры народов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России», понимать важность изучения культуры и гражданствообразующих религий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формирования личности гражданина России;</w:t>
      </w:r>
    </w:p>
    <w:p>
      <w:pPr>
        <w:autoSpaceDN w:val="0"/>
        <w:autoSpaceDE w:val="0"/>
        <w:widowControl/>
        <w:spacing w:line="271" w:lineRule="auto" w:before="238" w:after="0"/>
        <w:ind w:left="42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иметь представление о содержании данного курса, в том числе о понятиях «мораль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нравственность», «семья», «традиционные ценности», об угрозах духовно-нравственному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единству страны;</w:t>
      </w:r>
    </w:p>
    <w:p>
      <w:pPr>
        <w:autoSpaceDN w:val="0"/>
        <w:autoSpaceDE w:val="0"/>
        <w:widowControl/>
        <w:spacing w:line="262" w:lineRule="auto" w:before="238" w:after="0"/>
        <w:ind w:left="42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понимать взаимосвязь между языком и культурой, духовно-нравственным развитием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личности и социальным поведением.</w:t>
      </w:r>
    </w:p>
    <w:p>
      <w:pPr>
        <w:autoSpaceDN w:val="0"/>
        <w:autoSpaceDE w:val="0"/>
        <w:widowControl/>
        <w:spacing w:line="230" w:lineRule="auto" w:before="18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Тема 2. Наш дом — Россия</w:t>
      </w:r>
    </w:p>
    <w:p>
      <w:pPr>
        <w:autoSpaceDN w:val="0"/>
        <w:autoSpaceDE w:val="0"/>
        <w:widowControl/>
        <w:spacing w:line="262" w:lineRule="auto" w:before="178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Иметь представление об историческом пути формирования многонационального состава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населения Российской Федерации, его мирном характере и причинах его формирования;</w:t>
      </w:r>
    </w:p>
    <w:p>
      <w:pPr>
        <w:autoSpaceDN w:val="0"/>
        <w:autoSpaceDE w:val="0"/>
        <w:widowControl/>
        <w:spacing w:line="262" w:lineRule="auto" w:before="238" w:after="0"/>
        <w:ind w:left="42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знать о современном состоянии культурного и религиозного разнообразия народов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Российской Федерации, причинах культурных различий;</w:t>
      </w:r>
    </w:p>
    <w:p>
      <w:pPr>
        <w:autoSpaceDN w:val="0"/>
        <w:autoSpaceDE w:val="0"/>
        <w:widowControl/>
        <w:spacing w:line="271" w:lineRule="auto" w:before="23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понимать необходимость межнационального и межрелигиозного сотрудничества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взаимодействия, важность сотрудничества и дружбы между народами и нациями, обосновывать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их необходимость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Тема 3. Язык и история</w:t>
      </w:r>
    </w:p>
    <w:p>
      <w:pPr>
        <w:autoSpaceDN w:val="0"/>
        <w:autoSpaceDE w:val="0"/>
        <w:widowControl/>
        <w:spacing w:line="262" w:lineRule="auto" w:before="178" w:after="0"/>
        <w:ind w:left="420" w:right="144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Знать и понимать, что такое язык, каковы важность его изучения и влияние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миропонимание личности;</w:t>
      </w:r>
    </w:p>
    <w:p>
      <w:pPr>
        <w:sectPr>
          <w:pgSz w:w="11900" w:h="16840"/>
          <w:pgMar w:top="286" w:right="908" w:bottom="498" w:left="666" w:header="720" w:footer="720" w:gutter="0"/>
          <w:cols w:space="720" w:num="1" w:equalWidth="0">
            <w:col w:w="10326" w:space="0"/>
            <w:col w:w="10518" w:space="0"/>
            <w:col w:w="10584" w:space="0"/>
            <w:col w:w="10590" w:space="0"/>
            <w:col w:w="10546" w:space="0"/>
            <w:col w:w="10584" w:space="0"/>
            <w:col w:w="10498" w:space="0"/>
            <w:col w:w="10472" w:space="0"/>
            <w:col w:w="10580" w:space="0"/>
            <w:col w:w="10584" w:space="0"/>
            <w:col w:w="9584" w:space="0"/>
            <w:col w:w="5934" w:space="0"/>
            <w:col w:w="365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108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24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иметь базовые представления о формировании языка как носителя духовно-нравственных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смыслов культуры;</w:t>
      </w:r>
    </w:p>
    <w:p>
      <w:pPr>
        <w:autoSpaceDN w:val="0"/>
        <w:autoSpaceDE w:val="0"/>
        <w:widowControl/>
        <w:spacing w:line="262" w:lineRule="auto" w:before="238" w:after="0"/>
        <w:ind w:left="240" w:right="129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понимать суть и смысл коммуникативной роли языка, в том числе в организации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межкультурного диалога и взаимодействия;</w:t>
      </w:r>
    </w:p>
    <w:p>
      <w:pPr>
        <w:autoSpaceDN w:val="0"/>
        <w:autoSpaceDE w:val="0"/>
        <w:widowControl/>
        <w:spacing w:line="262" w:lineRule="auto" w:before="238" w:after="0"/>
        <w:ind w:left="24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обосновывать своё понимание необходимости нравственной чистоты языка, важности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лингвистической гигиены, речевого этикета.</w:t>
      </w:r>
    </w:p>
    <w:p>
      <w:pPr>
        <w:autoSpaceDN w:val="0"/>
        <w:autoSpaceDE w:val="0"/>
        <w:widowControl/>
        <w:spacing w:line="230" w:lineRule="auto" w:before="178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Тема 4. Русский язык — язык общения и язык возможностей</w:t>
      </w:r>
    </w:p>
    <w:p>
      <w:pPr>
        <w:autoSpaceDN w:val="0"/>
        <w:autoSpaceDE w:val="0"/>
        <w:widowControl/>
        <w:spacing w:line="262" w:lineRule="auto" w:before="178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Иметь базовые представления о происхождении и развитии русского языка, его взаимосвязи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языками других народов России;</w:t>
      </w:r>
    </w:p>
    <w:p>
      <w:pPr>
        <w:autoSpaceDN w:val="0"/>
        <w:autoSpaceDE w:val="0"/>
        <w:widowControl/>
        <w:spacing w:line="262" w:lineRule="auto" w:before="240" w:after="0"/>
        <w:ind w:left="24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знать и уметь обосновать важность русского языка как культурообразующего языка народов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России, важность его для существования государства и общества;</w:t>
      </w:r>
    </w:p>
    <w:p>
      <w:pPr>
        <w:autoSpaceDN w:val="0"/>
        <w:autoSpaceDE w:val="0"/>
        <w:widowControl/>
        <w:spacing w:line="262" w:lineRule="auto" w:before="238" w:after="0"/>
        <w:ind w:left="144" w:right="144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понимать, что русский язык — не только важнейший элемент национальной культуры, но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историко-культурное наследие, достояние российского государства, уметь приводить примеры;</w:t>
      </w:r>
    </w:p>
    <w:p>
      <w:pPr>
        <w:autoSpaceDN w:val="0"/>
        <w:autoSpaceDE w:val="0"/>
        <w:widowControl/>
        <w:spacing w:line="230" w:lineRule="auto" w:before="238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иметь представление о нравственных категориях русского языка и их происхождении.</w:t>
      </w:r>
    </w:p>
    <w:p>
      <w:pPr>
        <w:autoSpaceDN w:val="0"/>
        <w:autoSpaceDE w:val="0"/>
        <w:widowControl/>
        <w:spacing w:line="230" w:lineRule="auto" w:before="178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Тема 5. Истоки родной культуры</w:t>
      </w:r>
    </w:p>
    <w:p>
      <w:pPr>
        <w:autoSpaceDN w:val="0"/>
        <w:autoSpaceDE w:val="0"/>
        <w:widowControl/>
        <w:spacing w:line="230" w:lineRule="auto" w:before="178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Иметь сформированное представление о понятие «культура»;</w:t>
      </w:r>
    </w:p>
    <w:p>
      <w:pPr>
        <w:autoSpaceDN w:val="0"/>
        <w:autoSpaceDE w:val="0"/>
        <w:widowControl/>
        <w:spacing w:line="271" w:lineRule="auto" w:before="238" w:after="0"/>
        <w:ind w:left="24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осознавать и уметь доказывать взаимосвязь культуры и природы; знать основные формы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репрезентации культуры, уметь их различать и соотносить с реальными проявлениями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культурного многообразия;</w:t>
      </w:r>
    </w:p>
    <w:p>
      <w:pPr>
        <w:autoSpaceDN w:val="0"/>
        <w:autoSpaceDE w:val="0"/>
        <w:widowControl/>
        <w:spacing w:line="262" w:lineRule="auto" w:before="238" w:after="0"/>
        <w:ind w:left="24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уметь выделять общие черты в культуре различных народов, обосновывать их значение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причины.</w:t>
      </w:r>
    </w:p>
    <w:p>
      <w:pPr>
        <w:autoSpaceDN w:val="0"/>
        <w:autoSpaceDE w:val="0"/>
        <w:widowControl/>
        <w:spacing w:line="230" w:lineRule="auto" w:before="178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Тема 6. Материальная культура</w:t>
      </w:r>
    </w:p>
    <w:p>
      <w:pPr>
        <w:autoSpaceDN w:val="0"/>
        <w:autoSpaceDE w:val="0"/>
        <w:widowControl/>
        <w:spacing w:line="230" w:lineRule="auto" w:before="178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Иметь представление об артефактах культуры;</w:t>
      </w:r>
    </w:p>
    <w:p>
      <w:pPr>
        <w:autoSpaceDN w:val="0"/>
        <w:autoSpaceDE w:val="0"/>
        <w:widowControl/>
        <w:spacing w:line="262" w:lineRule="auto" w:before="238" w:after="0"/>
        <w:ind w:left="24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иметь базовое представление о традиционных укладах хозяйства: земледелии, скотоводстве,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охоте, рыболовстве;</w:t>
      </w:r>
    </w:p>
    <w:p>
      <w:pPr>
        <w:autoSpaceDN w:val="0"/>
        <w:autoSpaceDE w:val="0"/>
        <w:widowControl/>
        <w:spacing w:line="230" w:lineRule="auto" w:before="24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понимать взаимосвязь между хозяйственным укладом и проявлениями духовной культуры;</w:t>
      </w:r>
    </w:p>
    <w:p>
      <w:pPr>
        <w:autoSpaceDN w:val="0"/>
        <w:autoSpaceDE w:val="0"/>
        <w:widowControl/>
        <w:spacing w:line="262" w:lineRule="auto" w:before="240" w:after="0"/>
        <w:ind w:left="24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понимать и объяснять зависимость основных культурных укладов народов России от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географии их массового расселения, природных условий и взаимодействия с другими этносами.</w:t>
      </w:r>
    </w:p>
    <w:p>
      <w:pPr>
        <w:autoSpaceDN w:val="0"/>
        <w:autoSpaceDE w:val="0"/>
        <w:widowControl/>
        <w:spacing w:line="230" w:lineRule="auto" w:before="178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Тема 7. Духовная культура</w:t>
      </w:r>
    </w:p>
    <w:p>
      <w:pPr>
        <w:autoSpaceDN w:val="0"/>
        <w:autoSpaceDE w:val="0"/>
        <w:widowControl/>
        <w:spacing w:line="230" w:lineRule="auto" w:before="178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Иметь представление о таких культурных концептах как «искусство», «наука», «религия»;</w:t>
      </w:r>
    </w:p>
    <w:p>
      <w:pPr>
        <w:autoSpaceDN w:val="0"/>
        <w:autoSpaceDE w:val="0"/>
        <w:widowControl/>
        <w:spacing w:line="262" w:lineRule="auto" w:before="238" w:after="0"/>
        <w:ind w:left="24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знать и давать определения терминам «мораль», «нравственность», «духовные ценности»,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«духовность» на доступном для обучающихся уровне осмысления;</w:t>
      </w:r>
    </w:p>
    <w:p>
      <w:pPr>
        <w:autoSpaceDN w:val="0"/>
        <w:autoSpaceDE w:val="0"/>
        <w:widowControl/>
        <w:spacing w:line="230" w:lineRule="auto" w:before="238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понимать смысл и взаимосвязь названных терминов с формами их репрезентации в культуре;</w:t>
      </w:r>
    </w:p>
    <w:p>
      <w:pPr>
        <w:autoSpaceDN w:val="0"/>
        <w:autoSpaceDE w:val="0"/>
        <w:widowControl/>
        <w:spacing w:line="262" w:lineRule="auto" w:before="238" w:after="0"/>
        <w:ind w:left="24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осознавать значение культурных символов, нравственный и духовный смысл культурных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артефактов;</w:t>
      </w:r>
    </w:p>
    <w:p>
      <w:pPr>
        <w:autoSpaceDN w:val="0"/>
        <w:autoSpaceDE w:val="0"/>
        <w:widowControl/>
        <w:spacing w:line="262" w:lineRule="auto" w:before="238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знать, что такое знаки и символы, уметь соотносить их с культурными явлениями, с которыми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они связаны.</w:t>
      </w:r>
    </w:p>
    <w:p>
      <w:pPr>
        <w:sectPr>
          <w:pgSz w:w="11900" w:h="16840"/>
          <w:pgMar w:top="328" w:right="720" w:bottom="302" w:left="846" w:header="720" w:footer="720" w:gutter="0"/>
          <w:cols w:space="720" w:num="1" w:equalWidth="0">
            <w:col w:w="10334" w:space="0"/>
            <w:col w:w="10326" w:space="0"/>
            <w:col w:w="10518" w:space="0"/>
            <w:col w:w="10584" w:space="0"/>
            <w:col w:w="10590" w:space="0"/>
            <w:col w:w="10546" w:space="0"/>
            <w:col w:w="10584" w:space="0"/>
            <w:col w:w="10498" w:space="0"/>
            <w:col w:w="10472" w:space="0"/>
            <w:col w:w="10580" w:space="0"/>
            <w:col w:w="10584" w:space="0"/>
            <w:col w:w="9584" w:space="0"/>
            <w:col w:w="5934" w:space="0"/>
            <w:col w:w="365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138"/>
        <w:ind w:left="0" w:right="0"/>
      </w:pPr>
    </w:p>
    <w:p>
      <w:pPr>
        <w:autoSpaceDN w:val="0"/>
        <w:autoSpaceDE w:val="0"/>
        <w:widowControl/>
        <w:spacing w:line="370" w:lineRule="auto" w:before="0" w:after="0"/>
        <w:ind w:left="240" w:right="576" w:hanging="24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Тема 8. Культура и религия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Иметь представление о понятии «религия», уметь пояснить её роль в жизни общества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основные социально-культурные функции;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осознавать связь религии и морали;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понимать роль и значение духовных ценностей в религиях народов России;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уметь характеризовать государствообразующие конфессии России и их картины мира.</w:t>
      </w:r>
    </w:p>
    <w:p>
      <w:pPr>
        <w:autoSpaceDN w:val="0"/>
        <w:autoSpaceDE w:val="0"/>
        <w:widowControl/>
        <w:spacing w:line="355" w:lineRule="auto" w:before="178" w:after="0"/>
        <w:ind w:left="240" w:right="144" w:hanging="24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Тема 9. Культура и образование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Характеризовать термин «образование» и уметь обосновать его важность для личности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общества;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иметь представление об основных ступенях образования в России и их необходимости;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понимать взаимосвязь культуры и образованности человека;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приводить примеры взаимосвязи между знанием, образованием и личностным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профессиональным ростом человека;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понимать взаимосвязь между знанием и духовно-нравственным развитием общества,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осознавать ценность знания, истины, востребованность процесса познания как получения новых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сведений о мире.</w:t>
      </w:r>
    </w:p>
    <w:p>
      <w:pPr>
        <w:autoSpaceDN w:val="0"/>
        <w:autoSpaceDE w:val="0"/>
        <w:widowControl/>
        <w:spacing w:line="346" w:lineRule="auto" w:before="178" w:after="0"/>
        <w:ind w:left="240" w:right="0" w:hanging="24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Тема 10. Многообразие культур России (практическое занятие)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Иметь сформированные представления о закономерностях развития культуры и истории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народов, их культурных особенностях;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выделять общее и единичное в культуре на основе предметных знаний о культуре своего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народа;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предполагать и доказывать наличие взаимосвязи между культурой и духовно-нравственными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ценностями на основе местной культурно-исторической специфики;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обосновывать важность сохранения культурного многообразия как источника духовно-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нравственных ценностей, морали и нравственности современного общества.</w:t>
      </w:r>
    </w:p>
    <w:p>
      <w:pPr>
        <w:autoSpaceDN w:val="0"/>
        <w:tabs>
          <w:tab w:pos="240" w:val="left"/>
        </w:tabs>
        <w:autoSpaceDE w:val="0"/>
        <w:widowControl/>
        <w:spacing w:line="362" w:lineRule="auto" w:before="18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Тематический блок 2. «Семья и духовно-нравственные ценности»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Тема 11. Семья — хранитель духовных ценностей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Знать и понимать смысл термина «семья»;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иметь представление о взаимосвязях между типом культуры и особенностями семейного быта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 отношений в семье;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осознавать значение термина «поколение» и его взаимосвязь с культурными особенностями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своего времени;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уметь составить рассказ о своей семье в соответствии с культурно-историческими условиями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её существования;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понимать и обосновывать такие понятия, как «счастливая семья», «семейное счастье»;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осознавать и уметь доказывать важность семьи как хранителя традиций и её воспитательную</w:t>
      </w:r>
    </w:p>
    <w:p>
      <w:pPr>
        <w:sectPr>
          <w:pgSz w:w="11900" w:h="16840"/>
          <w:pgMar w:top="358" w:right="728" w:bottom="408" w:left="846" w:header="720" w:footer="720" w:gutter="0"/>
          <w:cols w:space="720" w:num="1" w:equalWidth="0">
            <w:col w:w="10326" w:space="0"/>
            <w:col w:w="10334" w:space="0"/>
            <w:col w:w="10326" w:space="0"/>
            <w:col w:w="10518" w:space="0"/>
            <w:col w:w="10584" w:space="0"/>
            <w:col w:w="10590" w:space="0"/>
            <w:col w:w="10546" w:space="0"/>
            <w:col w:w="10584" w:space="0"/>
            <w:col w:w="10498" w:space="0"/>
            <w:col w:w="10472" w:space="0"/>
            <w:col w:w="10580" w:space="0"/>
            <w:col w:w="10584" w:space="0"/>
            <w:col w:w="9584" w:space="0"/>
            <w:col w:w="5934" w:space="0"/>
            <w:col w:w="365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322" w:lineRule="auto" w:before="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роль;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понимать смысл терминов «сиротство», «социальное сиротство», обосновывать нравственную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важность заботы о сиротах, знать о формах помощи сиротам со стороны государства.</w:t>
      </w:r>
    </w:p>
    <w:p>
      <w:pPr>
        <w:autoSpaceDN w:val="0"/>
        <w:autoSpaceDE w:val="0"/>
        <w:widowControl/>
        <w:spacing w:line="370" w:lineRule="auto" w:before="178" w:after="0"/>
        <w:ind w:left="240" w:right="720" w:hanging="24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Тема 12. Родина начинается с семьи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Знать и уметь объяснить понятие «Родина»;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осознавать взаимосвязь и различия между концептами «Отечество» и «Родина»;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понимать, что такое история семьи, каковы формы её выражения и сохранения;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обосновывать и доказывать взаимосвязь истории семьи и истории народа, государства,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человечества.</w:t>
      </w:r>
    </w:p>
    <w:p>
      <w:pPr>
        <w:autoSpaceDN w:val="0"/>
        <w:autoSpaceDE w:val="0"/>
        <w:widowControl/>
        <w:spacing w:line="350" w:lineRule="auto" w:before="180" w:after="0"/>
        <w:ind w:left="240" w:right="288" w:hanging="24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Тема 13. Традиции семейного воспитания в России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Иметь представление о семейных традициях и обосновывать их важность как ключевых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элементах семейных отношений;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знать и понимать взаимосвязь семейных традиций и культуры собственного этноса;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уметь рассказывать о семейных традициях своего народа и народов России, собственной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семьи;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осознавать роль семейных традиций в культуре общества, трансляции ценностей, духовно-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нравственных идеалов.</w:t>
      </w:r>
    </w:p>
    <w:p>
      <w:pPr>
        <w:autoSpaceDN w:val="0"/>
        <w:autoSpaceDE w:val="0"/>
        <w:widowControl/>
        <w:spacing w:line="338" w:lineRule="auto" w:before="178" w:after="0"/>
        <w:ind w:left="240" w:right="288" w:hanging="24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Тема 14. Образ семьи в культуре народов России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Знать и называть традиционные сказочные и фольклорные сюжеты о семье, семейных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обязанностях;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уметь обосновывать своё понимание семейных ценностей, выраженных в фольклорных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сюжетах;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знать и понимать морально-нравственное значение семьи в литературных произведениях,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иметь представление о ключевых сюжетах с участием семьи в произведениях художественной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культуры;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понимать и обосновывать важность семейных ценностей с использованием различного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иллюстративного материала.</w:t>
      </w:r>
    </w:p>
    <w:p>
      <w:pPr>
        <w:autoSpaceDN w:val="0"/>
        <w:autoSpaceDE w:val="0"/>
        <w:widowControl/>
        <w:spacing w:line="350" w:lineRule="auto" w:before="178" w:after="0"/>
        <w:ind w:left="240" w:right="288" w:hanging="24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Тема 15. Труд в истории семьи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Знать и понимать, что такое семейное хозяйство и домашний труд;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понимать и уметь объяснять специфику семьи как социального института, характеризовать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роль домашнего труда и распределение экономических функций в семье;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осознавать и оценивать семейный уклад и взаимосвязь с социально-экономической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структурой общества в форме большой и малой семей;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характеризовать распределение семейного труда и осознавать его важность для укрепления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целостности семьи.</w:t>
      </w:r>
    </w:p>
    <w:p>
      <w:pPr>
        <w:autoSpaceDN w:val="0"/>
        <w:tabs>
          <w:tab w:pos="240" w:val="left"/>
        </w:tabs>
        <w:autoSpaceDE w:val="0"/>
        <w:widowControl/>
        <w:spacing w:line="310" w:lineRule="auto" w:before="178" w:after="0"/>
        <w:ind w:left="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Тема 16. Семья в современном мире (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практическое занятие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)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Иметь сформированные представления о закономерностях развития семьи в культуре и</w:t>
      </w:r>
    </w:p>
    <w:p>
      <w:pPr>
        <w:sectPr>
          <w:pgSz w:w="11900" w:h="16840"/>
          <w:pgMar w:top="286" w:right="710" w:bottom="318" w:left="846" w:header="720" w:footer="720" w:gutter="0"/>
          <w:cols w:space="720" w:num="1" w:equalWidth="0">
            <w:col w:w="10344" w:space="0"/>
            <w:col w:w="10326" w:space="0"/>
            <w:col w:w="10334" w:space="0"/>
            <w:col w:w="10326" w:space="0"/>
            <w:col w:w="10518" w:space="0"/>
            <w:col w:w="10584" w:space="0"/>
            <w:col w:w="10590" w:space="0"/>
            <w:col w:w="10546" w:space="0"/>
            <w:col w:w="10584" w:space="0"/>
            <w:col w:w="10498" w:space="0"/>
            <w:col w:w="10472" w:space="0"/>
            <w:col w:w="10580" w:space="0"/>
            <w:col w:w="10584" w:space="0"/>
            <w:col w:w="9584" w:space="0"/>
            <w:col w:w="5934" w:space="0"/>
            <w:col w:w="365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338" w:lineRule="auto" w:before="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истории народов России, уметь обосновывать данные закономерности на региональных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материалах и примерах из жизни собственной семьи;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выделять особенности духовной культуры семьи в фольклоре и культуре различных народов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 основе предметных знаний о культуре своего народа;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предполагать и доказывать наличие взаимосвязи между культурой и духовно-нравственными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ценностями семьи;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обосновывать важность семьи и семейных традиций для трансляции духовно-нравственных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ценностей, морали и нравственности как фактора культурной преемственности.</w:t>
      </w:r>
    </w:p>
    <w:p>
      <w:pPr>
        <w:autoSpaceDN w:val="0"/>
        <w:tabs>
          <w:tab w:pos="240" w:val="left"/>
        </w:tabs>
        <w:autoSpaceDE w:val="0"/>
        <w:widowControl/>
        <w:spacing w:line="350" w:lineRule="auto" w:before="30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Тематический блок 3. «Духовно-нравственное богатство личности»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Тема 17. Личность — общество — культура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Знать и понимать значение термина «человек» в контексте духовно-нравственной культуры;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уметь обосновать взаимосвязь и взаимообусловленность человека и общества, человека и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культуры;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понимать и объяснять различия между обоснованием термина «личность» в быту, в контексте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культуры и творчества;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знать, что такое гуманизм, иметь представление о его источниках в культуре.</w:t>
      </w:r>
    </w:p>
    <w:p>
      <w:pPr>
        <w:autoSpaceDN w:val="0"/>
        <w:autoSpaceDE w:val="0"/>
        <w:widowControl/>
        <w:spacing w:line="370" w:lineRule="auto" w:before="178" w:after="0"/>
        <w:ind w:left="240" w:right="720" w:hanging="24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Тема 18. Духовный мир человека. Человек — творец культуры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Знать значение термина «творчество» в нескольких аспектах и понимать границы 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применимости;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осознавать и доказывать важность морально- нравственных ограничений в творчестве;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обосновывать важность творчества как реализацию духовно-нравственных ценностей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человека;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доказывать детерминированность творчества культурой своего этноса;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знать и уметь объяснить взаимосвязь труда и творчества.</w:t>
      </w:r>
    </w:p>
    <w:p>
      <w:pPr>
        <w:autoSpaceDN w:val="0"/>
        <w:autoSpaceDE w:val="0"/>
        <w:widowControl/>
        <w:spacing w:line="346" w:lineRule="auto" w:before="180" w:after="0"/>
        <w:ind w:left="240" w:right="144" w:hanging="24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Тема 19. Личность и духовно-нравственные ценности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Знать и уметь объяснить значение и роль морали и нравственности в жизни человека;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обосновывать происхождение духовных ценностей, понимание идеалов добра и зла;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понимать и уметь показывать на примерах значение таких ценностей, как «взаимопомощь»,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«сострадание», «милосердие», «любовь», «дружба», «коллективизм», «патриотизм», «любовь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близким».</w:t>
      </w:r>
    </w:p>
    <w:p>
      <w:pPr>
        <w:autoSpaceDN w:val="0"/>
        <w:tabs>
          <w:tab w:pos="240" w:val="left"/>
        </w:tabs>
        <w:autoSpaceDE w:val="0"/>
        <w:widowControl/>
        <w:spacing w:line="346" w:lineRule="auto" w:before="178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Тематический блок 4. «Культурное единство России»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Тема 20. Историческая память как духовно-нравственная ценность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Понимать и уметь объяснять суть термина «история», знать основные исторические периоды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 уметь выделять их сущностные черты;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иметь представление о значении и функциях изучения истории;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осознавать историю своей семьи и народа как часть мирового исторического процесса. Знать</w:t>
      </w:r>
    </w:p>
    <w:p>
      <w:pPr>
        <w:sectPr>
          <w:pgSz w:w="11900" w:h="16840"/>
          <w:pgMar w:top="286" w:right="754" w:bottom="452" w:left="846" w:header="720" w:footer="720" w:gutter="0"/>
          <w:cols w:space="720" w:num="1" w:equalWidth="0">
            <w:col w:w="10300" w:space="0"/>
            <w:col w:w="10344" w:space="0"/>
            <w:col w:w="10326" w:space="0"/>
            <w:col w:w="10334" w:space="0"/>
            <w:col w:w="10326" w:space="0"/>
            <w:col w:w="10518" w:space="0"/>
            <w:col w:w="10584" w:space="0"/>
            <w:col w:w="10590" w:space="0"/>
            <w:col w:w="10546" w:space="0"/>
            <w:col w:w="10584" w:space="0"/>
            <w:col w:w="10498" w:space="0"/>
            <w:col w:w="10472" w:space="0"/>
            <w:col w:w="10580" w:space="0"/>
            <w:col w:w="10584" w:space="0"/>
            <w:col w:w="9584" w:space="0"/>
            <w:col w:w="5934" w:space="0"/>
            <w:col w:w="365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24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 существовании связи между историческими событиями и культурой. Обосновывать важность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изучения истории как духовно-нравственного долга гражданина и патриота.</w:t>
      </w:r>
    </w:p>
    <w:p>
      <w:pPr>
        <w:autoSpaceDN w:val="0"/>
        <w:autoSpaceDE w:val="0"/>
        <w:widowControl/>
        <w:spacing w:line="230" w:lineRule="auto" w:before="178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Тема 21. Литература как язык культуры</w:t>
      </w:r>
    </w:p>
    <w:p>
      <w:pPr>
        <w:autoSpaceDN w:val="0"/>
        <w:autoSpaceDE w:val="0"/>
        <w:widowControl/>
        <w:spacing w:line="230" w:lineRule="auto" w:before="178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Знать и понимать отличия литературы от других видов художественного творчества;</w:t>
      </w:r>
    </w:p>
    <w:p>
      <w:pPr>
        <w:autoSpaceDN w:val="0"/>
        <w:autoSpaceDE w:val="0"/>
        <w:widowControl/>
        <w:spacing w:line="262" w:lineRule="auto" w:before="238" w:after="0"/>
        <w:ind w:left="240" w:right="144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рассказывать об особенностях литературного повествования, выделять простые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выразительные средства литературного языка;</w:t>
      </w:r>
    </w:p>
    <w:p>
      <w:pPr>
        <w:autoSpaceDN w:val="0"/>
        <w:autoSpaceDE w:val="0"/>
        <w:widowControl/>
        <w:spacing w:line="262" w:lineRule="auto" w:before="238" w:after="0"/>
        <w:ind w:left="24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обосновывать и доказывать важность литературы как культурного явления, как формы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трансляции культурных ценностей;</w:t>
      </w:r>
    </w:p>
    <w:p>
      <w:pPr>
        <w:autoSpaceDN w:val="0"/>
        <w:autoSpaceDE w:val="0"/>
        <w:widowControl/>
        <w:spacing w:line="262" w:lineRule="auto" w:before="240" w:after="0"/>
        <w:ind w:left="240" w:right="115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находить и обозначать средства выражения морального и нравственного смысла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литературных произведениях.</w:t>
      </w:r>
    </w:p>
    <w:p>
      <w:pPr>
        <w:autoSpaceDN w:val="0"/>
        <w:autoSpaceDE w:val="0"/>
        <w:widowControl/>
        <w:spacing w:line="230" w:lineRule="auto" w:before="178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Тема 22. Взаимовлияние культур</w:t>
      </w:r>
    </w:p>
    <w:p>
      <w:pPr>
        <w:autoSpaceDN w:val="0"/>
        <w:autoSpaceDE w:val="0"/>
        <w:widowControl/>
        <w:spacing w:line="262" w:lineRule="auto" w:before="178" w:after="0"/>
        <w:ind w:left="24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Иметь представление о значении терминов «взаимодействие культур», «культурный обмен»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как формах распространения и обогащения духовно-нравственных идеалов общества;</w:t>
      </w:r>
    </w:p>
    <w:p>
      <w:pPr>
        <w:autoSpaceDN w:val="0"/>
        <w:autoSpaceDE w:val="0"/>
        <w:widowControl/>
        <w:spacing w:line="230" w:lineRule="auto" w:before="238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понимать и обосновывать важность сохранения культурного наследия;</w:t>
      </w:r>
    </w:p>
    <w:p>
      <w:pPr>
        <w:autoSpaceDN w:val="0"/>
        <w:autoSpaceDE w:val="0"/>
        <w:widowControl/>
        <w:spacing w:line="262" w:lineRule="auto" w:before="238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знать, что такое глобализация, уметь приводить примеры межкультурной коммуникации как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способа формирования общих духовно-нравственных ценностей.</w:t>
      </w:r>
    </w:p>
    <w:p>
      <w:pPr>
        <w:autoSpaceDN w:val="0"/>
        <w:autoSpaceDE w:val="0"/>
        <w:widowControl/>
        <w:spacing w:line="230" w:lineRule="auto" w:before="178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Тема 23. Духовно-нравственные ценности российского народа</w:t>
      </w:r>
    </w:p>
    <w:p>
      <w:pPr>
        <w:autoSpaceDN w:val="0"/>
        <w:autoSpaceDE w:val="0"/>
        <w:widowControl/>
        <w:spacing w:line="283" w:lineRule="auto" w:before="178" w:after="0"/>
        <w:ind w:left="24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Знать и уметь объяснить суть и значение следующих духовно-нравственных ценностей: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жизнь, достоинство, права и свободы человека, патриотизм, гражданственность, служение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Отечеству и ответственность за его судьбу, высокие нравственные идеалы, крепкая семья,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созидательный труд, приоритет духовного над материальным, гуманизм, милосердие,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справедливость, коллективизм, взаимопомощь, историческая память и преемственность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поколений, единство народов России с опорой на культурные и исторические особенности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российского народа:</w:t>
      </w:r>
    </w:p>
    <w:p>
      <w:pPr>
        <w:autoSpaceDN w:val="0"/>
        <w:autoSpaceDE w:val="0"/>
        <w:widowControl/>
        <w:spacing w:line="262" w:lineRule="auto" w:before="238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осознавать духовно-нравственные ценности в качестве базовых общегражданских ценностей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российского общества и уметь доказывать это.</w:t>
      </w:r>
    </w:p>
    <w:p>
      <w:pPr>
        <w:autoSpaceDN w:val="0"/>
        <w:autoSpaceDE w:val="0"/>
        <w:widowControl/>
        <w:spacing w:line="230" w:lineRule="auto" w:before="18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Тема 24. Регионы России: культурное многообразие</w:t>
      </w:r>
    </w:p>
    <w:p>
      <w:pPr>
        <w:autoSpaceDN w:val="0"/>
        <w:autoSpaceDE w:val="0"/>
        <w:widowControl/>
        <w:spacing w:line="230" w:lineRule="auto" w:before="18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Понимать принципы федеративного устройства России и концепт «полиэтничность»;</w:t>
      </w:r>
    </w:p>
    <w:p>
      <w:pPr>
        <w:autoSpaceDN w:val="0"/>
        <w:autoSpaceDE w:val="0"/>
        <w:widowControl/>
        <w:spacing w:line="262" w:lineRule="auto" w:before="238" w:after="0"/>
        <w:ind w:left="240" w:right="100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называть основные этносы Российской Федерации и регионы, где они традиционно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проживают;</w:t>
      </w:r>
    </w:p>
    <w:p>
      <w:pPr>
        <w:autoSpaceDN w:val="0"/>
        <w:autoSpaceDE w:val="0"/>
        <w:widowControl/>
        <w:spacing w:line="262" w:lineRule="auto" w:before="238" w:after="0"/>
        <w:ind w:left="240" w:right="100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уметь объяснить значение словосочетаний «многонациональный народ Российской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Федерации», «государствообразующий народ», «титульный этнос»;</w:t>
      </w:r>
    </w:p>
    <w:p>
      <w:pPr>
        <w:autoSpaceDN w:val="0"/>
        <w:autoSpaceDE w:val="0"/>
        <w:widowControl/>
        <w:spacing w:line="230" w:lineRule="auto" w:before="238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понимать ценность многообразия культурных укладов народов Российской Федерации;</w:t>
      </w:r>
    </w:p>
    <w:p>
      <w:pPr>
        <w:autoSpaceDN w:val="0"/>
        <w:autoSpaceDE w:val="0"/>
        <w:widowControl/>
        <w:spacing w:line="262" w:lineRule="auto" w:before="238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демонстрировать готовность к сохранению межнационального и межрелигиозного согласия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России;</w:t>
      </w:r>
    </w:p>
    <w:p>
      <w:pPr>
        <w:autoSpaceDN w:val="0"/>
        <w:autoSpaceDE w:val="0"/>
        <w:widowControl/>
        <w:spacing w:line="262" w:lineRule="auto" w:before="238" w:after="0"/>
        <w:ind w:left="24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уметь выделять общие черты в культуре различных народов, обосновывать их значение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причины</w:t>
      </w:r>
    </w:p>
    <w:p>
      <w:pPr>
        <w:autoSpaceDN w:val="0"/>
        <w:autoSpaceDE w:val="0"/>
        <w:widowControl/>
        <w:spacing w:line="230" w:lineRule="auto" w:before="178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Тема 25. Праздники в культуре народов России</w:t>
      </w:r>
    </w:p>
    <w:p>
      <w:pPr>
        <w:sectPr>
          <w:pgSz w:w="11900" w:h="16840"/>
          <w:pgMar w:top="286" w:right="790" w:bottom="372" w:left="846" w:header="720" w:footer="720" w:gutter="0"/>
          <w:cols w:space="720" w:num="1" w:equalWidth="0">
            <w:col w:w="10264" w:space="0"/>
            <w:col w:w="10300" w:space="0"/>
            <w:col w:w="10344" w:space="0"/>
            <w:col w:w="10326" w:space="0"/>
            <w:col w:w="10334" w:space="0"/>
            <w:col w:w="10326" w:space="0"/>
            <w:col w:w="10518" w:space="0"/>
            <w:col w:w="10584" w:space="0"/>
            <w:col w:w="10590" w:space="0"/>
            <w:col w:w="10546" w:space="0"/>
            <w:col w:w="10584" w:space="0"/>
            <w:col w:w="10498" w:space="0"/>
            <w:col w:w="10472" w:space="0"/>
            <w:col w:w="10580" w:space="0"/>
            <w:col w:w="10584" w:space="0"/>
            <w:col w:w="9584" w:space="0"/>
            <w:col w:w="5934" w:space="0"/>
            <w:col w:w="365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132"/>
        <w:ind w:left="0" w:right="0"/>
      </w:pPr>
    </w:p>
    <w:p>
      <w:pPr>
        <w:autoSpaceDN w:val="0"/>
        <w:autoSpaceDE w:val="0"/>
        <w:widowControl/>
        <w:spacing w:line="389" w:lineRule="auto" w:before="0" w:after="0"/>
        <w:ind w:left="24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Иметь представление о природе праздников и обосновывать их важность как элементов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культуры;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устанавливать взаимосвязь праздников и культурного уклада;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различать основные типы праздников;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уметь рассказывать о праздничных традициях народов России и собственной семьи;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анализировать связь праздников и истории, культуры народов России;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понимать основной смысл семейных праздников: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определять нравственный смысл праздников народов России;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осознавать значение праздников как элементов культурной памяти народов России, как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воплощение духовно-нравственных идеалов.</w:t>
      </w:r>
    </w:p>
    <w:p>
      <w:pPr>
        <w:autoSpaceDN w:val="0"/>
        <w:autoSpaceDE w:val="0"/>
        <w:widowControl/>
        <w:spacing w:line="355" w:lineRule="auto" w:before="178" w:after="0"/>
        <w:ind w:left="240" w:right="0" w:hanging="24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Тема 26. Памятники архитектуры народов России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Знать, что такое архитектура, уметь охарактеризовать основные типы памятников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архитектуры и проследить связь между их структурой и особенностями культуры и этапами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исторического развития;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понимать взаимосвязь между типом жилищ и типом хозяйственной деятельности;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осознавать и уметь охарактеризовать связь между уровнем научно-технического развития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типами жилищ;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осознавать и уметь объяснять взаимосвязь между особенностями архитектуры и духовно-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нравственными ценностями народов России;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устанавливать связь между историей памятника и историей края, характеризовать памятники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истории и культуры;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иметь представление о нравственном и научном смысле краеведческой работы.</w:t>
      </w:r>
    </w:p>
    <w:p>
      <w:pPr>
        <w:autoSpaceDN w:val="0"/>
        <w:tabs>
          <w:tab w:pos="240" w:val="left"/>
        </w:tabs>
        <w:autoSpaceDE w:val="0"/>
        <w:widowControl/>
        <w:spacing w:line="350" w:lineRule="auto" w:before="178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Тема 27. Музыкальная культура народов России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Знать и понимать отличия музыки от других видов художественного творчества, рассказывать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 особенностях музыкального повествования, выделять простые выразительные средства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музыкального языка;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обосновывать и доказывать важность музыки как культурного явления, как формы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трансляции культурных ценностей;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находить и обозначать средства выражения морального и нравственного смысла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музыкальных произведений;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знать основные темы музыкального творчества народов России, народные инструменты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Тема 28. Изобразительное искусство народов России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Знать и понимать отличия изобразительного искусства от других видов художественного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творчества, рассказывать об особенностях и выразительных средствах изобразительного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искусства;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уметь объяснить, что такое скульптура, живопись, графика, фольклорные орнаменты;</w:t>
      </w:r>
    </w:p>
    <w:p>
      <w:pPr>
        <w:sectPr>
          <w:pgSz w:w="11900" w:h="16840"/>
          <w:pgMar w:top="352" w:right="710" w:bottom="384" w:left="846" w:header="720" w:footer="720" w:gutter="0"/>
          <w:cols w:space="720" w:num="1" w:equalWidth="0">
            <w:col w:w="10344" w:space="0"/>
            <w:col w:w="10264" w:space="0"/>
            <w:col w:w="10300" w:space="0"/>
            <w:col w:w="10344" w:space="0"/>
            <w:col w:w="10326" w:space="0"/>
            <w:col w:w="10334" w:space="0"/>
            <w:col w:w="10326" w:space="0"/>
            <w:col w:w="10518" w:space="0"/>
            <w:col w:w="10584" w:space="0"/>
            <w:col w:w="10590" w:space="0"/>
            <w:col w:w="10546" w:space="0"/>
            <w:col w:w="10584" w:space="0"/>
            <w:col w:w="10498" w:space="0"/>
            <w:col w:w="10472" w:space="0"/>
            <w:col w:w="10580" w:space="0"/>
            <w:col w:w="10584" w:space="0"/>
            <w:col w:w="9584" w:space="0"/>
            <w:col w:w="5934" w:space="0"/>
            <w:col w:w="365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84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24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обосновывать и доказывать важность изобразительного искусства как культурного явления,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как формы трансляции культурных ценностей;</w:t>
      </w:r>
    </w:p>
    <w:p>
      <w:pPr>
        <w:autoSpaceDN w:val="0"/>
        <w:autoSpaceDE w:val="0"/>
        <w:widowControl/>
        <w:spacing w:line="262" w:lineRule="auto" w:before="238" w:after="0"/>
        <w:ind w:left="240" w:right="129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находить и обозначать средства выражения морального и нравственного смысла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изобразительного искусства;</w:t>
      </w:r>
    </w:p>
    <w:p>
      <w:pPr>
        <w:autoSpaceDN w:val="0"/>
        <w:autoSpaceDE w:val="0"/>
        <w:widowControl/>
        <w:spacing w:line="230" w:lineRule="auto" w:before="238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знать основные темы изобразительного искусства народов России.</w:t>
      </w:r>
    </w:p>
    <w:p>
      <w:pPr>
        <w:autoSpaceDN w:val="0"/>
        <w:autoSpaceDE w:val="0"/>
        <w:widowControl/>
        <w:spacing w:line="230" w:lineRule="auto" w:before="178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Тема 29. Фольклор и литература народов России</w:t>
      </w:r>
    </w:p>
    <w:p>
      <w:pPr>
        <w:autoSpaceDN w:val="0"/>
        <w:autoSpaceDE w:val="0"/>
        <w:widowControl/>
        <w:spacing w:line="262" w:lineRule="auto" w:before="178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Знать и понимать, что такое пословицы и поговорки, обосновывать важность и нужность этих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языковых выразительных средств;</w:t>
      </w:r>
    </w:p>
    <w:p>
      <w:pPr>
        <w:autoSpaceDN w:val="0"/>
        <w:autoSpaceDE w:val="0"/>
        <w:widowControl/>
        <w:spacing w:line="230" w:lineRule="auto" w:before="24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понимать и объяснять, что такое эпос, миф, сказка, былина, песня;</w:t>
      </w:r>
    </w:p>
    <w:p>
      <w:pPr>
        <w:autoSpaceDN w:val="0"/>
        <w:autoSpaceDE w:val="0"/>
        <w:widowControl/>
        <w:spacing w:line="262" w:lineRule="auto" w:before="240" w:after="0"/>
        <w:ind w:left="24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воспринимать и объяснять на примерах важность понимания фольклора как отражения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истории народа и его ценностей, морали и нравственности;</w:t>
      </w:r>
    </w:p>
    <w:p>
      <w:pPr>
        <w:autoSpaceDN w:val="0"/>
        <w:autoSpaceDE w:val="0"/>
        <w:widowControl/>
        <w:spacing w:line="230" w:lineRule="auto" w:before="238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знать, что такое национальная литература и каковы её выразительные средства;</w:t>
      </w:r>
    </w:p>
    <w:p>
      <w:pPr>
        <w:autoSpaceDN w:val="0"/>
        <w:autoSpaceDE w:val="0"/>
        <w:widowControl/>
        <w:spacing w:line="230" w:lineRule="auto" w:before="238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оценивать морально-нравственный потенциал национальной литературы.</w:t>
      </w:r>
    </w:p>
    <w:p>
      <w:pPr>
        <w:autoSpaceDN w:val="0"/>
        <w:autoSpaceDE w:val="0"/>
        <w:widowControl/>
        <w:spacing w:line="230" w:lineRule="auto" w:before="178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Тема 30. Бытовые традиции народов России: пища, одежда, дом</w:t>
      </w:r>
    </w:p>
    <w:p>
      <w:pPr>
        <w:autoSpaceDN w:val="0"/>
        <w:autoSpaceDE w:val="0"/>
        <w:widowControl/>
        <w:spacing w:line="262" w:lineRule="auto" w:before="178" w:after="0"/>
        <w:ind w:left="24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Знать и уметь объяснить взаимосвязь между бытом и природными условиями проживания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народа на примерах из истории и культуры своего региона;</w:t>
      </w:r>
    </w:p>
    <w:p>
      <w:pPr>
        <w:autoSpaceDN w:val="0"/>
        <w:autoSpaceDE w:val="0"/>
        <w:widowControl/>
        <w:spacing w:line="262" w:lineRule="auto" w:before="238" w:after="0"/>
        <w:ind w:left="24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уметь доказывать и отстаивать важность сохранения и развития культурных, духовно-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нравственных, семейных и этнических традиций, многообразия культур;</w:t>
      </w:r>
    </w:p>
    <w:p>
      <w:pPr>
        <w:autoSpaceDN w:val="0"/>
        <w:autoSpaceDE w:val="0"/>
        <w:widowControl/>
        <w:spacing w:line="271" w:lineRule="auto" w:before="238" w:after="0"/>
        <w:ind w:left="24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уметь оценивать и устанавливать границы и приоритеты взаимодействия между людьми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разной этнической, религиозной и гражданской идентичности на доступном для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шестиклассников уровне (с учётом их возрастных особенностей);</w:t>
      </w:r>
    </w:p>
    <w:p>
      <w:pPr>
        <w:autoSpaceDN w:val="0"/>
        <w:autoSpaceDE w:val="0"/>
        <w:widowControl/>
        <w:spacing w:line="271" w:lineRule="auto" w:before="238" w:after="0"/>
        <w:ind w:left="24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понимать и уметь показывать на примерах значение таких ценностей, как взаимопомощь,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сострадание, милосердие, любовь, дружба, коллективизм, патриотизм, любовь к близким через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бытовые традиции народов своего края.</w:t>
      </w:r>
    </w:p>
    <w:p>
      <w:pPr>
        <w:autoSpaceDN w:val="0"/>
        <w:autoSpaceDE w:val="0"/>
        <w:widowControl/>
        <w:spacing w:line="230" w:lineRule="auto" w:before="178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Тема 31. Культурная карта России (практическое занятие)</w:t>
      </w:r>
    </w:p>
    <w:p>
      <w:pPr>
        <w:autoSpaceDN w:val="0"/>
        <w:autoSpaceDE w:val="0"/>
        <w:widowControl/>
        <w:spacing w:line="262" w:lineRule="auto" w:before="180" w:after="0"/>
        <w:ind w:left="24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Знать и уметь объяснить отличия культурной географии от физической и политической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географии;</w:t>
      </w:r>
    </w:p>
    <w:p>
      <w:pPr>
        <w:autoSpaceDN w:val="0"/>
        <w:autoSpaceDE w:val="0"/>
        <w:widowControl/>
        <w:spacing w:line="230" w:lineRule="auto" w:before="238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понимать, что такое культурная карта народов России;</w:t>
      </w:r>
    </w:p>
    <w:p>
      <w:pPr>
        <w:autoSpaceDN w:val="0"/>
        <w:autoSpaceDE w:val="0"/>
        <w:widowControl/>
        <w:spacing w:line="230" w:lineRule="auto" w:before="238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описывать отдельные области культурной карты в соответствии с их особенностями.</w:t>
      </w:r>
    </w:p>
    <w:p>
      <w:pPr>
        <w:autoSpaceDN w:val="0"/>
        <w:autoSpaceDE w:val="0"/>
        <w:widowControl/>
        <w:spacing w:line="230" w:lineRule="auto" w:before="178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Тема 32. Единство страны — залог будущего России</w:t>
      </w:r>
    </w:p>
    <w:p>
      <w:pPr>
        <w:autoSpaceDN w:val="0"/>
        <w:autoSpaceDE w:val="0"/>
        <w:widowControl/>
        <w:spacing w:line="262" w:lineRule="auto" w:before="178" w:after="0"/>
        <w:ind w:left="24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Знать и уметь объяснить значение и роль общих элементов в культуре народов России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обоснования её территориального, политического и экономического единства;</w:t>
      </w:r>
    </w:p>
    <w:p>
      <w:pPr>
        <w:autoSpaceDN w:val="0"/>
        <w:autoSpaceDE w:val="0"/>
        <w:widowControl/>
        <w:spacing w:line="262" w:lineRule="auto" w:before="238" w:after="0"/>
        <w:ind w:left="24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понимать и доказывать важность и преимущества этого единства перед требованиями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национального самоопределения отдельных этносов.</w:t>
      </w:r>
    </w:p>
    <w:p>
      <w:pPr>
        <w:sectPr>
          <w:pgSz w:w="11900" w:h="16840"/>
          <w:pgMar w:top="304" w:right="748" w:bottom="998" w:left="846" w:header="720" w:footer="720" w:gutter="0"/>
          <w:cols w:space="720" w:num="1" w:equalWidth="0">
            <w:col w:w="10306" w:space="0"/>
            <w:col w:w="10344" w:space="0"/>
            <w:col w:w="10264" w:space="0"/>
            <w:col w:w="10300" w:space="0"/>
            <w:col w:w="10344" w:space="0"/>
            <w:col w:w="10326" w:space="0"/>
            <w:col w:w="10334" w:space="0"/>
            <w:col w:w="10326" w:space="0"/>
            <w:col w:w="10518" w:space="0"/>
            <w:col w:w="10584" w:space="0"/>
            <w:col w:w="10590" w:space="0"/>
            <w:col w:w="10546" w:space="0"/>
            <w:col w:w="10584" w:space="0"/>
            <w:col w:w="10498" w:space="0"/>
            <w:col w:w="10472" w:space="0"/>
            <w:col w:w="10580" w:space="0"/>
            <w:col w:w="10584" w:space="0"/>
            <w:col w:w="9584" w:space="0"/>
            <w:col w:w="5934" w:space="0"/>
            <w:col w:w="365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4"/>
        <w:ind w:left="0" w:right="0"/>
      </w:pPr>
    </w:p>
    <w:p>
      <w:pPr>
        <w:autoSpaceDN w:val="0"/>
        <w:autoSpaceDE w:val="0"/>
        <w:widowControl/>
        <w:spacing w:line="233" w:lineRule="auto" w:before="0" w:after="258"/>
        <w:ind w:left="0" w:right="0" w:firstLine="0"/>
        <w:jc w:val="left"/>
      </w:pPr>
      <w:r>
        <w:rPr>
          <w:w w:val="101.11057883814763"/>
          <w:rFonts w:ascii="Times New Roman" w:hAnsi="Times New Roman" w:eastAsia="Times New Roman"/>
          <w:b/>
          <w:i w:val="0"/>
          <w:color w:val="000000"/>
          <w:sz w:val="19"/>
        </w:rPr>
        <w:t xml:space="preserve">ТЕМАТИЧЕСКОЕ ПЛАНИРОВАНИЕ 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348"/>
        </w:trPr>
        <w:tc>
          <w:tcPr>
            <w:tcW w:type="dxa" w:w="468"/>
            <w:vMerge w:val="restart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144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№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п/п</w:t>
            </w:r>
          </w:p>
        </w:tc>
        <w:tc>
          <w:tcPr>
            <w:tcW w:type="dxa" w:w="1922"/>
            <w:vMerge w:val="restart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Наименование разделов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 тем программы</w:t>
            </w:r>
          </w:p>
        </w:tc>
        <w:tc>
          <w:tcPr>
            <w:tcW w:type="dxa" w:w="2774"/>
            <w:gridSpan w:val="3"/>
            <w:tcBorders>
              <w:start w:sz="4.7999999999999545" w:val="single" w:color="#000000"/>
              <w:top w:sz="4.800000000000011" w:val="single" w:color="#000000"/>
              <w:end w:sz="5.600000000000364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Количество часов</w:t>
            </w:r>
          </w:p>
        </w:tc>
        <w:tc>
          <w:tcPr>
            <w:tcW w:type="dxa" w:w="804"/>
            <w:vMerge w:val="restart"/>
            <w:tcBorders>
              <w:start w:sz="5.600000000000364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Дата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изучения</w:t>
            </w:r>
          </w:p>
        </w:tc>
        <w:tc>
          <w:tcPr>
            <w:tcW w:type="dxa" w:w="3590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Виды деятельности</w:t>
            </w:r>
          </w:p>
        </w:tc>
        <w:tc>
          <w:tcPr>
            <w:tcW w:type="dxa" w:w="1080"/>
            <w:vMerge w:val="restart"/>
            <w:tcBorders>
              <w:start w:sz="4.800000000000182" w:val="single" w:color="#000000"/>
              <w:top w:sz="4.800000000000011" w:val="single" w:color="#000000"/>
              <w:end w:sz="4.79999999999927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Виды,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формы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контроля</w:t>
            </w:r>
          </w:p>
        </w:tc>
        <w:tc>
          <w:tcPr>
            <w:tcW w:type="dxa" w:w="4864"/>
            <w:vMerge w:val="restart"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Электронные (цифровые) образовательные ресурсы</w:t>
            </w:r>
          </w:p>
        </w:tc>
      </w:tr>
      <w:tr>
        <w:trPr>
          <w:trHeight w:hRule="exact" w:val="540"/>
        </w:trPr>
        <w:tc>
          <w:tcPr>
            <w:tcW w:type="dxa" w:w="1726"/>
            <w:vMerge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</w:tcPr>
          <w:p/>
        </w:tc>
        <w:tc>
          <w:tcPr>
            <w:tcW w:type="dxa" w:w="528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всего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068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контрольные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142"/>
            <w:tcBorders>
              <w:start w:sz="4.7999999999999545" w:val="single" w:color="#000000"/>
              <w:top w:sz="4.800000000000068" w:val="single" w:color="#000000"/>
              <w:end w:sz="5.600000000000364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практические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726"/>
            <w:vMerge/>
            <w:tcBorders>
              <w:start w:sz="5.600000000000364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79999999999927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068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Тематический блок 1. «Россия — наш общий дом»</w:t>
            </w:r>
          </w:p>
        </w:tc>
      </w:tr>
      <w:tr>
        <w:trPr>
          <w:trHeight w:hRule="exact" w:val="1310"/>
        </w:trPr>
        <w:tc>
          <w:tcPr>
            <w:tcW w:type="dxa" w:w="468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1.1.</w:t>
            </w:r>
          </w:p>
        </w:tc>
        <w:tc>
          <w:tcPr>
            <w:tcW w:type="dxa" w:w="1922"/>
            <w:tcBorders>
              <w:start w:sz="4.7999999999999545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80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Зачем изучать курс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«Основы духовно-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нравственной культуры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народов России»?</w:t>
            </w:r>
          </w:p>
        </w:tc>
        <w:tc>
          <w:tcPr>
            <w:tcW w:type="dxa" w:w="528"/>
            <w:tcBorders>
              <w:start w:sz="4.7999999999999545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9545" w:val="single" w:color="#000000"/>
              <w:top w:sz="4.0" w:val="single" w:color="#000000"/>
              <w:end w:sz="5.60000000000036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5.600000000000364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59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8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формировать представление об особенностях курса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«Основы духовно-нравственной культуры народов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России»;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слушать и понимать объяснения учителя по теме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урока;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вести самостоятельную работу с учебником;</w:t>
            </w:r>
          </w:p>
        </w:tc>
        <w:tc>
          <w:tcPr>
            <w:tcW w:type="dxa" w:w="1080"/>
            <w:tcBorders>
              <w:start w:sz="4.800000000000182" w:val="single" w:color="#000000"/>
              <w:top w:sz="4.0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80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4864"/>
            <w:tcBorders>
              <w:start w:sz="4.79999999999927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80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https://resh.edu.ru/special-course/1/1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https://infourok.ru/konspekt-uroka-na-temu-vvedenie-v-kurs-odnk-nr-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4022424.html</w:t>
            </w:r>
          </w:p>
        </w:tc>
      </w:tr>
      <w:tr>
        <w:trPr>
          <w:trHeight w:hRule="exact" w:val="1116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1.2.</w:t>
            </w:r>
          </w:p>
        </w:tc>
        <w:tc>
          <w:tcPr>
            <w:tcW w:type="dxa" w:w="1922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Наш дом — Россия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9545" w:val="single" w:color="#000000"/>
              <w:top w:sz="4.800000000000182" w:val="single" w:color="#000000"/>
              <w:end w:sz="5.600000000000364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5.600000000000364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5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слушать и понимать объяснения учителя по теме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урока;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формировать представление о необходимости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важности межнационального и межрелигиозного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сотрудничества, взаимодействия;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4864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https://videouroki.net/razrabotki/nash-dom-rossiia.html</w:t>
            </w:r>
          </w:p>
        </w:tc>
      </w:tr>
      <w:tr>
        <w:trPr>
          <w:trHeight w:hRule="exact" w:val="1502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1.3.</w:t>
            </w:r>
          </w:p>
        </w:tc>
        <w:tc>
          <w:tcPr>
            <w:tcW w:type="dxa" w:w="1922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Язык и история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9545" w:val="single" w:color="#000000"/>
              <w:top w:sz="4.7999999999999545" w:val="single" w:color="#000000"/>
              <w:end w:sz="5.600000000000364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5.600000000000364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5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формировать представления о языке как носителе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духовно-нравственных смыслов культуры;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понимать особенности коммуникативной роли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языка;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слушать и анализировать выступления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одноклассников, отбирать и сравнивать учебный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материал по нескольким источникам;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79999999999927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4864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1308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1.4.</w:t>
            </w:r>
          </w:p>
        </w:tc>
        <w:tc>
          <w:tcPr>
            <w:tcW w:type="dxa" w:w="1922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Русский язык — язык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общения и язык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возможностей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9545" w:val="single" w:color="#000000"/>
              <w:top w:sz="4.799999999999727" w:val="single" w:color="#000000"/>
              <w:end w:sz="5.60000000000036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5.600000000000364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5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формировать представление о русском языке как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языке межнационального общения;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слушать объяснения учителя, стараясь выделить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главное;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объяснять наблюдаемые в практике изучения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языка явления;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727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4864"/>
            <w:tcBorders>
              <w:start w:sz="4.79999999999927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https://videouroki.net/video/25-russkij-yazyk-gosudarstvennyj.html</w:t>
            </w:r>
          </w:p>
        </w:tc>
      </w:tr>
      <w:tr>
        <w:trPr>
          <w:trHeight w:hRule="exact" w:val="1500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1.5.</w:t>
            </w:r>
          </w:p>
        </w:tc>
        <w:tc>
          <w:tcPr>
            <w:tcW w:type="dxa" w:w="1922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Истоки родной культуры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9545" w:val="single" w:color="#000000"/>
              <w:top w:sz="4.800000000000182" w:val="single" w:color="#000000"/>
              <w:end w:sz="5.60000000000036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5.600000000000364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5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формировать представление о том, что такое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культура, об общих чертах в  культуре разных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народов;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слушать и понимать объяснения учителя по теме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урока;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выполнять задания на понимание и разграничение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понятий по теме;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4864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1290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1.6.</w:t>
            </w:r>
          </w:p>
        </w:tc>
        <w:tc>
          <w:tcPr>
            <w:tcW w:type="dxa" w:w="1922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Материальная культура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9545" w:val="single" w:color="#000000"/>
              <w:top w:sz="4.800000000000182" w:val="single" w:color="#000000"/>
              <w:end w:sz="5.60000000000036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5.600000000000364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5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формировать представление о традиционных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укладах жизни разных народов;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слушать и анализировать выступления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одноклассников;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работать с учебником, анализировать проблемные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ситуации;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4864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https://www.prodlenka.org/metodicheskie-razrabotki/420691-razrabotka-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uroka-odnknr-v-5-klasse-na-temu-po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2" w:right="640" w:bottom="784" w:left="666" w:header="720" w:footer="720" w:gutter="0"/>
          <w:cols w:space="720" w:num="1" w:equalWidth="0">
            <w:col w:w="15534" w:space="0"/>
            <w:col w:w="10306" w:space="0"/>
            <w:col w:w="10344" w:space="0"/>
            <w:col w:w="10264" w:space="0"/>
            <w:col w:w="10300" w:space="0"/>
            <w:col w:w="10344" w:space="0"/>
            <w:col w:w="10326" w:space="0"/>
            <w:col w:w="10334" w:space="0"/>
            <w:col w:w="10326" w:space="0"/>
            <w:col w:w="10518" w:space="0"/>
            <w:col w:w="10584" w:space="0"/>
            <w:col w:w="10590" w:space="0"/>
            <w:col w:w="10546" w:space="0"/>
            <w:col w:w="10584" w:space="0"/>
            <w:col w:w="10498" w:space="0"/>
            <w:col w:w="10472" w:space="0"/>
            <w:col w:w="10580" w:space="0"/>
            <w:col w:w="10584" w:space="0"/>
            <w:col w:w="9584" w:space="0"/>
            <w:col w:w="5934" w:space="0"/>
            <w:col w:w="365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1694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1.7.</w:t>
            </w:r>
          </w:p>
        </w:tc>
        <w:tc>
          <w:tcPr>
            <w:tcW w:type="dxa" w:w="1922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Духовная культура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9545" w:val="single" w:color="#000000"/>
              <w:top w:sz="4.800000000000011" w:val="single" w:color="#000000"/>
              <w:end w:sz="5.600000000000364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5.600000000000364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59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формировать представление о духовной культуре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разных народов;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понимать взаимосвязь между проявлениями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материальной и духовной культуры;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выполнять задания на понимание и разграничение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понятий по теме;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учиться работать с текстом и зри тельным рядом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учебника;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011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4864"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https://www.prodlenka.org/metodicheskie-razrabotki/420691-razrabotka-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uroka-odnknr-v-5-klasse-na-temu-po</w:t>
            </w:r>
          </w:p>
        </w:tc>
      </w:tr>
      <w:tr>
        <w:trPr>
          <w:trHeight w:hRule="exact" w:val="1116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1.8.</w:t>
            </w:r>
          </w:p>
        </w:tc>
        <w:tc>
          <w:tcPr>
            <w:tcW w:type="dxa" w:w="1922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Культура и религия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9545" w:val="single" w:color="#000000"/>
              <w:top w:sz="4.7999999999999545" w:val="single" w:color="#000000"/>
              <w:end w:sz="5.600000000000364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5.600000000000364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5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формировать представление о понятии «религия»,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понимать и уметь объяснять, в чём заключается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связь культуры и религии;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слушать объяснения учителя, работать с научно-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популярной литературой по теме;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4864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https://videouroki.net/video/2-kultura-i-religiya.html</w:t>
            </w:r>
          </w:p>
        </w:tc>
      </w:tr>
      <w:tr>
        <w:trPr>
          <w:trHeight w:hRule="exact" w:val="1116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1.9.</w:t>
            </w:r>
          </w:p>
        </w:tc>
        <w:tc>
          <w:tcPr>
            <w:tcW w:type="dxa" w:w="1922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Культура и образование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9545" w:val="single" w:color="#000000"/>
              <w:top w:sz="4.7999999999999545" w:val="single" w:color="#000000"/>
              <w:end w:sz="5.600000000000364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5.600000000000364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5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понимать смысл понятия «образование», уметь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объяснять важность и необходимость образования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для общества;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слушать объяснения учителя, отбирать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сравнивать учебные материалы по теме;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4864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https://interneturok.ru/lesson/okruj-mir/2-klass/zhizn-goroda-i-sela/kultura-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i-obrazovanie</w:t>
            </w:r>
          </w:p>
        </w:tc>
      </w:tr>
      <w:tr>
        <w:trPr>
          <w:trHeight w:hRule="exact" w:val="1092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1.10.</w:t>
            </w:r>
          </w:p>
        </w:tc>
        <w:tc>
          <w:tcPr>
            <w:tcW w:type="dxa" w:w="1922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Многообразие культур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России (</w:t>
            </w: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 xml:space="preserve">практическое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>занятие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)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9545" w:val="single" w:color="#000000"/>
              <w:top w:sz="4.7999999999999545" w:val="single" w:color="#000000"/>
              <w:end w:sz="5.60000000000036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5.600000000000364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5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отбирать материал по нескольким источникам,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готовить доклады, работать с научно-популярной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литературой;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слушать выступления одноклассников;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864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https://videouroki.net/video/34-mnogonacionalnaya-kultura-rossii.html</w:t>
            </w:r>
          </w:p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Тематический блок 2. «Семья и духовно-нравственные ценности»</w:t>
            </w:r>
          </w:p>
        </w:tc>
      </w:tr>
      <w:tr>
        <w:trPr>
          <w:trHeight w:hRule="exact" w:val="1502"/>
        </w:trPr>
        <w:tc>
          <w:tcPr>
            <w:tcW w:type="dxa" w:w="468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2.1.</w:t>
            </w:r>
          </w:p>
        </w:tc>
        <w:tc>
          <w:tcPr>
            <w:tcW w:type="dxa" w:w="1922"/>
            <w:tcBorders>
              <w:start w:sz="4.7999999999999545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Семья  — хранитель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духовных ценностей</w:t>
            </w:r>
          </w:p>
        </w:tc>
        <w:tc>
          <w:tcPr>
            <w:tcW w:type="dxa" w:w="528"/>
            <w:tcBorders>
              <w:start w:sz="4.7999999999999545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9545" w:val="single" w:color="#000000"/>
              <w:top w:sz="4.0" w:val="single" w:color="#000000"/>
              <w:end w:sz="5.60000000000036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5.600000000000364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59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понимать, что такое семья, формировать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представление о взаимосвязях между типом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культуры и особенностями семейного уклада у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разных народов;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понимать значение термина «поколение»;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слушать объяснения учителя, решать проблемные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задачи;</w:t>
            </w:r>
          </w:p>
        </w:tc>
        <w:tc>
          <w:tcPr>
            <w:tcW w:type="dxa" w:w="1080"/>
            <w:tcBorders>
              <w:start w:sz="4.800000000000182" w:val="single" w:color="#000000"/>
              <w:top w:sz="4.0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4864"/>
            <w:tcBorders>
              <w:start w:sz="4.79999999999927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https://kopilkaurokov.ru/ork/uroki/siemieinyie-tsiennosti-pochitaiemyie-v-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kul-turie-narodov-rossii</w:t>
            </w:r>
          </w:p>
        </w:tc>
      </w:tr>
      <w:tr>
        <w:trPr>
          <w:trHeight w:hRule="exact" w:val="1308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2.2.</w:t>
            </w:r>
          </w:p>
        </w:tc>
        <w:tc>
          <w:tcPr>
            <w:tcW w:type="dxa" w:w="1922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Родина начинается 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семьи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9545" w:val="single" w:color="#000000"/>
              <w:top w:sz="4.800000000000182" w:val="single" w:color="#000000"/>
              <w:end w:sz="5.600000000000364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5.600000000000364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5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понимать и объяснять, как и почему история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каждой семьи тесно связана с историей страны,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народа;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слушать объяснения учителя, разграничивать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понятия по теме, систематизировать учебный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материал;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4864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https://interneturok.ru/lesson/odnknr/5-klass/spisok-urokov/semya-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hranitel-duhovnyh-tsennostey-chast-1-rol-semi-v-zhizni-cheloveka</w:t>
            </w:r>
          </w:p>
        </w:tc>
      </w:tr>
      <w:tr>
        <w:trPr>
          <w:trHeight w:hRule="exact" w:val="1482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2.3.</w:t>
            </w:r>
          </w:p>
        </w:tc>
        <w:tc>
          <w:tcPr>
            <w:tcW w:type="dxa" w:w="1922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Традиции семейного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воспитания в России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9545" w:val="single" w:color="#000000"/>
              <w:top w:sz="4.799999999999727" w:val="single" w:color="#000000"/>
              <w:end w:sz="5.60000000000036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5.600000000000364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5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понимать и объяснять, что такое традиция, уметь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рассказывать о традициях своей семьи, семейных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традициях своего народа и других народов России;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уметь объяснять и разграничивать основные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понятия по теме;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просматривать и анализировать учебные фильмы,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работать с раздаточным материалом;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727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4864"/>
            <w:tcBorders>
              <w:start w:sz="4.79999999999927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https://videouroki.net/razrabotki/prezentatsiya-po-odnknr-5-klass-traditsii-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vospitaniya.html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820" w:left="666" w:header="720" w:footer="720" w:gutter="0"/>
          <w:cols w:space="720" w:num="1" w:equalWidth="0">
            <w:col w:w="15534" w:space="0"/>
            <w:col w:w="15534" w:space="0"/>
            <w:col w:w="10306" w:space="0"/>
            <w:col w:w="10344" w:space="0"/>
            <w:col w:w="10264" w:space="0"/>
            <w:col w:w="10300" w:space="0"/>
            <w:col w:w="10344" w:space="0"/>
            <w:col w:w="10326" w:space="0"/>
            <w:col w:w="10334" w:space="0"/>
            <w:col w:w="10326" w:space="0"/>
            <w:col w:w="10518" w:space="0"/>
            <w:col w:w="10584" w:space="0"/>
            <w:col w:w="10590" w:space="0"/>
            <w:col w:w="10546" w:space="0"/>
            <w:col w:w="10584" w:space="0"/>
            <w:col w:w="10498" w:space="0"/>
            <w:col w:w="10472" w:space="0"/>
            <w:col w:w="10580" w:space="0"/>
            <w:col w:w="10584" w:space="0"/>
            <w:col w:w="9584" w:space="0"/>
            <w:col w:w="5934" w:space="0"/>
            <w:col w:w="365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1500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2.4.</w:t>
            </w:r>
          </w:p>
        </w:tc>
        <w:tc>
          <w:tcPr>
            <w:tcW w:type="dxa" w:w="1922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 семьи в культуре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народов России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9545" w:val="single" w:color="#000000"/>
              <w:top w:sz="4.800000000000011" w:val="single" w:color="#000000"/>
              <w:end w:sz="5.600000000000364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5.600000000000364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59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знать основные фольклорные сюжеты о семье,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семейных ценностях;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знать и понимать морально-нравственное значение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семьи;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работать с научно-популярной литературой,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просматривать и анализировать учебные фильмы,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систематизировать учебный материал;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011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4864"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https://interneturok.ru/lesson/odnknr/5-klass/spisok-urokov/semya-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hranitel-duhovnyh-tsennostey-chast-2-semeynye-tsennosti-v-pravoslavii-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buddizme-islame-iudaizme</w:t>
            </w:r>
          </w:p>
        </w:tc>
      </w:tr>
      <w:tr>
        <w:trPr>
          <w:trHeight w:hRule="exact" w:val="1118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2.5.</w:t>
            </w:r>
          </w:p>
        </w:tc>
        <w:tc>
          <w:tcPr>
            <w:tcW w:type="dxa" w:w="1922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Труд в истории семьи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9545" w:val="single" w:color="#000000"/>
              <w:top w:sz="4.7999999999999545" w:val="single" w:color="#000000"/>
              <w:end w:sz="5.600000000000364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5.600000000000364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5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понимать, что такое «семейный труд», сознавать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характеризовать важного общего семейного труда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для укрепления целостности семьи;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слушать объяснения учителя, самостоятельно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работать с учебником;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4864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https://interneturok.ru/lesson/odnknr/5-klass/spisok-urokov/semya-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hranitel-duhovnyh-tsennostey-chast-4-semya-pervyy-trudovoy-kollektiv</w:t>
            </w:r>
          </w:p>
        </w:tc>
      </w:tr>
      <w:tr>
        <w:trPr>
          <w:trHeight w:hRule="exact" w:val="1308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2.6.</w:t>
            </w:r>
          </w:p>
        </w:tc>
        <w:tc>
          <w:tcPr>
            <w:tcW w:type="dxa" w:w="1922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Семья в современном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мире (</w:t>
            </w: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 xml:space="preserve">практическое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>занятие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)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9545" w:val="single" w:color="#000000"/>
              <w:top w:sz="4.7999999999999545" w:val="single" w:color="#000000"/>
              <w:end w:sz="5.600000000000364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5.600000000000364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5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понимать, почему важно изучать и хранить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историю своей семьи, передавать её следующим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поколениям;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готовить доклад, сообщение; создавать семейное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древо; отбирать и сравнивать материал из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нескольких источников;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864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https://interneturok.ru/lesson/odnknr/5-klass/spisok-urokov/semya-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hranitel-duhovnyh-tsennostey-chast-1-rol-semi-v-zhizni-cheloveka</w:t>
            </w:r>
          </w:p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Тематический блок 3. «Духовно-нравственное богатство личности»</w:t>
            </w:r>
          </w:p>
        </w:tc>
      </w:tr>
      <w:tr>
        <w:trPr>
          <w:trHeight w:hRule="exact" w:val="1310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3.1.</w:t>
            </w:r>
          </w:p>
        </w:tc>
        <w:tc>
          <w:tcPr>
            <w:tcW w:type="dxa" w:w="1922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Личность  — общество  —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культура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9545" w:val="single" w:color="#000000"/>
              <w:top w:sz="4.800000000000182" w:val="single" w:color="#000000"/>
              <w:end w:sz="5.60000000000036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5.600000000000364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5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знать, что такое гуманизм, понимать, что делает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человека человеком и какие проявления людей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можно назвать гуманными;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работать с научно-популярной литературой, уметь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разграничивать понятия, осваивать смысловое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чтение (решать текстовые задачи);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4864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https://videouroki.net/razrabotki/tiema-dukhovnaia-kul-tura-lichnosti-i-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obshchiestva.html</w:t>
            </w:r>
          </w:p>
        </w:tc>
      </w:tr>
      <w:tr>
        <w:trPr>
          <w:trHeight w:hRule="exact" w:val="1116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3.2.</w:t>
            </w:r>
          </w:p>
        </w:tc>
        <w:tc>
          <w:tcPr>
            <w:tcW w:type="dxa" w:w="1922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Духовный мир человека.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Человек — творец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культуры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9545" w:val="single" w:color="#000000"/>
              <w:top w:sz="4.800000000000182" w:val="single" w:color="#000000"/>
              <w:end w:sz="5.60000000000036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5.600000000000364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5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понимать и объяснять значение слова «человек»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контексте духовно- нравственной культуры;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слушать объяснения учителя, работать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учебником, уметь понимать и разграничивать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основные понятия по теме;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4864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https://videouroki.net/video/15-duhovnyj-mir-cheloveka.html</w:t>
            </w:r>
          </w:p>
        </w:tc>
      </w:tr>
      <w:tr>
        <w:trPr>
          <w:trHeight w:hRule="exact" w:val="1500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3.3.</w:t>
            </w:r>
          </w:p>
        </w:tc>
        <w:tc>
          <w:tcPr>
            <w:tcW w:type="dxa" w:w="1922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Личность и духовно-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нравственные ценности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9545" w:val="single" w:color="#000000"/>
              <w:top w:sz="4.800000000000182" w:val="single" w:color="#000000"/>
              <w:end w:sz="5.60000000000036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5.600000000000364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5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понимать и объяснять, что такое мораль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нравственность, любовь к близким;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показывать на примерах важность таких ценностей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как взаимопомощь, сострадание, милосердие,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любовь, дружба и др.;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разграничивать и определять основные понятия,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решать текстовые задачи, работать с учебником;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4864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https://infourok.ru/plankonspekt-uroka-odnk-v-klasse-na-temu-duhovnie-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cennosti-3300810.html</w:t>
            </w:r>
          </w:p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Тематический блок 4. «Культурное единство России»</w:t>
            </w:r>
          </w:p>
        </w:tc>
      </w:tr>
      <w:tr>
        <w:trPr>
          <w:trHeight w:hRule="exact" w:val="1830"/>
        </w:trPr>
        <w:tc>
          <w:tcPr>
            <w:tcW w:type="dxa" w:w="468"/>
            <w:tcBorders>
              <w:start w:sz="4.800000000000011" w:val="single" w:color="#000000"/>
              <w:top w:sz="5.600000000000364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4.1.</w:t>
            </w:r>
          </w:p>
        </w:tc>
        <w:tc>
          <w:tcPr>
            <w:tcW w:type="dxa" w:w="1922"/>
            <w:tcBorders>
              <w:start w:sz="4.7999999999999545" w:val="single" w:color="#000000"/>
              <w:top w:sz="5.600000000000364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Историческая память как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духовно-нравственная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ценность</w:t>
            </w:r>
          </w:p>
        </w:tc>
        <w:tc>
          <w:tcPr>
            <w:tcW w:type="dxa" w:w="528"/>
            <w:tcBorders>
              <w:start w:sz="4.7999999999999545" w:val="single" w:color="#000000"/>
              <w:top w:sz="5.60000000000036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5.600000000000364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9545" w:val="single" w:color="#000000"/>
              <w:top w:sz="5.600000000000364" w:val="single" w:color="#000000"/>
              <w:end w:sz="5.60000000000036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5.600000000000364" w:val="single" w:color="#000000"/>
              <w:top w:sz="5.60000000000036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590"/>
            <w:tcBorders>
              <w:start w:sz="4.800000000000182" w:val="single" w:color="#000000"/>
              <w:top w:sz="5.60000000000036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объяснять смысл термина «история», понимать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важность изучения истории;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понимать и объяснять, что такое историческая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память, как история каждой семьи связана 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историей страны;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работать с учебником, выделять и определять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основные понятия, слушать и анализировать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выступления одноклассников;</w:t>
            </w:r>
          </w:p>
        </w:tc>
        <w:tc>
          <w:tcPr>
            <w:tcW w:type="dxa" w:w="1080"/>
            <w:tcBorders>
              <w:start w:sz="4.800000000000182" w:val="single" w:color="#000000"/>
              <w:top w:sz="5.600000000000364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4864"/>
            <w:tcBorders>
              <w:start w:sz="4.799999999999272" w:val="single" w:color="#000000"/>
              <w:top w:sz="5.60000000000036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https://myslide.ru/presentation/xranit-pamyat-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predkovxAosnovyxAduxovnonravstvennojxAkulturyxAnarodov-rossii-5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460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0306" w:space="0"/>
            <w:col w:w="10344" w:space="0"/>
            <w:col w:w="10264" w:space="0"/>
            <w:col w:w="10300" w:space="0"/>
            <w:col w:w="10344" w:space="0"/>
            <w:col w:w="10326" w:space="0"/>
            <w:col w:w="10334" w:space="0"/>
            <w:col w:w="10326" w:space="0"/>
            <w:col w:w="10518" w:space="0"/>
            <w:col w:w="10584" w:space="0"/>
            <w:col w:w="10590" w:space="0"/>
            <w:col w:w="10546" w:space="0"/>
            <w:col w:w="10584" w:space="0"/>
            <w:col w:w="10498" w:space="0"/>
            <w:col w:w="10472" w:space="0"/>
            <w:col w:w="10580" w:space="0"/>
            <w:col w:w="10584" w:space="0"/>
            <w:col w:w="9584" w:space="0"/>
            <w:col w:w="5934" w:space="0"/>
            <w:col w:w="365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1694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4.2.</w:t>
            </w:r>
          </w:p>
        </w:tc>
        <w:tc>
          <w:tcPr>
            <w:tcW w:type="dxa" w:w="1922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Литература как язык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культуры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9545" w:val="single" w:color="#000000"/>
              <w:top w:sz="4.800000000000011" w:val="single" w:color="#000000"/>
              <w:end w:sz="5.600000000000364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5.600000000000364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59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понимать особенности литературы, её отличия от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других видов художественного творчества;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объяснять средства выражения духовного мира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человека, его морали и нравственности 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произведениях литературы;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слушать объяснения учителя, работать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художественной литературой, изучать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анализировать источники;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011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4864"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1500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4.3.</w:t>
            </w:r>
          </w:p>
        </w:tc>
        <w:tc>
          <w:tcPr>
            <w:tcW w:type="dxa" w:w="1922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Взаимовлияние культур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9545" w:val="single" w:color="#000000"/>
              <w:top w:sz="4.7999999999999545" w:val="single" w:color="#000000"/>
              <w:end w:sz="5.60000000000036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5.600000000000364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5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иметь представление о значении терминов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«взаимодействие культур», «культурный обмен»;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понимать и объяснять важность сохранения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культурного наследия;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слушать объяснения учителя, понимать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разграничивать понятия, отбирать и сравнивать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материал по нескольким источникам;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4864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https://infourok.ru/prezentaciya-na-temu-vzaimodeystvie-kultur-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2605074.html</w:t>
            </w:r>
          </w:p>
        </w:tc>
      </w:tr>
      <w:tr>
        <w:trPr>
          <w:trHeight w:hRule="exact" w:val="1500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4.4.</w:t>
            </w:r>
          </w:p>
        </w:tc>
        <w:tc>
          <w:tcPr>
            <w:tcW w:type="dxa" w:w="1922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Духовно-нравственные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ценности российского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народа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9545" w:val="single" w:color="#000000"/>
              <w:top w:sz="4.800000000000182" w:val="single" w:color="#000000"/>
              <w:end w:sz="5.60000000000036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5.600000000000364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5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уметь объяснять значение основных понятий,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отражающих духовно-нравственные ценности;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осознавать их и защищать в качестве базовых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общегражданских ценностей российского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общества;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слушать объяснения учителя, работать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учебником (смысловое чтение);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4864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86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https://uchitelya.com/obschestvoznanie/172448-prezentaciya-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nravstvennye-cennosti-rossiyskogo-naroda.html</w:t>
            </w:r>
          </w:p>
        </w:tc>
      </w:tr>
      <w:tr>
        <w:trPr>
          <w:trHeight w:hRule="exact" w:val="1694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4.5.</w:t>
            </w:r>
          </w:p>
        </w:tc>
        <w:tc>
          <w:tcPr>
            <w:tcW w:type="dxa" w:w="1922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Регионы России: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культурное многообразие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9545" w:val="single" w:color="#000000"/>
              <w:top w:sz="4.800000000000182" w:val="single" w:color="#000000"/>
              <w:end w:sz="5.60000000000036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5.600000000000364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5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понимать принципы федеративного устройства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России, объяснять понятие «полиэтничность»;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понимать ценность многообразия культурных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укладов народов России;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уметь рассказывать о культурном своеобразии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своей малой родины;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слушать и анализировать выступления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одноклассников, работать с источниками;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4864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https://multiurok.ru/files/mnoghoobraziie-kul-tury-narodov-rossii.html</w:t>
            </w:r>
          </w:p>
        </w:tc>
      </w:tr>
      <w:tr>
        <w:trPr>
          <w:trHeight w:hRule="exact" w:val="1692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4.6.</w:t>
            </w:r>
          </w:p>
        </w:tc>
        <w:tc>
          <w:tcPr>
            <w:tcW w:type="dxa" w:w="1922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Праздники в культуре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народов России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9545" w:val="single" w:color="#000000"/>
              <w:top w:sz="4.800000000000182" w:val="single" w:color="#000000"/>
              <w:end w:sz="5.60000000000036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5.600000000000364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5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понимать и объяснять, что такое «народный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праздник»;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уметь рассказывать о праздничных традициях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разных народов и своей семьи;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понимать и объяснять нравственный смысл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народного праздника;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работать с учебником, просматривать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анализировать учебные фильмы;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4864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https://kopilkaurokov.ru/ork/uroki/pravoslavnyieprazdnikirusskoghonaroda</w:t>
            </w:r>
          </w:p>
        </w:tc>
      </w:tr>
      <w:tr>
        <w:trPr>
          <w:trHeight w:hRule="exact" w:val="1674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4.7.</w:t>
            </w:r>
          </w:p>
        </w:tc>
        <w:tc>
          <w:tcPr>
            <w:tcW w:type="dxa" w:w="1922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Памятники в культуре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народов России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9545" w:val="single" w:color="#000000"/>
              <w:top w:sz="4.800000000000182" w:val="single" w:color="#000000"/>
              <w:end w:sz="5.600000000000364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5.600000000000364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5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устанавливать связь между историей памятника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историей края;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характеризовать памятники истории и культуры;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понимать нравственный и научный смысл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краеведческой работы;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слушать объяснения учителя, работать с научно-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популярной литературой, просматривать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анализировать учебные фильмы;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4864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https://pandia.ru/text/80/079/18886.php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772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0306" w:space="0"/>
            <w:col w:w="10344" w:space="0"/>
            <w:col w:w="10264" w:space="0"/>
            <w:col w:w="10300" w:space="0"/>
            <w:col w:w="10344" w:space="0"/>
            <w:col w:w="10326" w:space="0"/>
            <w:col w:w="10334" w:space="0"/>
            <w:col w:w="10326" w:space="0"/>
            <w:col w:w="10518" w:space="0"/>
            <w:col w:w="10584" w:space="0"/>
            <w:col w:w="10590" w:space="0"/>
            <w:col w:w="10546" w:space="0"/>
            <w:col w:w="10584" w:space="0"/>
            <w:col w:w="10498" w:space="0"/>
            <w:col w:w="10472" w:space="0"/>
            <w:col w:w="10580" w:space="0"/>
            <w:col w:w="10584" w:space="0"/>
            <w:col w:w="9584" w:space="0"/>
            <w:col w:w="5934" w:space="0"/>
            <w:col w:w="365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1598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4.8.</w:t>
            </w:r>
          </w:p>
        </w:tc>
        <w:tc>
          <w:tcPr>
            <w:tcW w:type="dxa" w:w="1922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Музыкальная культура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народов России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011" w:val="single" w:color="#000000"/>
              <w:end w:sz="4.7999999999999545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9545" w:val="single" w:color="#000000"/>
              <w:top w:sz="4.800000000000011" w:val="single" w:color="#000000"/>
              <w:end w:sz="5.600000000000364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5.600000000000364" w:val="single" w:color="#000000"/>
              <w:top w:sz="4.800000000000011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59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понимать особенности музыки как вида искусства;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знать и называть основные темы музыкального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творчества народов России, понимать, как история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народа отражается в его музыке;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слушать объяснения учителя, работать с научно-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популярной литературой, просматривать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анализировать учебные фильмы;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011" w:val="single" w:color="#000000"/>
              <w:end w:sz="4.79999999999927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4864"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https://infourok.ru/prezentaciya-na-temu-muzyka-narodov-rossii-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5419100.html</w:t>
            </w:r>
          </w:p>
        </w:tc>
      </w:tr>
      <w:tr>
        <w:trPr>
          <w:trHeight w:hRule="exact" w:val="2076"/>
        </w:trPr>
        <w:tc>
          <w:tcPr>
            <w:tcW w:type="dxa" w:w="468"/>
            <w:tcBorders>
              <w:start w:sz="4.800000000000011" w:val="single" w:color="#000000"/>
              <w:top w:sz="5.600000000000023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4.9.</w:t>
            </w:r>
          </w:p>
        </w:tc>
        <w:tc>
          <w:tcPr>
            <w:tcW w:type="dxa" w:w="1922"/>
            <w:tcBorders>
              <w:start w:sz="4.7999999999999545" w:val="single" w:color="#000000"/>
              <w:top w:sz="5.600000000000023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Изобразительное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искусство народов России</w:t>
            </w:r>
          </w:p>
        </w:tc>
        <w:tc>
          <w:tcPr>
            <w:tcW w:type="dxa" w:w="528"/>
            <w:tcBorders>
              <w:start w:sz="4.7999999999999545" w:val="single" w:color="#000000"/>
              <w:top w:sz="5.600000000000023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5.600000000000023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9545" w:val="single" w:color="#000000"/>
              <w:top w:sz="5.600000000000023" w:val="single" w:color="#000000"/>
              <w:end w:sz="5.60000000000036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5.600000000000364" w:val="single" w:color="#000000"/>
              <w:top w:sz="5.600000000000023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590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4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понимать и объяснять особенности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изобразительного искусства как вида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художественного творчества;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понимать и обосновывать важность искусства как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формы трансляции культурных ценностей;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знать и называть основные темы искусства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народов России;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слушать объяснения учителя, работать с научно-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популярной литературой, просматривать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анализировать учебные фильмы;</w:t>
            </w:r>
          </w:p>
        </w:tc>
        <w:tc>
          <w:tcPr>
            <w:tcW w:type="dxa" w:w="1080"/>
            <w:tcBorders>
              <w:start w:sz="4.800000000000182" w:val="single" w:color="#000000"/>
              <w:top w:sz="5.600000000000023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4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4864"/>
            <w:tcBorders>
              <w:start w:sz="4.799999999999272" w:val="single" w:color="#000000"/>
              <w:top w:sz="5.600000000000023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https://resh.edu.ru/subject/lesson/7825/conspect/312988/</w:t>
            </w:r>
          </w:p>
        </w:tc>
      </w:tr>
      <w:tr>
        <w:trPr>
          <w:trHeight w:hRule="exact" w:val="1526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4.10.</w:t>
            </w:r>
          </w:p>
        </w:tc>
        <w:tc>
          <w:tcPr>
            <w:tcW w:type="dxa" w:w="1922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Фольклор и литература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народов России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7999999999999545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9545" w:val="single" w:color="#000000"/>
              <w:top w:sz="4.800000000000182" w:val="single" w:color="#000000"/>
              <w:end w:sz="5.600000000000364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5.600000000000364" w:val="single" w:color="#000000"/>
              <w:top w:sz="4.800000000000182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5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понимать, что такое национальная литература;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объяснять и показывать на примерах, как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произведения фольклора отражают историю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народа, его духовно-нравственные ценности;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отбирать и сравнивать материал из нескольких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источников, решать текстовые задачи, слушать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анализировать выступления одноклассников;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4864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https://resh.edu.ru/subject/lesson/7370/conspect/245745/</w:t>
            </w:r>
          </w:p>
        </w:tc>
      </w:tr>
      <w:tr>
        <w:trPr>
          <w:trHeight w:hRule="exact" w:val="1116"/>
        </w:trPr>
        <w:tc>
          <w:tcPr>
            <w:tcW w:type="dxa" w:w="468"/>
            <w:tcBorders>
              <w:start w:sz="4.800000000000011" w:val="single" w:color="#000000"/>
              <w:top w:sz="5.600000000000364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4.11.</w:t>
            </w:r>
          </w:p>
        </w:tc>
        <w:tc>
          <w:tcPr>
            <w:tcW w:type="dxa" w:w="1922"/>
            <w:tcBorders>
              <w:start w:sz="4.7999999999999545" w:val="single" w:color="#000000"/>
              <w:top w:sz="5.600000000000364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4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Бытовые традиции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народов России: пища,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одежда, дом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(</w:t>
            </w: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>практическое занятие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)</w:t>
            </w:r>
          </w:p>
        </w:tc>
        <w:tc>
          <w:tcPr>
            <w:tcW w:type="dxa" w:w="528"/>
            <w:tcBorders>
              <w:start w:sz="4.7999999999999545" w:val="single" w:color="#000000"/>
              <w:top w:sz="5.600000000000364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5.600000000000364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9545" w:val="single" w:color="#000000"/>
              <w:top w:sz="5.600000000000364" w:val="single" w:color="#000000"/>
              <w:end w:sz="5.600000000000364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5.600000000000364" w:val="single" w:color="#000000"/>
              <w:top w:sz="5.600000000000364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590"/>
            <w:tcBorders>
              <w:start w:sz="4.800000000000182" w:val="single" w:color="#000000"/>
              <w:top w:sz="5.600000000000364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отбирать и сравнивать учебный материал по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нескольким источникам, решать текстовые задачи,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слушать и анализировать выступления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одноклассников, работать с научно-популярной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литературой;</w:t>
            </w:r>
          </w:p>
        </w:tc>
        <w:tc>
          <w:tcPr>
            <w:tcW w:type="dxa" w:w="1080"/>
            <w:tcBorders>
              <w:start w:sz="4.800000000000182" w:val="single" w:color="#000000"/>
              <w:top w:sz="5.600000000000364" w:val="single" w:color="#000000"/>
              <w:end w:sz="4.79999999999927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864"/>
            <w:tcBorders>
              <w:start w:sz="4.799999999999272" w:val="single" w:color="#000000"/>
              <w:top w:sz="5.600000000000364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4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https://videouroki.net/razrabotki/konspiekt-zaniatiia-byt-i-osnovnyie-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zaniatiia-liudiei-znakomstvo-s-ukladom-i-byt.html</w:t>
            </w:r>
          </w:p>
        </w:tc>
      </w:tr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4.12.</w:t>
            </w:r>
          </w:p>
        </w:tc>
        <w:tc>
          <w:tcPr>
            <w:tcW w:type="dxa" w:w="1922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144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Культурная карта России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(</w:t>
            </w: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>практическое занятие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)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9545" w:val="single" w:color="#000000"/>
              <w:top w:sz="4.799999999999727" w:val="single" w:color="#000000"/>
              <w:end w:sz="5.60000000000036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5.600000000000364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5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отбирать и сравнивать несколько источников,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решать текстовые задачи, слушать и анализировать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выступления одноклассников, работать с научно-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популярной литературой;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727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864"/>
            <w:tcBorders>
              <w:start w:sz="4.79999999999927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1308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4.13.</w:t>
            </w:r>
          </w:p>
        </w:tc>
        <w:tc>
          <w:tcPr>
            <w:tcW w:type="dxa" w:w="1922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Единство страны  — залог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будущего России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7999999999999545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4.7999999999999545" w:val="single" w:color="#000000"/>
              <w:top w:sz="4.800000000000182" w:val="single" w:color="#000000"/>
              <w:end w:sz="5.600000000000364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5.600000000000364" w:val="single" w:color="#000000"/>
              <w:top w:sz="4.800000000000182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5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понимать и объяснять значение общих элементов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черт в культуре разных народов России для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обоснования её культурного, экономического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единства;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слушать объяснения учителя, систематизировать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учебный материал;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864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86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https://uchitelya.com/pedagogika/97534-prezentaciya-rossiya-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ustremlennaya-v-buduschee-5-klass.html</w:t>
            </w:r>
          </w:p>
        </w:tc>
      </w:tr>
      <w:tr>
        <w:trPr>
          <w:trHeight w:hRule="exact" w:val="522"/>
        </w:trPr>
        <w:tc>
          <w:tcPr>
            <w:tcW w:type="dxa" w:w="2390"/>
            <w:gridSpan w:val="2"/>
            <w:tcBorders>
              <w:start w:sz="4.800000000000011" w:val="single" w:color="#000000"/>
              <w:top w:sz="5.600000000000364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ОБЩЕЕ КОЛИЧЕСТВО ЧАСОВ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 ПРОГРАММЕ</w:t>
            </w:r>
          </w:p>
        </w:tc>
        <w:tc>
          <w:tcPr>
            <w:tcW w:type="dxa" w:w="528"/>
            <w:tcBorders>
              <w:start w:sz="4.7999999999999545" w:val="single" w:color="#000000"/>
              <w:top w:sz="5.60000000000036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34</w:t>
            </w:r>
          </w:p>
        </w:tc>
        <w:tc>
          <w:tcPr>
            <w:tcW w:type="dxa" w:w="1104"/>
            <w:tcBorders>
              <w:start w:sz="4.800000000000182" w:val="single" w:color="#000000"/>
              <w:top w:sz="5.600000000000364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4.7999999999999545" w:val="single" w:color="#000000"/>
              <w:top w:sz="5.600000000000364" w:val="single" w:color="#000000"/>
              <w:end w:sz="5.60000000000036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0338"/>
            <w:gridSpan w:val="4"/>
            <w:tcBorders>
              <w:start w:sz="5.600000000000364" w:val="single" w:color="#000000"/>
              <w:top w:sz="5.60000000000036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114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0306" w:space="0"/>
            <w:col w:w="10344" w:space="0"/>
            <w:col w:w="10264" w:space="0"/>
            <w:col w:w="10300" w:space="0"/>
            <w:col w:w="10344" w:space="0"/>
            <w:col w:w="10326" w:space="0"/>
            <w:col w:w="10334" w:space="0"/>
            <w:col w:w="10326" w:space="0"/>
            <w:col w:w="10518" w:space="0"/>
            <w:col w:w="10584" w:space="0"/>
            <w:col w:w="10590" w:space="0"/>
            <w:col w:w="10546" w:space="0"/>
            <w:col w:w="10584" w:space="0"/>
            <w:col w:w="10498" w:space="0"/>
            <w:col w:w="10472" w:space="0"/>
            <w:col w:w="10580" w:space="0"/>
            <w:col w:w="10584" w:space="0"/>
            <w:col w:w="9584" w:space="0"/>
            <w:col w:w="5934" w:space="0"/>
            <w:col w:w="365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32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ПОУРОЧНОЕ ПЛАНИРОВАНИЕ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492"/>
        </w:trPr>
        <w:tc>
          <w:tcPr>
            <w:tcW w:type="dxa" w:w="504"/>
            <w:vMerge w:val="restart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№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п/п</w:t>
            </w:r>
          </w:p>
        </w:tc>
        <w:tc>
          <w:tcPr>
            <w:tcW w:type="dxa" w:w="3266"/>
            <w:vMerge w:val="restart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Тема урока</w:t>
            </w:r>
          </w:p>
        </w:tc>
        <w:tc>
          <w:tcPr>
            <w:tcW w:type="dxa" w:w="4020"/>
            <w:gridSpan w:val="3"/>
            <w:tcBorders>
              <w:start w:sz="4.0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Количество часов</w:t>
            </w:r>
          </w:p>
        </w:tc>
        <w:tc>
          <w:tcPr>
            <w:tcW w:type="dxa" w:w="1236"/>
            <w:vMerge w:val="restart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Дата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изучения</w:t>
            </w:r>
          </w:p>
        </w:tc>
        <w:tc>
          <w:tcPr>
            <w:tcW w:type="dxa" w:w="1526"/>
            <w:vMerge w:val="restart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Виды,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формы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контроля</w:t>
            </w:r>
          </w:p>
        </w:tc>
      </w:tr>
      <w:tr>
        <w:trPr>
          <w:trHeight w:hRule="exact" w:val="828"/>
        </w:trPr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</w:tcPr>
          <w:p/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всего 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контрольные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практические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512"/>
            <w:vMerge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1.</w:t>
            </w:r>
          </w:p>
        </w:tc>
        <w:tc>
          <w:tcPr>
            <w:tcW w:type="dxa" w:w="3266"/>
            <w:tcBorders>
              <w:start w:sz="4.800000000000011" w:val="single" w:color="#000000"/>
              <w:top w:sz="4.800000000000068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Зачем изучать курс «Основы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духовно-нравственной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культуры народов России»?</w:t>
            </w:r>
          </w:p>
        </w:tc>
        <w:tc>
          <w:tcPr>
            <w:tcW w:type="dxa" w:w="732"/>
            <w:tcBorders>
              <w:start w:sz="4.0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06.09.2022</w:t>
            </w:r>
          </w:p>
        </w:tc>
        <w:tc>
          <w:tcPr>
            <w:tcW w:type="dxa" w:w="152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30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2.</w:t>
            </w:r>
          </w:p>
        </w:tc>
        <w:tc>
          <w:tcPr>
            <w:tcW w:type="dxa" w:w="326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Наш дом — Россия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13.09.2022</w:t>
            </w:r>
          </w:p>
        </w:tc>
        <w:tc>
          <w:tcPr>
            <w:tcW w:type="dxa" w:w="15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3.</w:t>
            </w:r>
          </w:p>
        </w:tc>
        <w:tc>
          <w:tcPr>
            <w:tcW w:type="dxa" w:w="3266"/>
            <w:tcBorders>
              <w:start w:sz="4.800000000000011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Язык и история</w:t>
            </w:r>
          </w:p>
        </w:tc>
        <w:tc>
          <w:tcPr>
            <w:tcW w:type="dxa" w:w="732"/>
            <w:tcBorders>
              <w:start w:sz="4.0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20.09.2022</w:t>
            </w:r>
          </w:p>
        </w:tc>
        <w:tc>
          <w:tcPr>
            <w:tcW w:type="dxa" w:w="1526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4.</w:t>
            </w:r>
          </w:p>
        </w:tc>
        <w:tc>
          <w:tcPr>
            <w:tcW w:type="dxa" w:w="32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Русский язык — язык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общения и язык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возможностей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27.09.2022</w:t>
            </w:r>
          </w:p>
        </w:tc>
        <w:tc>
          <w:tcPr>
            <w:tcW w:type="dxa" w:w="15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5.</w:t>
            </w:r>
          </w:p>
        </w:tc>
        <w:tc>
          <w:tcPr>
            <w:tcW w:type="dxa" w:w="32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Истоки родной культуры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04.10.2022</w:t>
            </w:r>
          </w:p>
        </w:tc>
        <w:tc>
          <w:tcPr>
            <w:tcW w:type="dxa" w:w="15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6.</w:t>
            </w:r>
          </w:p>
        </w:tc>
        <w:tc>
          <w:tcPr>
            <w:tcW w:type="dxa" w:w="3266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Материальная культура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11.10.2022</w:t>
            </w:r>
          </w:p>
        </w:tc>
        <w:tc>
          <w:tcPr>
            <w:tcW w:type="dxa" w:w="15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7.</w:t>
            </w:r>
          </w:p>
        </w:tc>
        <w:tc>
          <w:tcPr>
            <w:tcW w:type="dxa" w:w="32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Духовная культура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18.10.2022</w:t>
            </w:r>
          </w:p>
        </w:tc>
        <w:tc>
          <w:tcPr>
            <w:tcW w:type="dxa" w:w="15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8.</w:t>
            </w:r>
          </w:p>
        </w:tc>
        <w:tc>
          <w:tcPr>
            <w:tcW w:type="dxa" w:w="3266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Культура и религия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25.10.2022</w:t>
            </w:r>
          </w:p>
        </w:tc>
        <w:tc>
          <w:tcPr>
            <w:tcW w:type="dxa" w:w="15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9.</w:t>
            </w:r>
          </w:p>
        </w:tc>
        <w:tc>
          <w:tcPr>
            <w:tcW w:type="dxa" w:w="32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Культура и образование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08.11.2022</w:t>
            </w:r>
          </w:p>
        </w:tc>
        <w:tc>
          <w:tcPr>
            <w:tcW w:type="dxa" w:w="15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2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</w:t>
            </w:r>
          </w:p>
        </w:tc>
        <w:tc>
          <w:tcPr>
            <w:tcW w:type="dxa" w:w="32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4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Многообразие культур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России (практическое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занятие)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15.11.2022</w:t>
            </w:r>
          </w:p>
        </w:tc>
        <w:tc>
          <w:tcPr>
            <w:tcW w:type="dxa" w:w="15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</w:t>
            </w:r>
          </w:p>
        </w:tc>
        <w:tc>
          <w:tcPr>
            <w:tcW w:type="dxa" w:w="32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1008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Семья  — хранитель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духовных ценностей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22.11.2022</w:t>
            </w:r>
          </w:p>
        </w:tc>
        <w:tc>
          <w:tcPr>
            <w:tcW w:type="dxa" w:w="15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</w:t>
            </w:r>
          </w:p>
        </w:tc>
        <w:tc>
          <w:tcPr>
            <w:tcW w:type="dxa" w:w="32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Родина начинается с семьи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29.11.2022</w:t>
            </w:r>
          </w:p>
        </w:tc>
        <w:tc>
          <w:tcPr>
            <w:tcW w:type="dxa" w:w="15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</w:t>
            </w:r>
          </w:p>
        </w:tc>
        <w:tc>
          <w:tcPr>
            <w:tcW w:type="dxa" w:w="32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00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Традиции семейного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воспитания в России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06.12.2022</w:t>
            </w:r>
          </w:p>
        </w:tc>
        <w:tc>
          <w:tcPr>
            <w:tcW w:type="dxa" w:w="15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</w:t>
            </w:r>
          </w:p>
        </w:tc>
        <w:tc>
          <w:tcPr>
            <w:tcW w:type="dxa" w:w="3266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Образ семьи в культуре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народов России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13.12.2022</w:t>
            </w:r>
          </w:p>
        </w:tc>
        <w:tc>
          <w:tcPr>
            <w:tcW w:type="dxa" w:w="152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0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</w:t>
            </w:r>
          </w:p>
        </w:tc>
        <w:tc>
          <w:tcPr>
            <w:tcW w:type="dxa" w:w="32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Труд в истории семьи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20.12.2022 </w:t>
            </w:r>
          </w:p>
        </w:tc>
        <w:tc>
          <w:tcPr>
            <w:tcW w:type="dxa" w:w="15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576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98" w:right="650" w:bottom="280" w:left="666" w:header="720" w:footer="720" w:gutter="0"/>
          <w:cols w:space="720" w:num="1" w:equalWidth="0"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0306" w:space="0"/>
            <w:col w:w="10344" w:space="0"/>
            <w:col w:w="10264" w:space="0"/>
            <w:col w:w="10300" w:space="0"/>
            <w:col w:w="10344" w:space="0"/>
            <w:col w:w="10326" w:space="0"/>
            <w:col w:w="10334" w:space="0"/>
            <w:col w:w="10326" w:space="0"/>
            <w:col w:w="10518" w:space="0"/>
            <w:col w:w="10584" w:space="0"/>
            <w:col w:w="10590" w:space="0"/>
            <w:col w:w="10546" w:space="0"/>
            <w:col w:w="10584" w:space="0"/>
            <w:col w:w="10498" w:space="0"/>
            <w:col w:w="10472" w:space="0"/>
            <w:col w:w="10580" w:space="0"/>
            <w:col w:w="10584" w:space="0"/>
            <w:col w:w="9584" w:space="0"/>
            <w:col w:w="5934" w:space="0"/>
            <w:col w:w="3650" w:space="0"/>
            <w:col w:w="9584" w:space="0"/>
          </w:cols>
          <w:docGrid w:linePitch="360"/>
        </w:sectPr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834"/>
        </w:trPr>
        <w:tc>
          <w:tcPr>
            <w:tcW w:type="dxa" w:w="504"/>
            <w:tcBorders>
              <w:start w:sz="4.800000000000011" w:val="single" w:color="#000000"/>
              <w:end w:sz="4.800000000000011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266"/>
            <w:tcBorders>
              <w:start w:sz="4.800000000000011" w:val="single" w:color="#000000"/>
              <w:end w:sz="4.0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2"/>
            <w:tcBorders>
              <w:start w:sz="4.0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20"/>
            <w:tcBorders>
              <w:start w:sz="4.800000000000182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end w:sz="4.799999999999727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end w:sz="4.799999999999727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26"/>
            <w:tcBorders>
              <w:start w:sz="4.799999999999727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822" w:lineRule="exact" w:before="0" w:after="0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</w:t>
            </w:r>
          </w:p>
        </w:tc>
        <w:tc>
          <w:tcPr>
            <w:tcW w:type="dxa" w:w="326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Семья в современном мире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(практическое занятие)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27.12.2022</w:t>
            </w:r>
          </w:p>
        </w:tc>
        <w:tc>
          <w:tcPr>
            <w:tcW w:type="dxa" w:w="15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</w:t>
            </w:r>
          </w:p>
        </w:tc>
        <w:tc>
          <w:tcPr>
            <w:tcW w:type="dxa" w:w="326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Личность  — общество  —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культура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10.01.2023</w:t>
            </w:r>
          </w:p>
        </w:tc>
        <w:tc>
          <w:tcPr>
            <w:tcW w:type="dxa" w:w="15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30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</w:t>
            </w:r>
          </w:p>
        </w:tc>
        <w:tc>
          <w:tcPr>
            <w:tcW w:type="dxa" w:w="326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Духовный мир человека.</w:t>
            </w:r>
          </w:p>
          <w:p>
            <w:pPr>
              <w:autoSpaceDN w:val="0"/>
              <w:autoSpaceDE w:val="0"/>
              <w:widowControl/>
              <w:spacing w:line="230" w:lineRule="auto" w:before="72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Человек — творец культуры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17.01.2023</w:t>
            </w:r>
          </w:p>
        </w:tc>
        <w:tc>
          <w:tcPr>
            <w:tcW w:type="dxa" w:w="15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</w:t>
            </w:r>
          </w:p>
        </w:tc>
        <w:tc>
          <w:tcPr>
            <w:tcW w:type="dxa" w:w="326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Личность и духовно-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нравственные ценности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24.01.2023</w:t>
            </w:r>
          </w:p>
        </w:tc>
        <w:tc>
          <w:tcPr>
            <w:tcW w:type="dxa" w:w="15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</w:t>
            </w:r>
          </w:p>
        </w:tc>
        <w:tc>
          <w:tcPr>
            <w:tcW w:type="dxa" w:w="32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Историческая память как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духовно-нравственная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ценность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31.01.2023</w:t>
            </w:r>
          </w:p>
        </w:tc>
        <w:tc>
          <w:tcPr>
            <w:tcW w:type="dxa" w:w="15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</w:t>
            </w:r>
          </w:p>
        </w:tc>
        <w:tc>
          <w:tcPr>
            <w:tcW w:type="dxa" w:w="32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00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Литература как язык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культуры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07.02.2023</w:t>
            </w:r>
          </w:p>
        </w:tc>
        <w:tc>
          <w:tcPr>
            <w:tcW w:type="dxa" w:w="15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</w:t>
            </w:r>
          </w:p>
        </w:tc>
        <w:tc>
          <w:tcPr>
            <w:tcW w:type="dxa" w:w="3266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Взаимовлияние культур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14.02.2023</w:t>
            </w:r>
          </w:p>
        </w:tc>
        <w:tc>
          <w:tcPr>
            <w:tcW w:type="dxa" w:w="15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</w:t>
            </w:r>
          </w:p>
        </w:tc>
        <w:tc>
          <w:tcPr>
            <w:tcW w:type="dxa" w:w="32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Духовно-нравственные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ценности российского народа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21.02.2023</w:t>
            </w:r>
          </w:p>
        </w:tc>
        <w:tc>
          <w:tcPr>
            <w:tcW w:type="dxa" w:w="15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</w:t>
            </w:r>
          </w:p>
        </w:tc>
        <w:tc>
          <w:tcPr>
            <w:tcW w:type="dxa" w:w="3266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Регионы России: культурное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многообразие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28.02.2023</w:t>
            </w:r>
          </w:p>
        </w:tc>
        <w:tc>
          <w:tcPr>
            <w:tcW w:type="dxa" w:w="15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</w:t>
            </w:r>
          </w:p>
        </w:tc>
        <w:tc>
          <w:tcPr>
            <w:tcW w:type="dxa" w:w="32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Регионы России: культурное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многообразие Оренбуржья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07.03.2023</w:t>
            </w:r>
          </w:p>
        </w:tc>
        <w:tc>
          <w:tcPr>
            <w:tcW w:type="dxa" w:w="15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3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</w:t>
            </w:r>
          </w:p>
        </w:tc>
        <w:tc>
          <w:tcPr>
            <w:tcW w:type="dxa" w:w="32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Праздники в культуре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народов России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14.03.2023</w:t>
            </w:r>
          </w:p>
        </w:tc>
        <w:tc>
          <w:tcPr>
            <w:tcW w:type="dxa" w:w="15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</w:t>
            </w:r>
          </w:p>
        </w:tc>
        <w:tc>
          <w:tcPr>
            <w:tcW w:type="dxa" w:w="32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Памятники в культуре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народов России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21.03.2023</w:t>
            </w:r>
          </w:p>
        </w:tc>
        <w:tc>
          <w:tcPr>
            <w:tcW w:type="dxa" w:w="15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</w:t>
            </w:r>
          </w:p>
        </w:tc>
        <w:tc>
          <w:tcPr>
            <w:tcW w:type="dxa" w:w="32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Музыкальная культура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народов России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04.04.2023</w:t>
            </w:r>
          </w:p>
        </w:tc>
        <w:tc>
          <w:tcPr>
            <w:tcW w:type="dxa" w:w="15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</w:t>
            </w:r>
          </w:p>
        </w:tc>
        <w:tc>
          <w:tcPr>
            <w:tcW w:type="dxa" w:w="3266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Изобразительное искусство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народов России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11.04.2023</w:t>
            </w:r>
          </w:p>
        </w:tc>
        <w:tc>
          <w:tcPr>
            <w:tcW w:type="dxa" w:w="152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0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</w:t>
            </w:r>
          </w:p>
        </w:tc>
        <w:tc>
          <w:tcPr>
            <w:tcW w:type="dxa" w:w="32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Фольклор и литература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народов России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18.04.2023 </w:t>
            </w:r>
          </w:p>
        </w:tc>
        <w:tc>
          <w:tcPr>
            <w:tcW w:type="dxa" w:w="15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576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0" w:right="650" w:bottom="1000" w:left="666" w:header="720" w:footer="720" w:gutter="0"/>
          <w:cols w:space="720" w:num="1" w:equalWidth="0"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0306" w:space="0"/>
            <w:col w:w="10344" w:space="0"/>
            <w:col w:w="10264" w:space="0"/>
            <w:col w:w="10300" w:space="0"/>
            <w:col w:w="10344" w:space="0"/>
            <w:col w:w="10326" w:space="0"/>
            <w:col w:w="10334" w:space="0"/>
            <w:col w:w="10326" w:space="0"/>
            <w:col w:w="10518" w:space="0"/>
            <w:col w:w="10584" w:space="0"/>
            <w:col w:w="10590" w:space="0"/>
            <w:col w:w="10546" w:space="0"/>
            <w:col w:w="10584" w:space="0"/>
            <w:col w:w="10498" w:space="0"/>
            <w:col w:w="10472" w:space="0"/>
            <w:col w:w="10580" w:space="0"/>
            <w:col w:w="10584" w:space="0"/>
            <w:col w:w="9584" w:space="0"/>
            <w:col w:w="5934" w:space="0"/>
            <w:col w:w="365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31.</w:t>
            </w:r>
          </w:p>
        </w:tc>
        <w:tc>
          <w:tcPr>
            <w:tcW w:type="dxa" w:w="3266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Бытовые традиции народов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России: пища, одежда, дом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(практическое занятие)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25.04.2023</w:t>
            </w:r>
          </w:p>
        </w:tc>
        <w:tc>
          <w:tcPr>
            <w:tcW w:type="dxa" w:w="152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32.</w:t>
            </w:r>
          </w:p>
        </w:tc>
        <w:tc>
          <w:tcPr>
            <w:tcW w:type="dxa" w:w="326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Культурная карта России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(практическое занятие)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02.05.2023</w:t>
            </w:r>
          </w:p>
        </w:tc>
        <w:tc>
          <w:tcPr>
            <w:tcW w:type="dxa" w:w="15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6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33.</w:t>
            </w:r>
          </w:p>
        </w:tc>
        <w:tc>
          <w:tcPr>
            <w:tcW w:type="dxa" w:w="326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4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Единство страны  — залог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будущего России. Итоговая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контрольная работа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16.05.2023</w:t>
            </w:r>
          </w:p>
        </w:tc>
        <w:tc>
          <w:tcPr>
            <w:tcW w:type="dxa" w:w="15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34.</w:t>
            </w:r>
          </w:p>
        </w:tc>
        <w:tc>
          <w:tcPr>
            <w:tcW w:type="dxa" w:w="326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Единство страны  — залог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будущего России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23.05.2023</w:t>
            </w:r>
          </w:p>
        </w:tc>
        <w:tc>
          <w:tcPr>
            <w:tcW w:type="dxa" w:w="15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08"/>
        </w:trPr>
        <w:tc>
          <w:tcPr>
            <w:tcW w:type="dxa" w:w="3770"/>
            <w:gridSpan w:val="2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ОБЩЕЕ КОЛИЧЕСТВО ЧАСОВ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 ПРОГРАММЕ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34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</w:t>
            </w:r>
          </w:p>
        </w:tc>
        <w:tc>
          <w:tcPr>
            <w:tcW w:type="dxa" w:w="2762"/>
            <w:gridSpan w:val="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0306" w:space="0"/>
            <w:col w:w="10344" w:space="0"/>
            <w:col w:w="10264" w:space="0"/>
            <w:col w:w="10300" w:space="0"/>
            <w:col w:w="10344" w:space="0"/>
            <w:col w:w="10326" w:space="0"/>
            <w:col w:w="10334" w:space="0"/>
            <w:col w:w="10326" w:space="0"/>
            <w:col w:w="10518" w:space="0"/>
            <w:col w:w="10584" w:space="0"/>
            <w:col w:w="10590" w:space="0"/>
            <w:col w:w="10546" w:space="0"/>
            <w:col w:w="10584" w:space="0"/>
            <w:col w:w="10498" w:space="0"/>
            <w:col w:w="10472" w:space="0"/>
            <w:col w:w="10580" w:space="0"/>
            <w:col w:w="10584" w:space="0"/>
            <w:col w:w="9584" w:space="0"/>
            <w:col w:w="5934" w:space="0"/>
            <w:col w:w="365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УЧЕБНО-МЕТОДИЧЕСКОЕ ОБЕСПЕЧЕНИЕ ОБРАЗОВАТЕЛЬНОГО ПРОЦЕССА </w:t>
      </w:r>
    </w:p>
    <w:p>
      <w:pPr>
        <w:autoSpaceDN w:val="0"/>
        <w:autoSpaceDE w:val="0"/>
        <w:widowControl/>
        <w:spacing w:line="23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ОБЯЗАТЕЛЬНЫЕ УЧЕБНЫЕ МАТЕРИАЛЫ ДЛЯ УЧЕНИКА</w:t>
      </w:r>
    </w:p>
    <w:p>
      <w:pPr>
        <w:autoSpaceDN w:val="0"/>
        <w:autoSpaceDE w:val="0"/>
        <w:widowControl/>
        <w:spacing w:line="271" w:lineRule="auto" w:before="16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Студеникин М.Т., Основы духовно-нравственной культуры народов России. Основы светской этики, 5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класс. ООО «Русское слово-учебник»;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Введите свой вариант: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МЕТОДИЧЕСКИЕ МАТЕРИАЛЫ ДЛЯ УЧИТЕЛЯ</w:t>
      </w:r>
    </w:p>
    <w:p>
      <w:pPr>
        <w:autoSpaceDN w:val="0"/>
        <w:autoSpaceDE w:val="0"/>
        <w:widowControl/>
        <w:spacing w:line="262" w:lineRule="auto" w:before="166" w:after="0"/>
        <w:ind w:left="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М.Т. Студеникин, В.И. Добролюбова «Основы духовно-нравственной культуры народов России».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Книга для учителя. 5 класс. — М.: ООО «Русское слово — учебник»</w:t>
      </w:r>
    </w:p>
    <w:p>
      <w:pPr>
        <w:autoSpaceDN w:val="0"/>
        <w:autoSpaceDE w:val="0"/>
        <w:widowControl/>
        <w:spacing w:line="230" w:lineRule="auto" w:before="264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ЦИФРОВЫЕ ОБРАЗОВАТЕЛЬНЫЕ РЕСУРСЫ И РЕСУРСЫ СЕТИ ИНТЕРНЕТ</w:t>
      </w:r>
    </w:p>
    <w:p>
      <w:pPr>
        <w:autoSpaceDN w:val="0"/>
        <w:autoSpaceDE w:val="0"/>
        <w:widowControl/>
        <w:spacing w:line="230" w:lineRule="auto" w:before="168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https://resh.edu.ru/</w:t>
      </w:r>
    </w:p>
    <w:p>
      <w:pPr>
        <w:sectPr>
          <w:pgSz w:w="11900" w:h="16840"/>
          <w:pgMar w:top="298" w:right="646" w:bottom="1440" w:left="666" w:header="720" w:footer="720" w:gutter="0"/>
          <w:cols w:space="720" w:num="1" w:equalWidth="0">
            <w:col w:w="10588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0306" w:space="0"/>
            <w:col w:w="10344" w:space="0"/>
            <w:col w:w="10264" w:space="0"/>
            <w:col w:w="10300" w:space="0"/>
            <w:col w:w="10344" w:space="0"/>
            <w:col w:w="10326" w:space="0"/>
            <w:col w:w="10334" w:space="0"/>
            <w:col w:w="10326" w:space="0"/>
            <w:col w:w="10518" w:space="0"/>
            <w:col w:w="10584" w:space="0"/>
            <w:col w:w="10590" w:space="0"/>
            <w:col w:w="10546" w:space="0"/>
            <w:col w:w="10584" w:space="0"/>
            <w:col w:w="10498" w:space="0"/>
            <w:col w:w="10472" w:space="0"/>
            <w:col w:w="10580" w:space="0"/>
            <w:col w:w="10584" w:space="0"/>
            <w:col w:w="9584" w:space="0"/>
            <w:col w:w="5934" w:space="0"/>
            <w:col w:w="365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МАТЕРИАЛЬНО-ТЕХНИЧЕСКОЕ ОБЕСПЕЧЕНИЕ ОБРАЗОВАТЕЛЬНОГО ПРОЦЕССА</w:t>
      </w:r>
    </w:p>
    <w:p>
      <w:pPr>
        <w:autoSpaceDN w:val="0"/>
        <w:autoSpaceDE w:val="0"/>
        <w:widowControl/>
        <w:spacing w:line="23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УЧЕБНОЕ ОБОРУДОВАНИЕ</w:t>
      </w:r>
    </w:p>
    <w:p>
      <w:pPr>
        <w:autoSpaceDN w:val="0"/>
        <w:autoSpaceDE w:val="0"/>
        <w:widowControl/>
        <w:spacing w:line="230" w:lineRule="auto" w:before="16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1. Ноутбук.</w:t>
      </w:r>
    </w:p>
    <w:p>
      <w:pPr>
        <w:autoSpaceDN w:val="0"/>
        <w:autoSpaceDE w:val="0"/>
        <w:widowControl/>
        <w:spacing w:line="276" w:lineRule="auto" w:before="70" w:after="0"/>
        <w:ind w:left="0" w:right="504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2. Плакат с государственной символикой «Гимн РФ».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3. Плакат с государственной символикой «Флаг РФ».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4. Плакат с государственной символикой «Герб РФ».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5. Проектор.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ОБОРУДОВАНИЕ ДЛЯ ПРОВЕДЕНИЯ ПРАКТИЧЕСКИХ РАБОТ</w:t>
      </w:r>
    </w:p>
    <w:p>
      <w:pPr>
        <w:autoSpaceDN w:val="0"/>
        <w:autoSpaceDE w:val="0"/>
        <w:widowControl/>
        <w:spacing w:line="230" w:lineRule="auto" w:before="168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Раздаточный материал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8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0306" w:space="0"/>
            <w:col w:w="10344" w:space="0"/>
            <w:col w:w="10264" w:space="0"/>
            <w:col w:w="10300" w:space="0"/>
            <w:col w:w="10344" w:space="0"/>
            <w:col w:w="10326" w:space="0"/>
            <w:col w:w="10334" w:space="0"/>
            <w:col w:w="10326" w:space="0"/>
            <w:col w:w="10518" w:space="0"/>
            <w:col w:w="10584" w:space="0"/>
            <w:col w:w="10590" w:space="0"/>
            <w:col w:w="10546" w:space="0"/>
            <w:col w:w="10584" w:space="0"/>
            <w:col w:w="10498" w:space="0"/>
            <w:col w:w="10472" w:space="0"/>
            <w:col w:w="10580" w:space="0"/>
            <w:col w:w="10584" w:space="0"/>
            <w:col w:w="9584" w:space="0"/>
            <w:col w:w="5934" w:space="0"/>
            <w:col w:w="3650" w:space="0"/>
            <w:col w:w="9584" w:space="0"/>
          </w:cols>
          <w:docGrid w:linePitch="360"/>
        </w:sectPr>
      </w:pPr>
    </w:p>
    <w:sectPr w:rsidR="00FC693F" w:rsidRPr="0006063C" w:rsidSect="00034616">
      <w:pgSz w:w="11900" w:h="16840"/>
      <w:pgMar w:top="1440" w:right="1440" w:bottom="1440" w:left="1440" w:header="720" w:footer="720" w:gutter="0"/>
      <w:cols w:space="720" w:num="1" w:equalWidth="0">
        <w:col w:w="10584" w:space="0"/>
        <w:col w:w="10588" w:space="0"/>
        <w:col w:w="10584" w:space="0"/>
        <w:col w:w="10584" w:space="0"/>
        <w:col w:w="10584" w:space="0"/>
        <w:col w:w="15534" w:space="0"/>
        <w:col w:w="15534" w:space="0"/>
        <w:col w:w="15534" w:space="0"/>
        <w:col w:w="15534" w:space="0"/>
        <w:col w:w="15534" w:space="0"/>
        <w:col w:w="10306" w:space="0"/>
        <w:col w:w="10344" w:space="0"/>
        <w:col w:w="10264" w:space="0"/>
        <w:col w:w="10300" w:space="0"/>
        <w:col w:w="10344" w:space="0"/>
        <w:col w:w="10326" w:space="0"/>
        <w:col w:w="10334" w:space="0"/>
        <w:col w:w="10326" w:space="0"/>
        <w:col w:w="10518" w:space="0"/>
        <w:col w:w="10584" w:space="0"/>
        <w:col w:w="10590" w:space="0"/>
        <w:col w:w="10546" w:space="0"/>
        <w:col w:w="10584" w:space="0"/>
        <w:col w:w="10498" w:space="0"/>
        <w:col w:w="10472" w:space="0"/>
        <w:col w:w="10580" w:space="0"/>
        <w:col w:w="10584" w:space="0"/>
        <w:col w:w="9584" w:space="0"/>
        <w:col w:w="5934" w:space="0"/>
        <w:col w:w="3650" w:space="0"/>
        <w:col w:w="9584" w:space="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