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61D5" w:rsidRDefault="00F261D5">
      <w:pPr>
        <w:autoSpaceDE w:val="0"/>
        <w:autoSpaceDN w:val="0"/>
        <w:spacing w:after="78" w:line="220" w:lineRule="exact"/>
      </w:pPr>
    </w:p>
    <w:p w:rsidR="00F261D5" w:rsidRPr="00A16570" w:rsidRDefault="00F831C8">
      <w:pPr>
        <w:autoSpaceDE w:val="0"/>
        <w:autoSpaceDN w:val="0"/>
        <w:spacing w:after="0" w:line="230" w:lineRule="auto"/>
        <w:ind w:left="1086"/>
        <w:rPr>
          <w:lang w:val="ru-RU"/>
        </w:rPr>
      </w:pPr>
      <w:r w:rsidRPr="00A16570">
        <w:rPr>
          <w:rFonts w:ascii="Times New Roman" w:eastAsia="Times New Roman" w:hAnsi="Times New Roman"/>
          <w:b/>
          <w:color w:val="000000"/>
          <w:sz w:val="24"/>
          <w:lang w:val="ru-RU"/>
        </w:rPr>
        <w:t>МИНИСТЕРСТВО ПРОСВЕЩЕНИЯ РОССИЙСКОЙ ФЕДЕРАЦИИ</w:t>
      </w:r>
    </w:p>
    <w:p w:rsidR="00F261D5" w:rsidRPr="00A16570" w:rsidRDefault="00F831C8">
      <w:pPr>
        <w:autoSpaceDE w:val="0"/>
        <w:autoSpaceDN w:val="0"/>
        <w:spacing w:before="670" w:after="0" w:line="230" w:lineRule="auto"/>
        <w:ind w:left="2292"/>
        <w:rPr>
          <w:lang w:val="ru-RU"/>
        </w:rPr>
      </w:pPr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>Министерство образования Оренбургской области</w:t>
      </w:r>
    </w:p>
    <w:p w:rsidR="00F261D5" w:rsidRDefault="00F831C8">
      <w:pPr>
        <w:autoSpaceDE w:val="0"/>
        <w:autoSpaceDN w:val="0"/>
        <w:spacing w:before="1390" w:after="1376" w:line="230" w:lineRule="auto"/>
        <w:ind w:right="3662"/>
        <w:jc w:val="right"/>
      </w:pPr>
      <w:r>
        <w:rPr>
          <w:rFonts w:ascii="Times New Roman" w:eastAsia="Times New Roman" w:hAnsi="Times New Roman"/>
          <w:color w:val="000000"/>
          <w:sz w:val="24"/>
        </w:rPr>
        <w:t xml:space="preserve">МБОУ </w:t>
      </w:r>
      <w:proofErr w:type="spellStart"/>
      <w:r>
        <w:rPr>
          <w:rFonts w:ascii="Times New Roman" w:eastAsia="Times New Roman" w:hAnsi="Times New Roman"/>
          <w:color w:val="000000"/>
          <w:sz w:val="24"/>
        </w:rPr>
        <w:t>Медведская</w:t>
      </w:r>
      <w:proofErr w:type="spellEnd"/>
      <w:r>
        <w:rPr>
          <w:rFonts w:ascii="Times New Roman" w:eastAsia="Times New Roman" w:hAnsi="Times New Roman"/>
          <w:color w:val="000000"/>
          <w:sz w:val="24"/>
        </w:rPr>
        <w:t xml:space="preserve"> ООШ</w:t>
      </w:r>
    </w:p>
    <w:tbl>
      <w:tblPr>
        <w:tblW w:w="0" w:type="auto"/>
        <w:tblInd w:w="1554" w:type="dxa"/>
        <w:tblLayout w:type="fixed"/>
        <w:tblLook w:val="04A0" w:firstRow="1" w:lastRow="0" w:firstColumn="1" w:lastColumn="0" w:noHBand="0" w:noVBand="1"/>
      </w:tblPr>
      <w:tblGrid>
        <w:gridCol w:w="4200"/>
        <w:gridCol w:w="3180"/>
      </w:tblGrid>
      <w:tr w:rsidR="00F261D5" w:rsidRPr="00957039" w:rsidTr="00A16570">
        <w:trPr>
          <w:trHeight w:hRule="exact" w:val="571"/>
        </w:trPr>
        <w:tc>
          <w:tcPr>
            <w:tcW w:w="4200" w:type="dxa"/>
            <w:tcMar>
              <w:left w:w="0" w:type="dxa"/>
              <w:right w:w="0" w:type="dxa"/>
            </w:tcMar>
          </w:tcPr>
          <w:p w:rsidR="00F261D5" w:rsidRPr="00957039" w:rsidRDefault="00F831C8" w:rsidP="00957039">
            <w:pPr>
              <w:autoSpaceDE w:val="0"/>
              <w:autoSpaceDN w:val="0"/>
              <w:spacing w:before="60" w:after="0" w:line="245" w:lineRule="auto"/>
              <w:ind w:right="720"/>
              <w:rPr>
                <w:lang w:val="ru-RU"/>
              </w:rPr>
            </w:pPr>
            <w:r w:rsidRPr="00957039">
              <w:rPr>
                <w:rFonts w:ascii="Times New Roman" w:eastAsia="Times New Roman" w:hAnsi="Times New Roman"/>
                <w:color w:val="000000"/>
                <w:w w:val="102"/>
                <w:sz w:val="20"/>
                <w:lang w:val="ru-RU"/>
              </w:rPr>
              <w:t>СОГЛАСОВАНО</w:t>
            </w:r>
            <w:proofErr w:type="gramStart"/>
            <w:r w:rsidRPr="00957039">
              <w:rPr>
                <w:rFonts w:ascii="Times New Roman" w:eastAsia="Times New Roman" w:hAnsi="Times New Roman"/>
                <w:color w:val="000000"/>
                <w:w w:val="102"/>
                <w:sz w:val="20"/>
                <w:lang w:val="ru-RU"/>
              </w:rPr>
              <w:t xml:space="preserve"> </w:t>
            </w:r>
            <w:r w:rsidRPr="00957039">
              <w:rPr>
                <w:lang w:val="ru-RU"/>
              </w:rPr>
              <w:br/>
            </w:r>
            <w:r w:rsidR="00957039">
              <w:rPr>
                <w:rFonts w:ascii="Times New Roman" w:eastAsia="Times New Roman" w:hAnsi="Times New Roman"/>
                <w:color w:val="000000"/>
                <w:w w:val="102"/>
                <w:sz w:val="20"/>
                <w:lang w:val="ru-RU"/>
              </w:rPr>
              <w:t>З</w:t>
            </w:r>
            <w:proofErr w:type="gramEnd"/>
            <w:r w:rsidR="00957039">
              <w:rPr>
                <w:rFonts w:ascii="Times New Roman" w:eastAsia="Times New Roman" w:hAnsi="Times New Roman"/>
                <w:color w:val="000000"/>
                <w:w w:val="102"/>
                <w:sz w:val="20"/>
                <w:lang w:val="ru-RU"/>
              </w:rPr>
              <w:t>ам. директора по УВР</w:t>
            </w:r>
          </w:p>
        </w:tc>
        <w:tc>
          <w:tcPr>
            <w:tcW w:w="3180" w:type="dxa"/>
            <w:tcMar>
              <w:left w:w="0" w:type="dxa"/>
              <w:right w:w="0" w:type="dxa"/>
            </w:tcMar>
          </w:tcPr>
          <w:p w:rsidR="00F261D5" w:rsidRPr="00957039" w:rsidRDefault="00F831C8">
            <w:pPr>
              <w:autoSpaceDE w:val="0"/>
              <w:autoSpaceDN w:val="0"/>
              <w:spacing w:before="60" w:after="0" w:line="245" w:lineRule="auto"/>
              <w:ind w:left="872" w:right="864"/>
              <w:rPr>
                <w:lang w:val="ru-RU"/>
              </w:rPr>
            </w:pPr>
            <w:r w:rsidRPr="00957039">
              <w:rPr>
                <w:rFonts w:ascii="Times New Roman" w:eastAsia="Times New Roman" w:hAnsi="Times New Roman"/>
                <w:color w:val="000000"/>
                <w:w w:val="102"/>
                <w:sz w:val="20"/>
                <w:lang w:val="ru-RU"/>
              </w:rPr>
              <w:t xml:space="preserve">УТВЕРЖДЕНО </w:t>
            </w:r>
            <w:r w:rsidRPr="00957039">
              <w:rPr>
                <w:lang w:val="ru-RU"/>
              </w:rPr>
              <w:br/>
            </w:r>
            <w:r w:rsidRPr="00957039">
              <w:rPr>
                <w:rFonts w:ascii="Times New Roman" w:eastAsia="Times New Roman" w:hAnsi="Times New Roman"/>
                <w:color w:val="000000"/>
                <w:w w:val="102"/>
                <w:sz w:val="20"/>
                <w:lang w:val="ru-RU"/>
              </w:rPr>
              <w:t>Директор</w:t>
            </w:r>
          </w:p>
        </w:tc>
      </w:tr>
    </w:tbl>
    <w:p w:rsidR="00F261D5" w:rsidRPr="00957039" w:rsidRDefault="00F261D5">
      <w:pPr>
        <w:autoSpaceDE w:val="0"/>
        <w:autoSpaceDN w:val="0"/>
        <w:spacing w:after="182" w:line="14" w:lineRule="exact"/>
        <w:rPr>
          <w:lang w:val="ru-RU"/>
        </w:rPr>
      </w:pPr>
    </w:p>
    <w:p w:rsidR="00F261D5" w:rsidRPr="00957039" w:rsidRDefault="00F261D5">
      <w:pPr>
        <w:rPr>
          <w:lang w:val="ru-RU"/>
        </w:rPr>
        <w:sectPr w:rsidR="00F261D5" w:rsidRPr="00957039">
          <w:pgSz w:w="11900" w:h="16840"/>
          <w:pgMar w:top="298" w:right="888" w:bottom="402" w:left="1146" w:header="720" w:footer="720" w:gutter="0"/>
          <w:cols w:space="720" w:equalWidth="0">
            <w:col w:w="9866" w:space="0"/>
          </w:cols>
          <w:docGrid w:linePitch="360"/>
        </w:sectPr>
      </w:pPr>
    </w:p>
    <w:p w:rsidR="00F261D5" w:rsidRPr="00A16570" w:rsidRDefault="00957039" w:rsidP="00957039">
      <w:pPr>
        <w:autoSpaceDE w:val="0"/>
        <w:autoSpaceDN w:val="0"/>
        <w:spacing w:after="0" w:line="245" w:lineRule="auto"/>
        <w:rPr>
          <w:lang w:val="ru-RU"/>
        </w:rPr>
      </w:pPr>
      <w:r>
        <w:rPr>
          <w:rFonts w:ascii="Times New Roman" w:eastAsia="Times New Roman" w:hAnsi="Times New Roman"/>
          <w:color w:val="000000"/>
          <w:w w:val="102"/>
          <w:sz w:val="20"/>
          <w:lang w:val="ru-RU"/>
        </w:rPr>
        <w:lastRenderedPageBreak/>
        <w:t xml:space="preserve">                               </w:t>
      </w:r>
      <w:proofErr w:type="spellStart"/>
      <w:r>
        <w:rPr>
          <w:rFonts w:ascii="Times New Roman" w:eastAsia="Times New Roman" w:hAnsi="Times New Roman"/>
          <w:color w:val="000000"/>
          <w:w w:val="102"/>
          <w:sz w:val="20"/>
          <w:lang w:val="ru-RU"/>
        </w:rPr>
        <w:t>Миляева</w:t>
      </w:r>
      <w:proofErr w:type="spellEnd"/>
      <w:r>
        <w:rPr>
          <w:rFonts w:ascii="Times New Roman" w:eastAsia="Times New Roman" w:hAnsi="Times New Roman"/>
          <w:color w:val="000000"/>
          <w:w w:val="102"/>
          <w:sz w:val="20"/>
          <w:lang w:val="ru-RU"/>
        </w:rPr>
        <w:t xml:space="preserve"> Е.Ю.</w:t>
      </w:r>
      <w:r w:rsidR="00A16570" w:rsidRPr="00957039">
        <w:rPr>
          <w:rFonts w:ascii="Times New Roman" w:eastAsia="Times New Roman" w:hAnsi="Times New Roman"/>
          <w:color w:val="000000"/>
          <w:w w:val="102"/>
          <w:sz w:val="20"/>
          <w:lang w:val="ru-RU"/>
        </w:rPr>
        <w:t>.______________</w:t>
      </w:r>
    </w:p>
    <w:p w:rsidR="00F261D5" w:rsidRPr="00A16570" w:rsidRDefault="00957039" w:rsidP="00957039">
      <w:pPr>
        <w:autoSpaceDE w:val="0"/>
        <w:autoSpaceDN w:val="0"/>
        <w:spacing w:before="182" w:after="0" w:line="245" w:lineRule="auto"/>
        <w:ind w:right="1534"/>
        <w:rPr>
          <w:lang w:val="ru-RU"/>
        </w:rPr>
      </w:pPr>
      <w:r>
        <w:rPr>
          <w:rFonts w:ascii="Times New Roman" w:eastAsia="Times New Roman" w:hAnsi="Times New Roman"/>
          <w:color w:val="000000"/>
          <w:w w:val="102"/>
          <w:sz w:val="20"/>
          <w:lang w:val="ru-RU"/>
        </w:rPr>
        <w:t xml:space="preserve">                               </w:t>
      </w:r>
      <w:r w:rsidR="00F831C8" w:rsidRPr="00A16570">
        <w:rPr>
          <w:rFonts w:ascii="Times New Roman" w:eastAsia="Times New Roman" w:hAnsi="Times New Roman"/>
          <w:color w:val="000000"/>
          <w:w w:val="102"/>
          <w:sz w:val="20"/>
          <w:lang w:val="ru-RU"/>
        </w:rPr>
        <w:t>Протокол №</w:t>
      </w:r>
      <w:r>
        <w:rPr>
          <w:rFonts w:ascii="Times New Roman" w:eastAsia="Times New Roman" w:hAnsi="Times New Roman"/>
          <w:color w:val="000000"/>
          <w:w w:val="102"/>
          <w:sz w:val="20"/>
          <w:lang w:val="ru-RU"/>
        </w:rPr>
        <w:t>1</w:t>
      </w:r>
      <w:r w:rsidR="00F831C8" w:rsidRPr="00A16570">
        <w:rPr>
          <w:lang w:val="ru-RU"/>
        </w:rPr>
        <w:br/>
      </w:r>
      <w:r>
        <w:rPr>
          <w:rFonts w:ascii="Times New Roman" w:eastAsia="Times New Roman" w:hAnsi="Times New Roman"/>
          <w:color w:val="000000"/>
          <w:w w:val="102"/>
          <w:sz w:val="16"/>
          <w:szCs w:val="16"/>
          <w:lang w:val="ru-RU"/>
        </w:rPr>
        <w:t xml:space="preserve">                                           </w:t>
      </w:r>
      <w:r w:rsidR="00F831C8" w:rsidRPr="00090304">
        <w:rPr>
          <w:rFonts w:ascii="Times New Roman" w:eastAsia="Times New Roman" w:hAnsi="Times New Roman"/>
          <w:color w:val="000000"/>
          <w:w w:val="102"/>
          <w:sz w:val="16"/>
          <w:szCs w:val="16"/>
          <w:lang w:val="ru-RU"/>
        </w:rPr>
        <w:t xml:space="preserve">от </w:t>
      </w:r>
      <w:r w:rsidR="00A12E42" w:rsidRPr="00090304">
        <w:rPr>
          <w:rFonts w:ascii="Times New Roman" w:eastAsia="Times New Roman" w:hAnsi="Times New Roman"/>
          <w:color w:val="000000"/>
          <w:w w:val="102"/>
          <w:sz w:val="16"/>
          <w:szCs w:val="16"/>
          <w:lang w:val="ru-RU"/>
        </w:rPr>
        <w:t xml:space="preserve"> </w:t>
      </w:r>
      <w:r w:rsidR="00F831C8" w:rsidRPr="00090304">
        <w:rPr>
          <w:rFonts w:ascii="Times New Roman" w:eastAsia="Times New Roman" w:hAnsi="Times New Roman"/>
          <w:color w:val="000000"/>
          <w:w w:val="102"/>
          <w:sz w:val="16"/>
          <w:szCs w:val="16"/>
          <w:lang w:val="ru-RU"/>
        </w:rPr>
        <w:t>"</w:t>
      </w:r>
      <w:r w:rsidR="00A12E42" w:rsidRPr="00090304">
        <w:rPr>
          <w:rFonts w:ascii="Times New Roman" w:eastAsia="Times New Roman" w:hAnsi="Times New Roman"/>
          <w:color w:val="000000"/>
          <w:w w:val="102"/>
          <w:sz w:val="16"/>
          <w:szCs w:val="16"/>
          <w:lang w:val="ru-RU"/>
        </w:rPr>
        <w:t xml:space="preserve">  </w:t>
      </w:r>
      <w:r w:rsidR="00090304" w:rsidRPr="00090304">
        <w:rPr>
          <w:rFonts w:ascii="Times New Roman" w:eastAsia="Times New Roman" w:hAnsi="Times New Roman"/>
          <w:color w:val="000000"/>
          <w:w w:val="102"/>
          <w:sz w:val="16"/>
          <w:szCs w:val="16"/>
          <w:lang w:val="ru-RU"/>
        </w:rPr>
        <w:t>31</w:t>
      </w:r>
      <w:r w:rsidR="00A12E42" w:rsidRPr="00090304">
        <w:rPr>
          <w:rFonts w:ascii="Times New Roman" w:eastAsia="Times New Roman" w:hAnsi="Times New Roman"/>
          <w:color w:val="000000"/>
          <w:w w:val="102"/>
          <w:sz w:val="16"/>
          <w:szCs w:val="16"/>
          <w:lang w:val="ru-RU"/>
        </w:rPr>
        <w:t xml:space="preserve"> </w:t>
      </w:r>
      <w:r w:rsidR="00F831C8" w:rsidRPr="00090304">
        <w:rPr>
          <w:rFonts w:ascii="Times New Roman" w:eastAsia="Times New Roman" w:hAnsi="Times New Roman"/>
          <w:color w:val="000000"/>
          <w:w w:val="102"/>
          <w:sz w:val="16"/>
          <w:szCs w:val="16"/>
          <w:lang w:val="ru-RU"/>
        </w:rPr>
        <w:t xml:space="preserve">" </w:t>
      </w:r>
      <w:r w:rsidR="00090304" w:rsidRPr="00090304">
        <w:rPr>
          <w:rFonts w:ascii="Times New Roman" w:eastAsia="Times New Roman" w:hAnsi="Times New Roman"/>
          <w:color w:val="000000"/>
          <w:w w:val="102"/>
          <w:sz w:val="16"/>
          <w:szCs w:val="16"/>
          <w:lang w:val="ru-RU"/>
        </w:rPr>
        <w:t>08</w:t>
      </w:r>
      <w:r w:rsidR="00F831C8" w:rsidRPr="00090304">
        <w:rPr>
          <w:rFonts w:ascii="Times New Roman" w:eastAsia="Times New Roman" w:hAnsi="Times New Roman"/>
          <w:color w:val="000000"/>
          <w:w w:val="102"/>
          <w:sz w:val="16"/>
          <w:szCs w:val="16"/>
          <w:lang w:val="ru-RU"/>
        </w:rPr>
        <w:t xml:space="preserve"> </w:t>
      </w:r>
      <w:r w:rsidR="00090304">
        <w:rPr>
          <w:rFonts w:ascii="Times New Roman" w:eastAsia="Times New Roman" w:hAnsi="Times New Roman"/>
          <w:color w:val="000000"/>
          <w:w w:val="102"/>
          <w:sz w:val="16"/>
          <w:szCs w:val="16"/>
          <w:lang w:val="ru-RU"/>
        </w:rPr>
        <w:t xml:space="preserve">  2022</w:t>
      </w:r>
      <w:r w:rsidR="00A16570" w:rsidRPr="00090304">
        <w:rPr>
          <w:rFonts w:ascii="Times New Roman" w:eastAsia="Times New Roman" w:hAnsi="Times New Roman"/>
          <w:color w:val="000000"/>
          <w:w w:val="102"/>
          <w:sz w:val="16"/>
          <w:szCs w:val="16"/>
          <w:lang w:val="ru-RU"/>
        </w:rPr>
        <w:t xml:space="preserve">  г</w:t>
      </w:r>
      <w:r w:rsidR="00A16570">
        <w:rPr>
          <w:rFonts w:ascii="Times New Roman" w:eastAsia="Times New Roman" w:hAnsi="Times New Roman"/>
          <w:color w:val="000000"/>
          <w:w w:val="102"/>
          <w:sz w:val="20"/>
          <w:lang w:val="ru-RU"/>
        </w:rPr>
        <w:t xml:space="preserve">       </w:t>
      </w:r>
    </w:p>
    <w:p w:rsidR="00F261D5" w:rsidRPr="00A16570" w:rsidRDefault="00F831C8">
      <w:pPr>
        <w:autoSpaceDE w:val="0"/>
        <w:autoSpaceDN w:val="0"/>
        <w:spacing w:before="1038" w:after="0" w:line="230" w:lineRule="auto"/>
        <w:ind w:right="262"/>
        <w:jc w:val="right"/>
        <w:rPr>
          <w:lang w:val="ru-RU"/>
        </w:rPr>
      </w:pPr>
      <w:r w:rsidRPr="00A16570">
        <w:rPr>
          <w:rFonts w:ascii="Times New Roman" w:eastAsia="Times New Roman" w:hAnsi="Times New Roman"/>
          <w:b/>
          <w:color w:val="000000"/>
          <w:sz w:val="24"/>
          <w:lang w:val="ru-RU"/>
        </w:rPr>
        <w:t>РАБОЧАЯ ПРОГРАММА</w:t>
      </w:r>
    </w:p>
    <w:p w:rsidR="00F261D5" w:rsidRPr="00A16570" w:rsidRDefault="00F831C8">
      <w:pPr>
        <w:autoSpaceDE w:val="0"/>
        <w:autoSpaceDN w:val="0"/>
        <w:spacing w:before="70" w:after="0" w:line="230" w:lineRule="auto"/>
        <w:ind w:right="1034"/>
        <w:jc w:val="right"/>
        <w:rPr>
          <w:lang w:val="ru-RU"/>
        </w:rPr>
      </w:pPr>
      <w:r w:rsidRPr="00A16570">
        <w:rPr>
          <w:rFonts w:ascii="Times New Roman" w:eastAsia="Times New Roman" w:hAnsi="Times New Roman"/>
          <w:b/>
          <w:color w:val="000000"/>
          <w:sz w:val="24"/>
          <w:lang w:val="ru-RU"/>
        </w:rPr>
        <w:t>(</w:t>
      </w:r>
      <w:r>
        <w:rPr>
          <w:rFonts w:ascii="Times New Roman" w:eastAsia="Times New Roman" w:hAnsi="Times New Roman"/>
          <w:b/>
          <w:color w:val="000000"/>
          <w:sz w:val="24"/>
        </w:rPr>
        <w:t>ID</w:t>
      </w:r>
      <w:r w:rsidRPr="00A16570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 4147786)</w:t>
      </w:r>
    </w:p>
    <w:p w:rsidR="00F261D5" w:rsidRPr="00A16570" w:rsidRDefault="00F831C8">
      <w:pPr>
        <w:autoSpaceDE w:val="0"/>
        <w:autoSpaceDN w:val="0"/>
        <w:spacing w:before="166" w:after="0" w:line="230" w:lineRule="auto"/>
        <w:ind w:right="634"/>
        <w:jc w:val="right"/>
        <w:rPr>
          <w:lang w:val="ru-RU"/>
        </w:rPr>
      </w:pPr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>учебного предмета</w:t>
      </w:r>
    </w:p>
    <w:p w:rsidR="00F261D5" w:rsidRPr="00A16570" w:rsidRDefault="00F831C8">
      <w:pPr>
        <w:autoSpaceDE w:val="0"/>
        <w:autoSpaceDN w:val="0"/>
        <w:spacing w:before="70" w:after="0" w:line="230" w:lineRule="auto"/>
        <w:ind w:right="892"/>
        <w:jc w:val="right"/>
        <w:rPr>
          <w:lang w:val="ru-RU"/>
        </w:rPr>
      </w:pPr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>«Литература»</w:t>
      </w:r>
    </w:p>
    <w:p w:rsidR="00F261D5" w:rsidRPr="00A16570" w:rsidRDefault="00F261D5">
      <w:pPr>
        <w:rPr>
          <w:lang w:val="ru-RU"/>
        </w:rPr>
        <w:sectPr w:rsidR="00F261D5" w:rsidRPr="00A16570">
          <w:type w:val="continuous"/>
          <w:pgSz w:w="11900" w:h="16840"/>
          <w:pgMar w:top="298" w:right="888" w:bottom="402" w:left="1146" w:header="720" w:footer="720" w:gutter="0"/>
          <w:cols w:num="2" w:space="720" w:equalWidth="0">
            <w:col w:w="6496" w:space="0"/>
            <w:col w:w="3370" w:space="0"/>
          </w:cols>
          <w:docGrid w:linePitch="360"/>
        </w:sectPr>
      </w:pPr>
    </w:p>
    <w:p w:rsidR="00F261D5" w:rsidRPr="00A16570" w:rsidRDefault="00F831C8">
      <w:pPr>
        <w:autoSpaceDE w:val="0"/>
        <w:autoSpaceDN w:val="0"/>
        <w:spacing w:after="3282" w:line="286" w:lineRule="auto"/>
        <w:ind w:left="130" w:right="432"/>
        <w:rPr>
          <w:lang w:val="ru-RU"/>
        </w:rPr>
      </w:pPr>
      <w:r w:rsidRPr="00A16570">
        <w:rPr>
          <w:rFonts w:ascii="Times New Roman" w:eastAsia="Times New Roman" w:hAnsi="Times New Roman"/>
          <w:color w:val="000000"/>
          <w:w w:val="102"/>
          <w:sz w:val="20"/>
          <w:lang w:val="ru-RU"/>
        </w:rPr>
        <w:lastRenderedPageBreak/>
        <w:t>Кинжеева О.Н.______________ Приказ №</w:t>
      </w:r>
      <w:r w:rsidR="00957039">
        <w:rPr>
          <w:rFonts w:ascii="Times New Roman" w:eastAsia="Times New Roman" w:hAnsi="Times New Roman"/>
          <w:color w:val="000000"/>
          <w:w w:val="102"/>
          <w:sz w:val="20"/>
          <w:lang w:val="ru-RU"/>
        </w:rPr>
        <w:t>144</w:t>
      </w:r>
      <w:r w:rsidRPr="00A16570">
        <w:rPr>
          <w:lang w:val="ru-RU"/>
        </w:rPr>
        <w:br/>
      </w:r>
      <w:r w:rsidRPr="00A16570">
        <w:rPr>
          <w:rFonts w:ascii="Times New Roman" w:eastAsia="Times New Roman" w:hAnsi="Times New Roman"/>
          <w:color w:val="000000"/>
          <w:w w:val="102"/>
          <w:sz w:val="20"/>
          <w:lang w:val="ru-RU"/>
        </w:rPr>
        <w:t>от "</w:t>
      </w:r>
      <w:r w:rsidR="00A12E42">
        <w:rPr>
          <w:rFonts w:ascii="Times New Roman" w:eastAsia="Times New Roman" w:hAnsi="Times New Roman"/>
          <w:color w:val="000000"/>
          <w:w w:val="102"/>
          <w:sz w:val="20"/>
          <w:lang w:val="ru-RU"/>
        </w:rPr>
        <w:t xml:space="preserve"> </w:t>
      </w:r>
      <w:r w:rsidR="00957039">
        <w:rPr>
          <w:rFonts w:ascii="Times New Roman" w:eastAsia="Times New Roman" w:hAnsi="Times New Roman"/>
          <w:color w:val="000000"/>
          <w:w w:val="102"/>
          <w:sz w:val="20"/>
          <w:lang w:val="ru-RU"/>
        </w:rPr>
        <w:t>01</w:t>
      </w:r>
      <w:r w:rsidR="00A12E42">
        <w:rPr>
          <w:rFonts w:ascii="Times New Roman" w:eastAsia="Times New Roman" w:hAnsi="Times New Roman"/>
          <w:color w:val="000000"/>
          <w:w w:val="102"/>
          <w:sz w:val="20"/>
          <w:lang w:val="ru-RU"/>
        </w:rPr>
        <w:t xml:space="preserve">  </w:t>
      </w:r>
      <w:r w:rsidRPr="00A16570">
        <w:rPr>
          <w:rFonts w:ascii="Times New Roman" w:eastAsia="Times New Roman" w:hAnsi="Times New Roman"/>
          <w:color w:val="000000"/>
          <w:w w:val="102"/>
          <w:sz w:val="20"/>
          <w:lang w:val="ru-RU"/>
        </w:rPr>
        <w:t>"</w:t>
      </w:r>
      <w:r w:rsidR="00957039">
        <w:rPr>
          <w:rFonts w:ascii="Times New Roman" w:eastAsia="Times New Roman" w:hAnsi="Times New Roman"/>
          <w:color w:val="000000"/>
          <w:w w:val="102"/>
          <w:sz w:val="20"/>
          <w:lang w:val="ru-RU"/>
        </w:rPr>
        <w:t>09</w:t>
      </w:r>
      <w:bookmarkStart w:id="0" w:name="_GoBack"/>
      <w:bookmarkEnd w:id="0"/>
      <w:r w:rsidRPr="00A16570">
        <w:rPr>
          <w:rFonts w:ascii="Times New Roman" w:eastAsia="Times New Roman" w:hAnsi="Times New Roman"/>
          <w:color w:val="000000"/>
          <w:w w:val="102"/>
          <w:sz w:val="20"/>
          <w:lang w:val="ru-RU"/>
        </w:rPr>
        <w:t xml:space="preserve"> </w:t>
      </w:r>
      <w:r w:rsidR="00090304">
        <w:rPr>
          <w:rFonts w:ascii="Times New Roman" w:eastAsia="Times New Roman" w:hAnsi="Times New Roman"/>
          <w:color w:val="000000"/>
          <w:w w:val="102"/>
          <w:sz w:val="20"/>
          <w:lang w:val="ru-RU"/>
        </w:rPr>
        <w:t>2022</w:t>
      </w:r>
      <w:r w:rsidRPr="00A16570">
        <w:rPr>
          <w:rFonts w:ascii="Times New Roman" w:eastAsia="Times New Roman" w:hAnsi="Times New Roman"/>
          <w:color w:val="000000"/>
          <w:w w:val="102"/>
          <w:sz w:val="20"/>
          <w:lang w:val="ru-RU"/>
        </w:rPr>
        <w:t xml:space="preserve">  г.</w:t>
      </w:r>
    </w:p>
    <w:p w:rsidR="00F261D5" w:rsidRPr="00A16570" w:rsidRDefault="00F261D5">
      <w:pPr>
        <w:rPr>
          <w:lang w:val="ru-RU"/>
        </w:rPr>
        <w:sectPr w:rsidR="00F261D5" w:rsidRPr="00A16570">
          <w:type w:val="nextColumn"/>
          <w:pgSz w:w="11900" w:h="16840"/>
          <w:pgMar w:top="298" w:right="888" w:bottom="402" w:left="1146" w:header="720" w:footer="720" w:gutter="0"/>
          <w:cols w:num="2" w:space="720" w:equalWidth="0">
            <w:col w:w="6496" w:space="0"/>
            <w:col w:w="3370" w:space="0"/>
          </w:cols>
          <w:docGrid w:linePitch="360"/>
        </w:sectPr>
      </w:pPr>
    </w:p>
    <w:p w:rsidR="00F261D5" w:rsidRPr="00A16570" w:rsidRDefault="00F831C8">
      <w:pPr>
        <w:autoSpaceDE w:val="0"/>
        <w:autoSpaceDN w:val="0"/>
        <w:spacing w:after="0" w:line="262" w:lineRule="auto"/>
        <w:ind w:left="2592" w:right="2592"/>
        <w:jc w:val="center"/>
        <w:rPr>
          <w:lang w:val="ru-RU"/>
        </w:rPr>
      </w:pPr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lastRenderedPageBreak/>
        <w:t xml:space="preserve">для 6 класса основного общего образования </w:t>
      </w:r>
      <w:r w:rsidRPr="00A16570">
        <w:rPr>
          <w:lang w:val="ru-RU"/>
        </w:rPr>
        <w:br/>
      </w:r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>на 2022-2023  учебный год</w:t>
      </w:r>
    </w:p>
    <w:p w:rsidR="00F261D5" w:rsidRPr="00A16570" w:rsidRDefault="00A16570">
      <w:pPr>
        <w:autoSpaceDE w:val="0"/>
        <w:autoSpaceDN w:val="0"/>
        <w:spacing w:before="2112" w:after="0" w:line="262" w:lineRule="auto"/>
        <w:ind w:left="5978" w:hanging="5978"/>
        <w:rPr>
          <w:lang w:val="ru-RU"/>
        </w:rPr>
      </w:pPr>
      <w:r>
        <w:rPr>
          <w:rFonts w:ascii="Times New Roman" w:eastAsia="Times New Roman" w:hAnsi="Times New Roman"/>
          <w:color w:val="000000"/>
          <w:sz w:val="24"/>
          <w:lang w:val="ru-RU"/>
        </w:rPr>
        <w:t>Составители</w:t>
      </w:r>
      <w:r w:rsidR="00F831C8" w:rsidRPr="00A16570">
        <w:rPr>
          <w:rFonts w:ascii="Times New Roman" w:eastAsia="Times New Roman" w:hAnsi="Times New Roman"/>
          <w:color w:val="000000"/>
          <w:sz w:val="24"/>
          <w:lang w:val="ru-RU"/>
        </w:rPr>
        <w:t>: Косилова Ольга Васильевна, Быковская Елена Ивановна,</w:t>
      </w:r>
      <w:r w:rsidR="00324CFB">
        <w:rPr>
          <w:rFonts w:ascii="Times New Roman" w:eastAsia="Times New Roman" w:hAnsi="Times New Roman"/>
          <w:color w:val="000000"/>
          <w:sz w:val="24"/>
          <w:lang w:val="ru-RU"/>
        </w:rPr>
        <w:t xml:space="preserve"> </w:t>
      </w:r>
      <w:proofErr w:type="spellStart"/>
      <w:r w:rsidR="00F831C8" w:rsidRPr="00A16570">
        <w:rPr>
          <w:rFonts w:ascii="Times New Roman" w:eastAsia="Times New Roman" w:hAnsi="Times New Roman"/>
          <w:color w:val="000000"/>
          <w:sz w:val="24"/>
          <w:lang w:val="ru-RU"/>
        </w:rPr>
        <w:t>Миляева</w:t>
      </w:r>
      <w:proofErr w:type="spellEnd"/>
      <w:r w:rsidR="00F831C8" w:rsidRPr="00A16570">
        <w:rPr>
          <w:rFonts w:ascii="Times New Roman" w:eastAsia="Times New Roman" w:hAnsi="Times New Roman"/>
          <w:color w:val="000000"/>
          <w:sz w:val="24"/>
          <w:lang w:val="ru-RU"/>
        </w:rPr>
        <w:t xml:space="preserve"> Елена Юрьевна</w:t>
      </w:r>
      <w:r w:rsidR="00324CFB">
        <w:rPr>
          <w:rFonts w:ascii="Times New Roman" w:eastAsia="Times New Roman" w:hAnsi="Times New Roman"/>
          <w:color w:val="000000"/>
          <w:sz w:val="24"/>
          <w:lang w:val="ru-RU"/>
        </w:rPr>
        <w:t>,</w:t>
      </w:r>
      <w:r w:rsidR="00F831C8" w:rsidRPr="00A16570">
        <w:rPr>
          <w:rFonts w:ascii="Times New Roman" w:eastAsia="Times New Roman" w:hAnsi="Times New Roman"/>
          <w:color w:val="000000"/>
          <w:sz w:val="24"/>
          <w:lang w:val="ru-RU"/>
        </w:rPr>
        <w:t xml:space="preserve"> учителя русского языка и литературы</w:t>
      </w:r>
    </w:p>
    <w:p w:rsidR="00F261D5" w:rsidRPr="00A16570" w:rsidRDefault="0037357B" w:rsidP="0037357B">
      <w:pPr>
        <w:autoSpaceDE w:val="0"/>
        <w:autoSpaceDN w:val="0"/>
        <w:spacing w:before="2830" w:after="0" w:line="230" w:lineRule="auto"/>
        <w:ind w:right="3972"/>
        <w:jc w:val="right"/>
        <w:rPr>
          <w:lang w:val="ru-RU"/>
        </w:rPr>
        <w:sectPr w:rsidR="00F261D5" w:rsidRPr="00A16570" w:rsidSect="00324CFB">
          <w:type w:val="continuous"/>
          <w:pgSz w:w="11900" w:h="16840"/>
          <w:pgMar w:top="298" w:right="560" w:bottom="402" w:left="1146" w:header="720" w:footer="720" w:gutter="0"/>
          <w:cols w:space="720" w:equalWidth="0">
            <w:col w:w="10194" w:space="0"/>
          </w:cols>
          <w:docGrid w:linePitch="360"/>
        </w:sectPr>
      </w:pPr>
      <w:r>
        <w:rPr>
          <w:rFonts w:ascii="Times New Roman" w:eastAsia="Times New Roman" w:hAnsi="Times New Roman"/>
          <w:color w:val="000000"/>
          <w:sz w:val="24"/>
          <w:lang w:val="ru-RU"/>
        </w:rPr>
        <w:t>село Медведка 2022</w:t>
      </w:r>
    </w:p>
    <w:p w:rsidR="00F261D5" w:rsidRPr="00A16570" w:rsidRDefault="00F261D5">
      <w:pPr>
        <w:rPr>
          <w:lang w:val="ru-RU"/>
        </w:rPr>
        <w:sectPr w:rsidR="00F261D5" w:rsidRPr="00A16570">
          <w:pgSz w:w="11900" w:h="16840"/>
          <w:pgMar w:top="1440" w:right="1440" w:bottom="1440" w:left="1440" w:header="720" w:footer="720" w:gutter="0"/>
          <w:cols w:space="720" w:equalWidth="0">
            <w:col w:w="9866" w:space="0"/>
          </w:cols>
          <w:docGrid w:linePitch="360"/>
        </w:sectPr>
      </w:pPr>
    </w:p>
    <w:p w:rsidR="00F261D5" w:rsidRPr="00A16570" w:rsidRDefault="00F831C8">
      <w:pPr>
        <w:autoSpaceDE w:val="0"/>
        <w:autoSpaceDN w:val="0"/>
        <w:spacing w:after="0" w:line="230" w:lineRule="auto"/>
        <w:rPr>
          <w:lang w:val="ru-RU"/>
        </w:rPr>
      </w:pPr>
      <w:r w:rsidRPr="00A16570">
        <w:rPr>
          <w:rFonts w:ascii="Times New Roman" w:eastAsia="Times New Roman" w:hAnsi="Times New Roman"/>
          <w:b/>
          <w:color w:val="000000"/>
          <w:sz w:val="24"/>
          <w:lang w:val="ru-RU"/>
        </w:rPr>
        <w:lastRenderedPageBreak/>
        <w:t>ПОЯСНИТЕЛЬНАЯ ЗАПИСКА</w:t>
      </w:r>
    </w:p>
    <w:p w:rsidR="00F261D5" w:rsidRPr="00A16570" w:rsidRDefault="00F831C8">
      <w:pPr>
        <w:autoSpaceDE w:val="0"/>
        <w:autoSpaceDN w:val="0"/>
        <w:spacing w:before="346" w:after="0" w:line="286" w:lineRule="auto"/>
        <w:ind w:firstLine="180"/>
        <w:rPr>
          <w:lang w:val="ru-RU"/>
        </w:rPr>
      </w:pPr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 xml:space="preserve">Рабочая программа по литературе для обучающихся 6 классов составлена на основе Требований к результатам освоения основной образовательной программы основного общего образования, представленных в Федеральном государственном образовательном стандарте основного общего образования (Приказ </w:t>
      </w:r>
      <w:proofErr w:type="spellStart"/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>Минпросвещения</w:t>
      </w:r>
      <w:proofErr w:type="spellEnd"/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 xml:space="preserve"> России от 31.05.2021 г.№ 287, зарегистрирован </w:t>
      </w:r>
      <w:r w:rsidRPr="00A16570">
        <w:rPr>
          <w:lang w:val="ru-RU"/>
        </w:rPr>
        <w:br/>
      </w:r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 xml:space="preserve">Министерством юстиции Российской Федерации 05.07.2021 г., рег. номер — 64101) (далее — ФГОС ООО), а также Примерной программы воспитания, с учётом Концепции преподавания русского языка и литературы в Российской Федерации (утверждённой распоряжением Правительства Российской Федерации от 9 апреля 2016 г. № 637-р). </w:t>
      </w:r>
    </w:p>
    <w:p w:rsidR="00F261D5" w:rsidRPr="00A16570" w:rsidRDefault="00F831C8">
      <w:pPr>
        <w:autoSpaceDE w:val="0"/>
        <w:autoSpaceDN w:val="0"/>
        <w:spacing w:before="264" w:after="0" w:line="230" w:lineRule="auto"/>
        <w:rPr>
          <w:lang w:val="ru-RU"/>
        </w:rPr>
      </w:pPr>
      <w:r w:rsidRPr="00A16570">
        <w:rPr>
          <w:rFonts w:ascii="Times New Roman" w:eastAsia="Times New Roman" w:hAnsi="Times New Roman"/>
          <w:b/>
          <w:color w:val="000000"/>
          <w:sz w:val="24"/>
          <w:lang w:val="ru-RU"/>
        </w:rPr>
        <w:t>ОБЩАЯ ХАРАКТЕРИСТИКА УЧЕБНОГО ПРЕДМЕТА «ЛИТЕРАТУРА»</w:t>
      </w:r>
    </w:p>
    <w:p w:rsidR="00F261D5" w:rsidRPr="00A16570" w:rsidRDefault="00F831C8">
      <w:pPr>
        <w:autoSpaceDE w:val="0"/>
        <w:autoSpaceDN w:val="0"/>
        <w:spacing w:before="166" w:after="0" w:line="286" w:lineRule="auto"/>
        <w:ind w:firstLine="180"/>
        <w:rPr>
          <w:lang w:val="ru-RU"/>
        </w:rPr>
      </w:pPr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 xml:space="preserve">Учебный предмет «Литература» в наибольшей степени способствует формированию духовного облика и нравственных ориентиров молодого поколения, так как занимает ведущее место в </w:t>
      </w:r>
      <w:r w:rsidRPr="00A16570">
        <w:rPr>
          <w:lang w:val="ru-RU"/>
        </w:rPr>
        <w:br/>
      </w:r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 xml:space="preserve">эмоциональном, интеллектуальном и эстетическом развитии обучающихся, в становлении основ их миропонимания и национального самосознания. Особенности литературы как школьного предмета связаны с тем, что литературные произведения являются феноменом культуры: в них заключено эстетическое освоение мира, а богатство и многообразие человеческого бытия выражено в </w:t>
      </w:r>
      <w:r w:rsidRPr="00A16570">
        <w:rPr>
          <w:lang w:val="ru-RU"/>
        </w:rPr>
        <w:br/>
      </w:r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 xml:space="preserve">художественных образах, которые содержат в себе потенциал воздействия на читателей и приобщают их к нравственно-эстетическим ценностям, как национальным, так и общечеловеческим. </w:t>
      </w:r>
    </w:p>
    <w:p w:rsidR="00F261D5" w:rsidRPr="00A16570" w:rsidRDefault="00F831C8">
      <w:pPr>
        <w:autoSpaceDE w:val="0"/>
        <w:autoSpaceDN w:val="0"/>
        <w:spacing w:before="70" w:after="0" w:line="271" w:lineRule="auto"/>
        <w:ind w:right="144" w:firstLine="180"/>
        <w:rPr>
          <w:lang w:val="ru-RU"/>
        </w:rPr>
      </w:pPr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>Основу содержания литературного образования составляют чтение и изучение выдающихся художественных произведений русской и мировой литературы, что способствует постижению таких нравственных категорий, как добро, справедливость, честь, патриотизм, гуманизм, дом, семья.</w:t>
      </w:r>
    </w:p>
    <w:p w:rsidR="00F261D5" w:rsidRPr="00A16570" w:rsidRDefault="00F831C8">
      <w:pPr>
        <w:autoSpaceDE w:val="0"/>
        <w:autoSpaceDN w:val="0"/>
        <w:spacing w:before="70" w:after="0"/>
        <w:rPr>
          <w:lang w:val="ru-RU"/>
        </w:rPr>
      </w:pPr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>Целостное восприятие и понимание художественного произведения, его анализ и интерпретация возможны лишь при соответствующей эмоционально-эстетической реакции читателя, которая зависит от возрастных особенностей школьников, их психического и литературного развития, жизненного и читательского опыта.</w:t>
      </w:r>
    </w:p>
    <w:p w:rsidR="00F261D5" w:rsidRPr="00A16570" w:rsidRDefault="00F831C8">
      <w:pPr>
        <w:autoSpaceDE w:val="0"/>
        <w:autoSpaceDN w:val="0"/>
        <w:spacing w:before="70" w:after="0" w:line="281" w:lineRule="auto"/>
        <w:ind w:firstLine="180"/>
        <w:rPr>
          <w:lang w:val="ru-RU"/>
        </w:rPr>
      </w:pPr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 xml:space="preserve">Полноценное литературное образование в основной школе невозможно без учёта преемственности с курсом литературного чтения в начальной школе, </w:t>
      </w:r>
      <w:proofErr w:type="spellStart"/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>межпредметных</w:t>
      </w:r>
      <w:proofErr w:type="spellEnd"/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 xml:space="preserve"> связей с курсом русского языка, истории и предметов художественного цикла, что способствует развитию речи, историзма мышления, художественного вкуса, формированию эстетического отношения к окружающему миру и его воплощения в творческих работах различных жанров. </w:t>
      </w:r>
    </w:p>
    <w:p w:rsidR="00F261D5" w:rsidRPr="00A16570" w:rsidRDefault="00F831C8">
      <w:pPr>
        <w:autoSpaceDE w:val="0"/>
        <w:autoSpaceDN w:val="0"/>
        <w:spacing w:before="72" w:after="0" w:line="271" w:lineRule="auto"/>
        <w:ind w:right="864" w:firstLine="180"/>
        <w:rPr>
          <w:lang w:val="ru-RU"/>
        </w:rPr>
      </w:pPr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 xml:space="preserve">В рабочей программе учтены все этапы российского историко-литературного процесса (от фольклора до новейшей русской литературы) и представлены разделы, касающиеся литератур народов России и зарубежной литературы. </w:t>
      </w:r>
    </w:p>
    <w:p w:rsidR="00F261D5" w:rsidRPr="00A16570" w:rsidRDefault="00F831C8">
      <w:pPr>
        <w:tabs>
          <w:tab w:val="left" w:pos="180"/>
        </w:tabs>
        <w:autoSpaceDE w:val="0"/>
        <w:autoSpaceDN w:val="0"/>
        <w:spacing w:before="70" w:after="0" w:line="262" w:lineRule="auto"/>
        <w:ind w:right="288"/>
        <w:rPr>
          <w:lang w:val="ru-RU"/>
        </w:rPr>
      </w:pPr>
      <w:r w:rsidRPr="00A16570">
        <w:rPr>
          <w:lang w:val="ru-RU"/>
        </w:rPr>
        <w:tab/>
      </w:r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 xml:space="preserve">Основные виды деятельности обучающихся перечислены при изучении каждой монографической или обзорной темы и направлены на достижение планируемых результатов обучения. </w:t>
      </w:r>
    </w:p>
    <w:p w:rsidR="00F261D5" w:rsidRPr="00A16570" w:rsidRDefault="00F831C8">
      <w:pPr>
        <w:autoSpaceDE w:val="0"/>
        <w:autoSpaceDN w:val="0"/>
        <w:spacing w:before="382" w:after="0" w:line="230" w:lineRule="auto"/>
        <w:rPr>
          <w:lang w:val="ru-RU"/>
        </w:rPr>
      </w:pPr>
      <w:r w:rsidRPr="00A16570">
        <w:rPr>
          <w:rFonts w:ascii="Times New Roman" w:eastAsia="Times New Roman" w:hAnsi="Times New Roman"/>
          <w:b/>
          <w:color w:val="000000"/>
          <w:sz w:val="24"/>
          <w:lang w:val="ru-RU"/>
        </w:rPr>
        <w:t>ЦЕЛИ ИЗУЧЕНИЯ УЧЕБНОГО ПРЕДМЕТА «ЛИТЕРАТУРА»</w:t>
      </w:r>
    </w:p>
    <w:p w:rsidR="00F261D5" w:rsidRPr="00A16570" w:rsidRDefault="00F831C8">
      <w:pPr>
        <w:autoSpaceDE w:val="0"/>
        <w:autoSpaceDN w:val="0"/>
        <w:spacing w:before="166" w:after="0" w:line="283" w:lineRule="auto"/>
        <w:ind w:right="144" w:firstLine="180"/>
        <w:rPr>
          <w:lang w:val="ru-RU"/>
        </w:rPr>
      </w:pPr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 xml:space="preserve">Цели изучения предмета «Литература» в основной школе состоят в формировании у обучающихся потребности в качественном чтении, культуры читательского восприятия, понимания литературных текстов и создания собственных устных и письменных высказываний; в развитии чувства </w:t>
      </w:r>
      <w:r w:rsidRPr="00A16570">
        <w:rPr>
          <w:lang w:val="ru-RU"/>
        </w:rPr>
        <w:br/>
      </w:r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 xml:space="preserve">причастности к отечественной культуре и уважения к другим культурам, аксиологической сферы личности на основе высоких духовно-нравственных идеалов, воплощённых в отечественной и зарубежной литературе. Достижение указанных целей возможно при решении учебных задач, которые постепенно усложняются от 5 к 9 классу. </w:t>
      </w:r>
    </w:p>
    <w:p w:rsidR="00F261D5" w:rsidRPr="00A16570" w:rsidRDefault="00F261D5">
      <w:pPr>
        <w:rPr>
          <w:lang w:val="ru-RU"/>
        </w:rPr>
        <w:sectPr w:rsidR="00F261D5" w:rsidRPr="00A16570">
          <w:pgSz w:w="11900" w:h="16840"/>
          <w:pgMar w:top="436" w:right="650" w:bottom="308" w:left="666" w:header="720" w:footer="720" w:gutter="0"/>
          <w:cols w:space="720" w:equalWidth="0">
            <w:col w:w="10584" w:space="0"/>
          </w:cols>
          <w:docGrid w:linePitch="360"/>
        </w:sectPr>
      </w:pPr>
    </w:p>
    <w:p w:rsidR="00F261D5" w:rsidRPr="00A16570" w:rsidRDefault="00F261D5">
      <w:pPr>
        <w:autoSpaceDE w:val="0"/>
        <w:autoSpaceDN w:val="0"/>
        <w:spacing w:after="78" w:line="220" w:lineRule="exact"/>
        <w:rPr>
          <w:lang w:val="ru-RU"/>
        </w:rPr>
      </w:pPr>
    </w:p>
    <w:p w:rsidR="00F261D5" w:rsidRPr="00A16570" w:rsidRDefault="00F831C8">
      <w:pPr>
        <w:autoSpaceDE w:val="0"/>
        <w:autoSpaceDN w:val="0"/>
        <w:spacing w:after="0" w:line="286" w:lineRule="auto"/>
        <w:ind w:right="288" w:firstLine="180"/>
        <w:rPr>
          <w:lang w:val="ru-RU"/>
        </w:rPr>
      </w:pPr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 xml:space="preserve">Задачи, связанные с пониманием литературы как одной из основных национально-культурных ценностей народа, как особого способа познания жизни, с обеспечением культурной </w:t>
      </w:r>
      <w:r w:rsidRPr="00A16570">
        <w:rPr>
          <w:lang w:val="ru-RU"/>
        </w:rPr>
        <w:br/>
      </w:r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 xml:space="preserve">самоидентификации, осознанием коммуникативно-эстетических возможностей родного языка на основе изучения выдающихся произведений отечественной культуры, культуры своего народа, мировой культуры, состоят в приобщении школьников к наследию отечественной и зарубежной классической литературы и лучшим образцам современной литературы; воспитании уважения к отечественной классике как высочайшему достижению национальной культуры, способствующей воспитанию патриотизма, формированию национально-культурной идентичности и способности к диалогу культур; освоению духовного опыта человечества, национальных и общечеловеческих культурных традиций и ценностей; формированию гуманистического мировоззрения. </w:t>
      </w:r>
    </w:p>
    <w:p w:rsidR="00F261D5" w:rsidRPr="00A16570" w:rsidRDefault="00F831C8">
      <w:pPr>
        <w:autoSpaceDE w:val="0"/>
        <w:autoSpaceDN w:val="0"/>
        <w:spacing w:before="72" w:after="0" w:line="283" w:lineRule="auto"/>
        <w:ind w:firstLine="180"/>
        <w:rPr>
          <w:lang w:val="ru-RU"/>
        </w:rPr>
      </w:pPr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 xml:space="preserve">Задачи, связанные с осознанием значимости чтения и изучения литературы для дальнейшего развития обучающихся, с формированием их потребности в систематическом чтении как средстве познания мира и себя в этом мире, с гармонизацией отношений человека и общества, ориентированы на воспитание и развитие мотивации к чтению художественных произведений, как изучаемых на уроках, так и прочитанных самостоятельно, что способствует накоплению позитивного опыта освоения литературных произведений, в том числе в процессе участия в различных мероприятиях, посвящённых литературе, чтению, книжной культуре. </w:t>
      </w:r>
    </w:p>
    <w:p w:rsidR="00F261D5" w:rsidRPr="00A16570" w:rsidRDefault="00F831C8">
      <w:pPr>
        <w:autoSpaceDE w:val="0"/>
        <w:autoSpaceDN w:val="0"/>
        <w:spacing w:before="70" w:after="0" w:line="288" w:lineRule="auto"/>
        <w:ind w:firstLine="180"/>
        <w:rPr>
          <w:lang w:val="ru-RU"/>
        </w:rPr>
      </w:pPr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 xml:space="preserve">Задачи, связанные с воспитанием квалифицированного читателя, обладающего эстетическим вкусом, с формированием умений воспринимать, анализировать, критически оценивать и </w:t>
      </w:r>
      <w:r w:rsidRPr="00A16570">
        <w:rPr>
          <w:lang w:val="ru-RU"/>
        </w:rPr>
        <w:br/>
      </w:r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 xml:space="preserve">интерпретировать прочитанное, направлены на формирование у школьников системы знаний о литературе как искусстве слова, в том числе основных теоретико и историко-литературных знаний, необходимых для понимания, анализа и интерпретации художественных произведений, умения воспринимать их в историко-культурном контексте, сопоставлять с произведениями других видов искусства; развитие читательских умений, творческих способностей, эстетического вкуса. Эти задачи направлены на развитие умения выявлять проблематику произведений и их художественные особенности, комментировать авторскую позицию и выражать собственное отношение к </w:t>
      </w:r>
      <w:r w:rsidRPr="00A16570">
        <w:rPr>
          <w:lang w:val="ru-RU"/>
        </w:rPr>
        <w:br/>
      </w:r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 xml:space="preserve">прочитанному; воспринимать тексты художественных произведений в единстве формы и содержания, реализуя возможность их неоднозначного толкования в рамках достоверных интерпретаций; сопоставлять и сравнивать художественные произведения, их фрагменты, образы и проблемы как между собой, так и с произведениями других  искусств;  формировать  представления о специфике литературы в ряду других искусств и об историко-литературном процессе; развивать умения поиска необходимой информации с использованием различных источников, владеть навыками их </w:t>
      </w:r>
      <w:r w:rsidRPr="00A16570">
        <w:rPr>
          <w:lang w:val="ru-RU"/>
        </w:rPr>
        <w:br/>
      </w:r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 xml:space="preserve">критической оценки. </w:t>
      </w:r>
    </w:p>
    <w:p w:rsidR="00F261D5" w:rsidRPr="00A16570" w:rsidRDefault="00F831C8">
      <w:pPr>
        <w:autoSpaceDE w:val="0"/>
        <w:autoSpaceDN w:val="0"/>
        <w:spacing w:before="72" w:after="0" w:line="283" w:lineRule="auto"/>
        <w:ind w:firstLine="180"/>
        <w:rPr>
          <w:lang w:val="ru-RU"/>
        </w:rPr>
      </w:pPr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 xml:space="preserve">Задачи, связанные с осознанием обучающимися коммуникативно-эстетических возможностей языка на основе изучения выдающихся произведений отечественной культуры, культуры своего народа, мировой культуры, направлены на совершенствование речи школьников на примере высоких образцов художественной литературы и умений создавать разные виды устных и письменных высказываний, редактировать их, а также выразительно читать произведения, в том числе наизусть, владеть различными видами пересказа, участвовать в учебном диалоге, адекватно воспринимая чужую точку зрения и аргументированно отстаивая свою. </w:t>
      </w:r>
    </w:p>
    <w:p w:rsidR="00F261D5" w:rsidRPr="00A16570" w:rsidRDefault="00F831C8">
      <w:pPr>
        <w:autoSpaceDE w:val="0"/>
        <w:autoSpaceDN w:val="0"/>
        <w:spacing w:before="382" w:after="0" w:line="230" w:lineRule="auto"/>
        <w:rPr>
          <w:lang w:val="ru-RU"/>
        </w:rPr>
      </w:pPr>
      <w:r w:rsidRPr="00A16570">
        <w:rPr>
          <w:rFonts w:ascii="Times New Roman" w:eastAsia="Times New Roman" w:hAnsi="Times New Roman"/>
          <w:b/>
          <w:color w:val="000000"/>
          <w:sz w:val="24"/>
          <w:lang w:val="ru-RU"/>
        </w:rPr>
        <w:t>МЕСТО УЧЕБНОГО ПРЕДМЕТА «ЛИТЕРАТУРА» В УЧЕБНОМ ПЛАНЕ</w:t>
      </w:r>
    </w:p>
    <w:p w:rsidR="00F261D5" w:rsidRPr="00A16570" w:rsidRDefault="00F831C8">
      <w:pPr>
        <w:autoSpaceDE w:val="0"/>
        <w:autoSpaceDN w:val="0"/>
        <w:spacing w:before="166" w:after="0" w:line="271" w:lineRule="auto"/>
        <w:ind w:right="576" w:firstLine="180"/>
        <w:rPr>
          <w:lang w:val="ru-RU"/>
        </w:rPr>
      </w:pPr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 xml:space="preserve">Предмет «Литература» входит в предметную область «Русский язык и литература» и является обязательным для изучения. Предмет «Литература» преемственен по отношению к </w:t>
      </w:r>
      <w:proofErr w:type="spellStart"/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>предмету</w:t>
      </w:r>
      <w:proofErr w:type="gramStart"/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>«Л</w:t>
      </w:r>
      <w:proofErr w:type="gramEnd"/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>итературное</w:t>
      </w:r>
      <w:proofErr w:type="spellEnd"/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 xml:space="preserve"> чтение».</w:t>
      </w:r>
    </w:p>
    <w:p w:rsidR="00F261D5" w:rsidRPr="00A16570" w:rsidRDefault="00F831C8">
      <w:pPr>
        <w:autoSpaceDE w:val="0"/>
        <w:autoSpaceDN w:val="0"/>
        <w:spacing w:before="70" w:after="0" w:line="230" w:lineRule="auto"/>
        <w:ind w:left="180"/>
        <w:rPr>
          <w:lang w:val="ru-RU"/>
        </w:rPr>
      </w:pPr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>В 6 классе на изучение предмета отводится 3 часа в неделю, суммарно изучение литературы в 6</w:t>
      </w:r>
    </w:p>
    <w:p w:rsidR="00F261D5" w:rsidRPr="00A16570" w:rsidRDefault="00F261D5">
      <w:pPr>
        <w:rPr>
          <w:lang w:val="ru-RU"/>
        </w:rPr>
        <w:sectPr w:rsidR="00F261D5" w:rsidRPr="00A16570">
          <w:pgSz w:w="11900" w:h="16840"/>
          <w:pgMar w:top="298" w:right="690" w:bottom="392" w:left="666" w:header="720" w:footer="720" w:gutter="0"/>
          <w:cols w:space="720" w:equalWidth="0">
            <w:col w:w="10544" w:space="0"/>
          </w:cols>
          <w:docGrid w:linePitch="360"/>
        </w:sectPr>
      </w:pPr>
    </w:p>
    <w:p w:rsidR="00F261D5" w:rsidRPr="00A16570" w:rsidRDefault="00F261D5">
      <w:pPr>
        <w:autoSpaceDE w:val="0"/>
        <w:autoSpaceDN w:val="0"/>
        <w:spacing w:after="66" w:line="220" w:lineRule="exact"/>
        <w:rPr>
          <w:lang w:val="ru-RU"/>
        </w:rPr>
      </w:pPr>
    </w:p>
    <w:p w:rsidR="00F261D5" w:rsidRPr="00A16570" w:rsidRDefault="00F831C8" w:rsidP="0037357B">
      <w:pPr>
        <w:autoSpaceDE w:val="0"/>
        <w:autoSpaceDN w:val="0"/>
        <w:spacing w:after="0" w:line="230" w:lineRule="auto"/>
        <w:rPr>
          <w:lang w:val="ru-RU"/>
        </w:rPr>
      </w:pPr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 xml:space="preserve">классе по программе основного общего образования рассчитано на 102 часа. </w:t>
      </w:r>
    </w:p>
    <w:p w:rsidR="0037357B" w:rsidRDefault="0037357B">
      <w:pPr>
        <w:autoSpaceDE w:val="0"/>
        <w:autoSpaceDN w:val="0"/>
        <w:spacing w:after="0" w:line="230" w:lineRule="auto"/>
        <w:rPr>
          <w:rFonts w:ascii="Times New Roman" w:eastAsia="Times New Roman" w:hAnsi="Times New Roman"/>
          <w:b/>
          <w:color w:val="000000"/>
          <w:sz w:val="24"/>
          <w:lang w:val="ru-RU"/>
        </w:rPr>
      </w:pPr>
    </w:p>
    <w:p w:rsidR="0037357B" w:rsidRDefault="0037357B">
      <w:pPr>
        <w:autoSpaceDE w:val="0"/>
        <w:autoSpaceDN w:val="0"/>
        <w:spacing w:after="0" w:line="230" w:lineRule="auto"/>
        <w:rPr>
          <w:rFonts w:ascii="Times New Roman" w:eastAsia="Times New Roman" w:hAnsi="Times New Roman"/>
          <w:b/>
          <w:color w:val="000000"/>
          <w:sz w:val="24"/>
          <w:lang w:val="ru-RU"/>
        </w:rPr>
      </w:pPr>
    </w:p>
    <w:p w:rsidR="00F261D5" w:rsidRPr="00A16570" w:rsidRDefault="00F831C8">
      <w:pPr>
        <w:autoSpaceDE w:val="0"/>
        <w:autoSpaceDN w:val="0"/>
        <w:spacing w:after="0" w:line="230" w:lineRule="auto"/>
        <w:rPr>
          <w:lang w:val="ru-RU"/>
        </w:rPr>
      </w:pPr>
      <w:r w:rsidRPr="00A16570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СОДЕРЖАНИЕ УЧЕБНОГО ПРЕДМЕТА </w:t>
      </w:r>
    </w:p>
    <w:p w:rsidR="00F261D5" w:rsidRPr="00A16570" w:rsidRDefault="00F831C8">
      <w:pPr>
        <w:autoSpaceDE w:val="0"/>
        <w:autoSpaceDN w:val="0"/>
        <w:spacing w:before="466" w:after="0" w:line="262" w:lineRule="auto"/>
        <w:ind w:right="5328"/>
        <w:rPr>
          <w:lang w:val="ru-RU"/>
        </w:rPr>
      </w:pPr>
      <w:r w:rsidRPr="00A16570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Античная литература </w:t>
      </w:r>
      <w:r w:rsidRPr="00A16570">
        <w:rPr>
          <w:lang w:val="ru-RU"/>
        </w:rPr>
        <w:br/>
      </w:r>
      <w:r w:rsidRPr="00A16570">
        <w:rPr>
          <w:rFonts w:ascii="Times New Roman" w:eastAsia="Times New Roman" w:hAnsi="Times New Roman"/>
          <w:b/>
          <w:color w:val="000000"/>
          <w:sz w:val="24"/>
          <w:lang w:val="ru-RU"/>
        </w:rPr>
        <w:t>Гомер.</w:t>
      </w:r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 xml:space="preserve"> Поэмы. «Илиада», «Одиссея» (фрагменты).</w:t>
      </w:r>
    </w:p>
    <w:p w:rsidR="00F261D5" w:rsidRPr="00A16570" w:rsidRDefault="00F831C8">
      <w:pPr>
        <w:autoSpaceDE w:val="0"/>
        <w:autoSpaceDN w:val="0"/>
        <w:spacing w:before="406" w:after="0"/>
        <w:rPr>
          <w:lang w:val="ru-RU"/>
        </w:rPr>
      </w:pPr>
      <w:r w:rsidRPr="00A16570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Фольклор </w:t>
      </w:r>
      <w:r w:rsidRPr="00A16570">
        <w:rPr>
          <w:lang w:val="ru-RU"/>
        </w:rPr>
        <w:br/>
      </w:r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 xml:space="preserve">Русские былины (не менее двух). Например, «Илья Муромец и Соловей-разбойник», «Садко». Народные песни и баллады народов России и мира (не менее трёх песен и одной баллады). </w:t>
      </w:r>
      <w:proofErr w:type="spellStart"/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>Например</w:t>
      </w:r>
      <w:proofErr w:type="gramStart"/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>,«</w:t>
      </w:r>
      <w:proofErr w:type="gramEnd"/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>Песнь</w:t>
      </w:r>
      <w:proofErr w:type="spellEnd"/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 xml:space="preserve"> о Роланде» (фрагменты). «Песнь о </w:t>
      </w:r>
      <w:proofErr w:type="spellStart"/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>Нибелунгах</w:t>
      </w:r>
      <w:proofErr w:type="spellEnd"/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>» (фрагменты), баллада «</w:t>
      </w:r>
      <w:proofErr w:type="spellStart"/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>Аника</w:t>
      </w:r>
      <w:proofErr w:type="spellEnd"/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>-воин» и др.</w:t>
      </w:r>
    </w:p>
    <w:p w:rsidR="00F261D5" w:rsidRPr="00A16570" w:rsidRDefault="00F831C8">
      <w:pPr>
        <w:autoSpaceDE w:val="0"/>
        <w:autoSpaceDN w:val="0"/>
        <w:spacing w:before="408" w:after="0" w:line="271" w:lineRule="auto"/>
        <w:ind w:right="720"/>
        <w:rPr>
          <w:lang w:val="ru-RU"/>
        </w:rPr>
      </w:pPr>
      <w:r w:rsidRPr="00A16570">
        <w:rPr>
          <w:rFonts w:ascii="Times New Roman" w:eastAsia="Times New Roman" w:hAnsi="Times New Roman"/>
          <w:b/>
          <w:color w:val="000000"/>
          <w:sz w:val="24"/>
          <w:lang w:val="ru-RU"/>
        </w:rPr>
        <w:t>Древнерусская литература</w:t>
      </w:r>
      <w:r w:rsidRPr="00A16570">
        <w:rPr>
          <w:lang w:val="ru-RU"/>
        </w:rPr>
        <w:br/>
      </w:r>
      <w:r w:rsidRPr="00A16570">
        <w:rPr>
          <w:rFonts w:ascii="Times New Roman" w:eastAsia="Times New Roman" w:hAnsi="Times New Roman"/>
          <w:b/>
          <w:color w:val="000000"/>
          <w:sz w:val="24"/>
          <w:lang w:val="ru-RU"/>
        </w:rPr>
        <w:t>«Повесть временных лет»</w:t>
      </w:r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 xml:space="preserve"> (не менее одного фрагмента). Например, «Сказание о белгородском киселе», «Сказание о походе князя Олега на Царьград», «Предание о смерти князя Олега».</w:t>
      </w:r>
    </w:p>
    <w:p w:rsidR="00F261D5" w:rsidRPr="00A16570" w:rsidRDefault="00F831C8">
      <w:pPr>
        <w:autoSpaceDE w:val="0"/>
        <w:autoSpaceDN w:val="0"/>
        <w:spacing w:before="406" w:after="0" w:line="271" w:lineRule="auto"/>
        <w:ind w:right="288"/>
        <w:rPr>
          <w:lang w:val="ru-RU"/>
        </w:rPr>
      </w:pPr>
      <w:r w:rsidRPr="00A16570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Литература первой половины </w:t>
      </w:r>
      <w:r>
        <w:rPr>
          <w:rFonts w:ascii="Times New Roman" w:eastAsia="Times New Roman" w:hAnsi="Times New Roman"/>
          <w:b/>
          <w:color w:val="000000"/>
          <w:sz w:val="24"/>
        </w:rPr>
        <w:t>XIX</w:t>
      </w:r>
      <w:r w:rsidRPr="00A16570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 века </w:t>
      </w:r>
      <w:r w:rsidRPr="00A16570">
        <w:rPr>
          <w:lang w:val="ru-RU"/>
        </w:rPr>
        <w:br/>
      </w:r>
      <w:r w:rsidRPr="00A16570">
        <w:rPr>
          <w:rFonts w:ascii="Times New Roman" w:eastAsia="Times New Roman" w:hAnsi="Times New Roman"/>
          <w:b/>
          <w:color w:val="000000"/>
          <w:sz w:val="24"/>
          <w:lang w:val="ru-RU"/>
        </w:rPr>
        <w:t>А. С. Пушкин.</w:t>
      </w:r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 xml:space="preserve"> Стихотворения (не менее трёх). «Песнь о вещем Олеге», «Зимняя дорога», «</w:t>
      </w:r>
      <w:proofErr w:type="spellStart"/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>Узник»</w:t>
      </w:r>
      <w:proofErr w:type="gramStart"/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>,«</w:t>
      </w:r>
      <w:proofErr w:type="gramEnd"/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>Туча</w:t>
      </w:r>
      <w:proofErr w:type="spellEnd"/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>» и др. Роман «Дубровский».</w:t>
      </w:r>
    </w:p>
    <w:p w:rsidR="00F261D5" w:rsidRPr="00A16570" w:rsidRDefault="00F831C8">
      <w:pPr>
        <w:autoSpaceDE w:val="0"/>
        <w:autoSpaceDN w:val="0"/>
        <w:spacing w:before="70" w:after="0" w:line="262" w:lineRule="auto"/>
        <w:ind w:right="1152"/>
        <w:rPr>
          <w:lang w:val="ru-RU"/>
        </w:rPr>
      </w:pPr>
      <w:r w:rsidRPr="00A16570">
        <w:rPr>
          <w:rFonts w:ascii="Times New Roman" w:eastAsia="Times New Roman" w:hAnsi="Times New Roman"/>
          <w:b/>
          <w:color w:val="000000"/>
          <w:sz w:val="24"/>
          <w:lang w:val="ru-RU"/>
        </w:rPr>
        <w:t>М. Ю. Лермонтов.</w:t>
      </w:r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 xml:space="preserve"> Стихотворения (не менее трёх). «Три пальмы», «Листок», «Утёс» и др. </w:t>
      </w:r>
      <w:r w:rsidRPr="00A16570">
        <w:rPr>
          <w:rFonts w:ascii="Times New Roman" w:eastAsia="Times New Roman" w:hAnsi="Times New Roman"/>
          <w:b/>
          <w:color w:val="000000"/>
          <w:sz w:val="24"/>
          <w:lang w:val="ru-RU"/>
        </w:rPr>
        <w:t>А. В. Кольцов.</w:t>
      </w:r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 xml:space="preserve"> Стихотворения (не менее двух). Например, «Косарь», «Соловей» и др.</w:t>
      </w:r>
    </w:p>
    <w:p w:rsidR="00F261D5" w:rsidRPr="00A16570" w:rsidRDefault="00F831C8">
      <w:pPr>
        <w:autoSpaceDE w:val="0"/>
        <w:autoSpaceDN w:val="0"/>
        <w:spacing w:before="406" w:after="0" w:line="271" w:lineRule="auto"/>
        <w:rPr>
          <w:lang w:val="ru-RU"/>
        </w:rPr>
      </w:pPr>
      <w:r w:rsidRPr="00A16570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Литература второй половины </w:t>
      </w:r>
      <w:r>
        <w:rPr>
          <w:rFonts w:ascii="Times New Roman" w:eastAsia="Times New Roman" w:hAnsi="Times New Roman"/>
          <w:b/>
          <w:color w:val="000000"/>
          <w:sz w:val="24"/>
        </w:rPr>
        <w:t>XIX</w:t>
      </w:r>
      <w:r w:rsidRPr="00A16570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 века </w:t>
      </w:r>
      <w:r w:rsidRPr="00A16570">
        <w:rPr>
          <w:lang w:val="ru-RU"/>
        </w:rPr>
        <w:br/>
      </w:r>
      <w:r w:rsidRPr="00A16570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Ф. И. Тютчев. </w:t>
      </w:r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>Стихотворения (не менее двух). «Есть в осени первоначальной…», «С поляны коршун поднялся…».</w:t>
      </w:r>
    </w:p>
    <w:p w:rsidR="00F261D5" w:rsidRPr="00A16570" w:rsidRDefault="00F831C8">
      <w:pPr>
        <w:autoSpaceDE w:val="0"/>
        <w:autoSpaceDN w:val="0"/>
        <w:spacing w:before="70" w:after="0" w:line="262" w:lineRule="auto"/>
        <w:ind w:right="144"/>
        <w:rPr>
          <w:lang w:val="ru-RU"/>
        </w:rPr>
      </w:pPr>
      <w:r w:rsidRPr="00A16570">
        <w:rPr>
          <w:rFonts w:ascii="Times New Roman" w:eastAsia="Times New Roman" w:hAnsi="Times New Roman"/>
          <w:b/>
          <w:color w:val="000000"/>
          <w:sz w:val="24"/>
          <w:lang w:val="ru-RU"/>
        </w:rPr>
        <w:t>А. А. Фет.</w:t>
      </w:r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 xml:space="preserve"> Стихотворения (не менее двух). «Учись у них — у дуба, у берёзы…», «Я пришёл к тебе с приветом…».</w:t>
      </w:r>
    </w:p>
    <w:p w:rsidR="00F261D5" w:rsidRPr="00A16570" w:rsidRDefault="00F831C8">
      <w:pPr>
        <w:autoSpaceDE w:val="0"/>
        <w:autoSpaceDN w:val="0"/>
        <w:spacing w:before="70" w:after="0" w:line="230" w:lineRule="auto"/>
        <w:rPr>
          <w:lang w:val="ru-RU"/>
        </w:rPr>
      </w:pPr>
      <w:r w:rsidRPr="00A16570">
        <w:rPr>
          <w:rFonts w:ascii="Times New Roman" w:eastAsia="Times New Roman" w:hAnsi="Times New Roman"/>
          <w:b/>
          <w:color w:val="000000"/>
          <w:sz w:val="24"/>
          <w:lang w:val="ru-RU"/>
        </w:rPr>
        <w:t>И. С. Тургенев.</w:t>
      </w:r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 xml:space="preserve"> Рассказ «</w:t>
      </w:r>
      <w:proofErr w:type="spellStart"/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>Бежин</w:t>
      </w:r>
      <w:proofErr w:type="spellEnd"/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 xml:space="preserve"> луг».</w:t>
      </w:r>
    </w:p>
    <w:p w:rsidR="00F261D5" w:rsidRPr="00A16570" w:rsidRDefault="00F831C8">
      <w:pPr>
        <w:autoSpaceDE w:val="0"/>
        <w:autoSpaceDN w:val="0"/>
        <w:spacing w:before="70" w:after="0" w:line="230" w:lineRule="auto"/>
        <w:rPr>
          <w:lang w:val="ru-RU"/>
        </w:rPr>
      </w:pPr>
      <w:r w:rsidRPr="00A16570">
        <w:rPr>
          <w:rFonts w:ascii="Times New Roman" w:eastAsia="Times New Roman" w:hAnsi="Times New Roman"/>
          <w:b/>
          <w:color w:val="000000"/>
          <w:sz w:val="24"/>
          <w:lang w:val="ru-RU"/>
        </w:rPr>
        <w:t>Н. С. Лесков.</w:t>
      </w:r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 xml:space="preserve"> Сказ «Левша».</w:t>
      </w:r>
    </w:p>
    <w:p w:rsidR="00F261D5" w:rsidRPr="00A16570" w:rsidRDefault="00F831C8">
      <w:pPr>
        <w:autoSpaceDE w:val="0"/>
        <w:autoSpaceDN w:val="0"/>
        <w:spacing w:before="70" w:after="0" w:line="230" w:lineRule="auto"/>
        <w:rPr>
          <w:lang w:val="ru-RU"/>
        </w:rPr>
      </w:pPr>
      <w:r w:rsidRPr="00A16570">
        <w:rPr>
          <w:rFonts w:ascii="Times New Roman" w:eastAsia="Times New Roman" w:hAnsi="Times New Roman"/>
          <w:b/>
          <w:color w:val="000000"/>
          <w:sz w:val="24"/>
          <w:lang w:val="ru-RU"/>
        </w:rPr>
        <w:t>Л. Н. Толстой.</w:t>
      </w:r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 xml:space="preserve"> Повесть «Детство» (главы).</w:t>
      </w:r>
    </w:p>
    <w:p w:rsidR="00F261D5" w:rsidRPr="00A16570" w:rsidRDefault="00F831C8">
      <w:pPr>
        <w:autoSpaceDE w:val="0"/>
        <w:autoSpaceDN w:val="0"/>
        <w:spacing w:before="70" w:after="0" w:line="262" w:lineRule="auto"/>
        <w:ind w:right="720"/>
        <w:rPr>
          <w:lang w:val="ru-RU"/>
        </w:rPr>
      </w:pPr>
      <w:r w:rsidRPr="00A16570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А. П. Чехов. </w:t>
      </w:r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>Рассказы (три по выбору). Например, «Толстый и тонкий», «Хамелеон», «Смерть чиновника» и др.</w:t>
      </w:r>
    </w:p>
    <w:p w:rsidR="00F261D5" w:rsidRPr="00A16570" w:rsidRDefault="00F831C8">
      <w:pPr>
        <w:autoSpaceDE w:val="0"/>
        <w:autoSpaceDN w:val="0"/>
        <w:spacing w:before="70" w:after="0" w:line="230" w:lineRule="auto"/>
        <w:rPr>
          <w:lang w:val="ru-RU"/>
        </w:rPr>
      </w:pPr>
      <w:r w:rsidRPr="00A16570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А. И. Куприн. </w:t>
      </w:r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>Рассказ «Чудесный доктор».</w:t>
      </w:r>
    </w:p>
    <w:p w:rsidR="00F261D5" w:rsidRPr="00A16570" w:rsidRDefault="00F831C8">
      <w:pPr>
        <w:autoSpaceDE w:val="0"/>
        <w:autoSpaceDN w:val="0"/>
        <w:spacing w:before="408" w:after="0" w:line="271" w:lineRule="auto"/>
        <w:ind w:right="144"/>
        <w:rPr>
          <w:lang w:val="ru-RU"/>
        </w:rPr>
      </w:pPr>
      <w:r w:rsidRPr="00A16570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Литература </w:t>
      </w:r>
      <w:r>
        <w:rPr>
          <w:rFonts w:ascii="Times New Roman" w:eastAsia="Times New Roman" w:hAnsi="Times New Roman"/>
          <w:b/>
          <w:color w:val="000000"/>
          <w:sz w:val="24"/>
        </w:rPr>
        <w:t>XX</w:t>
      </w:r>
      <w:r w:rsidRPr="00A16570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 века </w:t>
      </w:r>
      <w:r w:rsidRPr="00A16570">
        <w:rPr>
          <w:lang w:val="ru-RU"/>
        </w:rPr>
        <w:br/>
      </w:r>
      <w:r w:rsidRPr="00A16570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Стихотворения отечественных поэтов начала ХХ века </w:t>
      </w:r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>(не менее двух). Например, стихотворения С. А. Есенина, В. В. Маяковского, А. А. Блока и др.</w:t>
      </w:r>
    </w:p>
    <w:p w:rsidR="00F261D5" w:rsidRPr="00A16570" w:rsidRDefault="00F831C8">
      <w:pPr>
        <w:autoSpaceDE w:val="0"/>
        <w:autoSpaceDN w:val="0"/>
        <w:spacing w:before="70" w:after="0" w:line="271" w:lineRule="auto"/>
        <w:ind w:right="144"/>
        <w:rPr>
          <w:lang w:val="ru-RU"/>
        </w:rPr>
      </w:pPr>
      <w:r w:rsidRPr="00A16570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Стихотворения отечественных поэтов </w:t>
      </w:r>
      <w:r>
        <w:rPr>
          <w:rFonts w:ascii="Times New Roman" w:eastAsia="Times New Roman" w:hAnsi="Times New Roman"/>
          <w:b/>
          <w:color w:val="000000"/>
          <w:sz w:val="24"/>
        </w:rPr>
        <w:t>XX</w:t>
      </w:r>
      <w:r w:rsidRPr="00A16570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 века </w:t>
      </w:r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 xml:space="preserve">(не менее четырёх стихотворений двух поэтов). Например, стихотворения О. Ф. </w:t>
      </w:r>
      <w:proofErr w:type="spellStart"/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>Берггольц</w:t>
      </w:r>
      <w:proofErr w:type="spellEnd"/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 xml:space="preserve">, В. С. Высоцкого, Е. А. Евтушенко, А. С. Кушнера, Ю. Д. </w:t>
      </w:r>
      <w:proofErr w:type="spellStart"/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>Левитанского</w:t>
      </w:r>
      <w:proofErr w:type="spellEnd"/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 xml:space="preserve">, Ю. П. </w:t>
      </w:r>
      <w:proofErr w:type="spellStart"/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>Мориц</w:t>
      </w:r>
      <w:proofErr w:type="spellEnd"/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>, Б. Ш. Окуджавы, Д. С. Самойлова.</w:t>
      </w:r>
    </w:p>
    <w:p w:rsidR="00F261D5" w:rsidRPr="00A16570" w:rsidRDefault="00F831C8">
      <w:pPr>
        <w:autoSpaceDE w:val="0"/>
        <w:autoSpaceDN w:val="0"/>
        <w:spacing w:before="70" w:after="0" w:line="262" w:lineRule="auto"/>
        <w:ind w:right="144"/>
        <w:rPr>
          <w:lang w:val="ru-RU"/>
        </w:rPr>
      </w:pPr>
      <w:r w:rsidRPr="00A16570">
        <w:rPr>
          <w:rFonts w:ascii="Times New Roman" w:eastAsia="Times New Roman" w:hAnsi="Times New Roman"/>
          <w:b/>
          <w:color w:val="000000"/>
          <w:sz w:val="24"/>
          <w:lang w:val="ru-RU"/>
        </w:rPr>
        <w:lastRenderedPageBreak/>
        <w:t xml:space="preserve">Проза отечественных писателей конца </w:t>
      </w:r>
      <w:r>
        <w:rPr>
          <w:rFonts w:ascii="Times New Roman" w:eastAsia="Times New Roman" w:hAnsi="Times New Roman"/>
          <w:b/>
          <w:color w:val="000000"/>
          <w:sz w:val="24"/>
        </w:rPr>
        <w:t>XX</w:t>
      </w:r>
      <w:r w:rsidRPr="00A16570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 — начала </w:t>
      </w:r>
      <w:r>
        <w:rPr>
          <w:rFonts w:ascii="Times New Roman" w:eastAsia="Times New Roman" w:hAnsi="Times New Roman"/>
          <w:b/>
          <w:color w:val="000000"/>
          <w:sz w:val="24"/>
        </w:rPr>
        <w:t>XXI</w:t>
      </w:r>
      <w:r w:rsidRPr="00A16570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 века, в том числе о Великой Отечественной войне</w:t>
      </w:r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 xml:space="preserve"> (два произведения по выбору). Например, Б. Л. Васильев. «Экспонат №...»; Б.</w:t>
      </w:r>
    </w:p>
    <w:p w:rsidR="00F261D5" w:rsidRPr="00A16570" w:rsidRDefault="00F831C8">
      <w:pPr>
        <w:autoSpaceDE w:val="0"/>
        <w:autoSpaceDN w:val="0"/>
        <w:spacing w:before="70" w:after="0" w:line="262" w:lineRule="auto"/>
        <w:ind w:right="864"/>
        <w:rPr>
          <w:lang w:val="ru-RU"/>
        </w:rPr>
      </w:pPr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 xml:space="preserve">П. Екимов. «Ночь исцеления», А. В. </w:t>
      </w:r>
      <w:proofErr w:type="spellStart"/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>Жвалевский</w:t>
      </w:r>
      <w:proofErr w:type="spellEnd"/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 xml:space="preserve"> и Е. Б. Пастернак. «Правдивая история Деда Мороза» (глава «Очень страшный 1942 Новый год») и др.</w:t>
      </w:r>
    </w:p>
    <w:p w:rsidR="00F261D5" w:rsidRPr="00A16570" w:rsidRDefault="00F831C8">
      <w:pPr>
        <w:autoSpaceDE w:val="0"/>
        <w:autoSpaceDN w:val="0"/>
        <w:spacing w:before="70" w:after="0" w:line="230" w:lineRule="auto"/>
        <w:rPr>
          <w:lang w:val="ru-RU"/>
        </w:rPr>
      </w:pPr>
      <w:r w:rsidRPr="00A16570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В. Г. Распутин. </w:t>
      </w:r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>Рассказ «Уроки французского».</w:t>
      </w:r>
    </w:p>
    <w:p w:rsidR="00F261D5" w:rsidRPr="00A16570" w:rsidRDefault="00F831C8" w:rsidP="0037357B">
      <w:pPr>
        <w:autoSpaceDE w:val="0"/>
        <w:autoSpaceDN w:val="0"/>
        <w:spacing w:before="70" w:after="0" w:line="271" w:lineRule="auto"/>
        <w:rPr>
          <w:lang w:val="ru-RU"/>
        </w:rPr>
      </w:pPr>
      <w:r w:rsidRPr="00A16570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Произведения отечественных писателей на тему взросления человека </w:t>
      </w:r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 xml:space="preserve">(не менее двух). Например, Р. П. Погодин. «Кирпичные острова»; Р. И. </w:t>
      </w:r>
      <w:proofErr w:type="spellStart"/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>Фраерман</w:t>
      </w:r>
      <w:proofErr w:type="spellEnd"/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>. «Дикая собака Динго, или Повесть о первой любви»; Ю. И. Коваль. «Самая лёгкая лодка в мире» и др.</w:t>
      </w:r>
    </w:p>
    <w:p w:rsidR="00F261D5" w:rsidRPr="00A16570" w:rsidRDefault="00F831C8">
      <w:pPr>
        <w:autoSpaceDE w:val="0"/>
        <w:autoSpaceDN w:val="0"/>
        <w:spacing w:after="0" w:line="271" w:lineRule="auto"/>
        <w:rPr>
          <w:lang w:val="ru-RU"/>
        </w:rPr>
      </w:pPr>
      <w:r w:rsidRPr="00A16570">
        <w:rPr>
          <w:rFonts w:ascii="Times New Roman" w:eastAsia="Times New Roman" w:hAnsi="Times New Roman"/>
          <w:b/>
          <w:color w:val="000000"/>
          <w:sz w:val="24"/>
          <w:lang w:val="ru-RU"/>
        </w:rPr>
        <w:t>Произведения современных отечественных писателей-фантастов</w:t>
      </w:r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 xml:space="preserve"> (не менее двух). Например, А. В. </w:t>
      </w:r>
      <w:proofErr w:type="spellStart"/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>Жвалевский</w:t>
      </w:r>
      <w:proofErr w:type="spellEnd"/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 xml:space="preserve"> и Е. Б. Пастернак. «Время всегда хорошее»; С. В. Лукьяненко. «Мальчик и Тьма»; В. В. </w:t>
      </w:r>
      <w:proofErr w:type="spellStart"/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>Ледерман</w:t>
      </w:r>
      <w:proofErr w:type="spellEnd"/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 xml:space="preserve">. «Календарь </w:t>
      </w:r>
      <w:proofErr w:type="spellStart"/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>ма</w:t>
      </w:r>
      <w:proofErr w:type="spellEnd"/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>(й)я» и др.</w:t>
      </w:r>
    </w:p>
    <w:p w:rsidR="00F261D5" w:rsidRPr="00A16570" w:rsidRDefault="00F831C8">
      <w:pPr>
        <w:autoSpaceDE w:val="0"/>
        <w:autoSpaceDN w:val="0"/>
        <w:spacing w:before="406" w:after="0"/>
        <w:rPr>
          <w:lang w:val="ru-RU"/>
        </w:rPr>
      </w:pPr>
      <w:r w:rsidRPr="00A16570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Литература народов Российской Федерации </w:t>
      </w:r>
      <w:r w:rsidRPr="00A16570">
        <w:rPr>
          <w:lang w:val="ru-RU"/>
        </w:rPr>
        <w:br/>
      </w:r>
      <w:r w:rsidRPr="00A16570">
        <w:rPr>
          <w:rFonts w:ascii="Times New Roman" w:eastAsia="Times New Roman" w:hAnsi="Times New Roman"/>
          <w:b/>
          <w:color w:val="000000"/>
          <w:sz w:val="24"/>
          <w:lang w:val="ru-RU"/>
        </w:rPr>
        <w:t>Стихотворения</w:t>
      </w:r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 xml:space="preserve"> (два по выбору). Например, М. Карим. «Бессмертие» (фрагменты); Г. Тукай. «Родная деревня», «Книга»; К. Кулиев. «Когда на меня навалилась беда…», «Каким бы малым ни был мой народ…», «Что б ни делалось на свете…».</w:t>
      </w:r>
    </w:p>
    <w:p w:rsidR="00F261D5" w:rsidRPr="00A16570" w:rsidRDefault="00F831C8">
      <w:pPr>
        <w:autoSpaceDE w:val="0"/>
        <w:autoSpaceDN w:val="0"/>
        <w:spacing w:before="406" w:after="0" w:line="262" w:lineRule="auto"/>
        <w:ind w:right="5616"/>
        <w:rPr>
          <w:lang w:val="ru-RU"/>
        </w:rPr>
      </w:pPr>
      <w:r w:rsidRPr="00A16570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Зарубежная литература </w:t>
      </w:r>
      <w:r w:rsidRPr="00A16570">
        <w:rPr>
          <w:lang w:val="ru-RU"/>
        </w:rPr>
        <w:br/>
      </w:r>
      <w:r w:rsidRPr="00A16570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Д. Дефо. </w:t>
      </w:r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>«Робинзон Крузо» (главы по выбору).</w:t>
      </w:r>
    </w:p>
    <w:p w:rsidR="00F261D5" w:rsidRPr="00A16570" w:rsidRDefault="00F831C8">
      <w:pPr>
        <w:autoSpaceDE w:val="0"/>
        <w:autoSpaceDN w:val="0"/>
        <w:spacing w:before="72" w:after="0" w:line="230" w:lineRule="auto"/>
        <w:rPr>
          <w:lang w:val="ru-RU"/>
        </w:rPr>
      </w:pPr>
      <w:r w:rsidRPr="00A16570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Дж. Свифт. </w:t>
      </w:r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>«Путешествия Гулливера» (главы по выбору).</w:t>
      </w:r>
    </w:p>
    <w:p w:rsidR="00F261D5" w:rsidRPr="00A16570" w:rsidRDefault="00F831C8">
      <w:pPr>
        <w:autoSpaceDE w:val="0"/>
        <w:autoSpaceDN w:val="0"/>
        <w:spacing w:before="70" w:after="0" w:line="271" w:lineRule="auto"/>
        <w:rPr>
          <w:lang w:val="ru-RU"/>
        </w:rPr>
      </w:pPr>
      <w:r w:rsidRPr="00A16570">
        <w:rPr>
          <w:rFonts w:ascii="Times New Roman" w:eastAsia="Times New Roman" w:hAnsi="Times New Roman"/>
          <w:b/>
          <w:color w:val="000000"/>
          <w:sz w:val="24"/>
          <w:lang w:val="ru-RU"/>
        </w:rPr>
        <w:t>Произведения зарубежных писателей на тему взросления человека</w:t>
      </w:r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 xml:space="preserve"> (не менее двух). Например, Ж. Верн. «Дети капитана Гранта» (главы по выбору). Х. Ли. «Убить пересмешника» (главы по выбору) и др.</w:t>
      </w:r>
    </w:p>
    <w:p w:rsidR="00F261D5" w:rsidRPr="00A16570" w:rsidRDefault="00F831C8" w:rsidP="0037357B">
      <w:pPr>
        <w:autoSpaceDE w:val="0"/>
        <w:autoSpaceDN w:val="0"/>
        <w:spacing w:before="70" w:after="0" w:line="262" w:lineRule="auto"/>
        <w:ind w:right="144"/>
        <w:rPr>
          <w:lang w:val="ru-RU"/>
        </w:rPr>
      </w:pPr>
      <w:r w:rsidRPr="00A16570">
        <w:rPr>
          <w:rFonts w:ascii="Times New Roman" w:eastAsia="Times New Roman" w:hAnsi="Times New Roman"/>
          <w:b/>
          <w:color w:val="000000"/>
          <w:sz w:val="24"/>
          <w:lang w:val="ru-RU"/>
        </w:rPr>
        <w:t>Произведения современных зарубежных писателей-фантастов</w:t>
      </w:r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 xml:space="preserve"> (не менее двух). Например, Дж. К. Роулинг. «Гарри Поттер» (главы по выбору), Д. У. Джонс. «Дом с характером» и др.</w:t>
      </w:r>
    </w:p>
    <w:p w:rsidR="0037357B" w:rsidRDefault="0037357B">
      <w:pPr>
        <w:autoSpaceDE w:val="0"/>
        <w:autoSpaceDN w:val="0"/>
        <w:spacing w:after="0" w:line="230" w:lineRule="auto"/>
        <w:rPr>
          <w:rFonts w:ascii="Times New Roman" w:eastAsia="Times New Roman" w:hAnsi="Times New Roman"/>
          <w:b/>
          <w:color w:val="000000"/>
          <w:sz w:val="24"/>
          <w:lang w:val="ru-RU"/>
        </w:rPr>
      </w:pPr>
    </w:p>
    <w:p w:rsidR="0037357B" w:rsidRDefault="0037357B">
      <w:pPr>
        <w:autoSpaceDE w:val="0"/>
        <w:autoSpaceDN w:val="0"/>
        <w:spacing w:after="0" w:line="230" w:lineRule="auto"/>
        <w:rPr>
          <w:rFonts w:ascii="Times New Roman" w:eastAsia="Times New Roman" w:hAnsi="Times New Roman"/>
          <w:b/>
          <w:color w:val="000000"/>
          <w:sz w:val="24"/>
          <w:lang w:val="ru-RU"/>
        </w:rPr>
      </w:pPr>
    </w:p>
    <w:p w:rsidR="0037357B" w:rsidRDefault="0037357B">
      <w:pPr>
        <w:autoSpaceDE w:val="0"/>
        <w:autoSpaceDN w:val="0"/>
        <w:spacing w:after="0" w:line="230" w:lineRule="auto"/>
        <w:rPr>
          <w:rFonts w:ascii="Times New Roman" w:eastAsia="Times New Roman" w:hAnsi="Times New Roman"/>
          <w:b/>
          <w:color w:val="000000"/>
          <w:sz w:val="24"/>
          <w:lang w:val="ru-RU"/>
        </w:rPr>
      </w:pPr>
    </w:p>
    <w:p w:rsidR="0037357B" w:rsidRDefault="0037357B">
      <w:pPr>
        <w:autoSpaceDE w:val="0"/>
        <w:autoSpaceDN w:val="0"/>
        <w:spacing w:after="0" w:line="230" w:lineRule="auto"/>
        <w:rPr>
          <w:rFonts w:ascii="Times New Roman" w:eastAsia="Times New Roman" w:hAnsi="Times New Roman"/>
          <w:b/>
          <w:color w:val="000000"/>
          <w:sz w:val="24"/>
          <w:lang w:val="ru-RU"/>
        </w:rPr>
      </w:pPr>
    </w:p>
    <w:p w:rsidR="00F261D5" w:rsidRPr="00A16570" w:rsidRDefault="00F831C8">
      <w:pPr>
        <w:autoSpaceDE w:val="0"/>
        <w:autoSpaceDN w:val="0"/>
        <w:spacing w:after="0" w:line="230" w:lineRule="auto"/>
        <w:rPr>
          <w:lang w:val="ru-RU"/>
        </w:rPr>
      </w:pPr>
      <w:r w:rsidRPr="00A16570">
        <w:rPr>
          <w:rFonts w:ascii="Times New Roman" w:eastAsia="Times New Roman" w:hAnsi="Times New Roman"/>
          <w:b/>
          <w:color w:val="000000"/>
          <w:sz w:val="24"/>
          <w:lang w:val="ru-RU"/>
        </w:rPr>
        <w:t>ПЛАНИРУЕМЫЕ ОБРАЗОВАТЕЛЬНЫЕ РЕЗУЛЬТАТЫ</w:t>
      </w:r>
    </w:p>
    <w:p w:rsidR="00F261D5" w:rsidRPr="00A16570" w:rsidRDefault="00F831C8">
      <w:pPr>
        <w:tabs>
          <w:tab w:val="left" w:pos="180"/>
        </w:tabs>
        <w:autoSpaceDE w:val="0"/>
        <w:autoSpaceDN w:val="0"/>
        <w:spacing w:before="346" w:after="0" w:line="262" w:lineRule="auto"/>
        <w:rPr>
          <w:lang w:val="ru-RU"/>
        </w:rPr>
      </w:pPr>
      <w:r w:rsidRPr="00A16570">
        <w:rPr>
          <w:lang w:val="ru-RU"/>
        </w:rPr>
        <w:tab/>
      </w:r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>Изучение литературы в 6 классе направлено на достижение обучающимися следующих личностных, метапредметных и предметных результатов освоения учебного предмета.</w:t>
      </w:r>
    </w:p>
    <w:p w:rsidR="00F261D5" w:rsidRPr="00A16570" w:rsidRDefault="00F831C8">
      <w:pPr>
        <w:autoSpaceDE w:val="0"/>
        <w:autoSpaceDN w:val="0"/>
        <w:spacing w:before="262" w:after="0" w:line="230" w:lineRule="auto"/>
        <w:rPr>
          <w:lang w:val="ru-RU"/>
        </w:rPr>
      </w:pPr>
      <w:r w:rsidRPr="00A16570">
        <w:rPr>
          <w:rFonts w:ascii="Times New Roman" w:eastAsia="Times New Roman" w:hAnsi="Times New Roman"/>
          <w:b/>
          <w:color w:val="000000"/>
          <w:sz w:val="24"/>
          <w:lang w:val="ru-RU"/>
        </w:rPr>
        <w:t>ЛИЧНОСТНЫЕ РЕЗУЛЬТАТЫ</w:t>
      </w:r>
    </w:p>
    <w:p w:rsidR="00F261D5" w:rsidRPr="00A16570" w:rsidRDefault="00F831C8">
      <w:pPr>
        <w:autoSpaceDE w:val="0"/>
        <w:autoSpaceDN w:val="0"/>
        <w:spacing w:before="166" w:after="0" w:line="281" w:lineRule="auto"/>
        <w:ind w:right="144" w:firstLine="180"/>
        <w:rPr>
          <w:lang w:val="ru-RU"/>
        </w:rPr>
      </w:pPr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 xml:space="preserve">Личностные результаты освоения рабочей программы по литературе для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</w:t>
      </w:r>
      <w:r w:rsidRPr="00A16570">
        <w:rPr>
          <w:lang w:val="ru-RU"/>
        </w:rPr>
        <w:br/>
      </w:r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>отражёнными в произведениях русской литературы,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F261D5" w:rsidRPr="00A16570" w:rsidRDefault="00F831C8">
      <w:pPr>
        <w:autoSpaceDE w:val="0"/>
        <w:autoSpaceDN w:val="0"/>
        <w:spacing w:before="72" w:after="0"/>
        <w:ind w:right="432" w:firstLine="180"/>
        <w:rPr>
          <w:lang w:val="ru-RU"/>
        </w:rPr>
      </w:pPr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>Личностные результаты освоения рабочей программы по литературе для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деятельности, в том числе в части:</w:t>
      </w:r>
    </w:p>
    <w:p w:rsidR="00F261D5" w:rsidRPr="00A16570" w:rsidRDefault="00F831C8">
      <w:pPr>
        <w:autoSpaceDE w:val="0"/>
        <w:autoSpaceDN w:val="0"/>
        <w:spacing w:before="190" w:after="0" w:line="230" w:lineRule="auto"/>
        <w:ind w:left="180"/>
        <w:rPr>
          <w:lang w:val="ru-RU"/>
        </w:rPr>
      </w:pPr>
      <w:r w:rsidRPr="00A16570">
        <w:rPr>
          <w:rFonts w:ascii="Times New Roman" w:eastAsia="Times New Roman" w:hAnsi="Times New Roman"/>
          <w:b/>
          <w:color w:val="000000"/>
          <w:sz w:val="24"/>
          <w:lang w:val="ru-RU"/>
        </w:rPr>
        <w:t>Гражданского воспитания:</w:t>
      </w:r>
    </w:p>
    <w:p w:rsidR="00F261D5" w:rsidRPr="00A16570" w:rsidRDefault="00F831C8">
      <w:pPr>
        <w:autoSpaceDE w:val="0"/>
        <w:autoSpaceDN w:val="0"/>
        <w:spacing w:before="178" w:after="0" w:line="262" w:lineRule="auto"/>
        <w:ind w:left="420" w:right="288"/>
        <w:rPr>
          <w:lang w:val="ru-RU"/>
        </w:rPr>
      </w:pPr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lastRenderedPageBreak/>
        <w:t xml:space="preserve">—  готовность к выполнению обязанностей гражданина и реализации его прав, уважение прав, свобод и законных интересов других людей; </w:t>
      </w:r>
    </w:p>
    <w:p w:rsidR="00F261D5" w:rsidRPr="00A16570" w:rsidRDefault="00F831C8">
      <w:pPr>
        <w:autoSpaceDE w:val="0"/>
        <w:autoSpaceDN w:val="0"/>
        <w:spacing w:before="190" w:after="0" w:line="271" w:lineRule="auto"/>
        <w:ind w:left="420" w:right="144"/>
        <w:rPr>
          <w:lang w:val="ru-RU"/>
        </w:rPr>
      </w:pPr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>—  активное участие в жизни семьи, образовательной организации, местного сообщества, родного края, страны, в том числе в сопоставлении с ситуациями, отражёнными в литературных произведениях;</w:t>
      </w:r>
    </w:p>
    <w:p w:rsidR="00F261D5" w:rsidRPr="00A16570" w:rsidRDefault="00F831C8">
      <w:pPr>
        <w:autoSpaceDE w:val="0"/>
        <w:autoSpaceDN w:val="0"/>
        <w:spacing w:before="190" w:after="0" w:line="230" w:lineRule="auto"/>
        <w:ind w:left="420"/>
        <w:rPr>
          <w:lang w:val="ru-RU"/>
        </w:rPr>
      </w:pPr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>—   неприятие любых форм экстремизма, дискриминации;</w:t>
      </w:r>
    </w:p>
    <w:p w:rsidR="00F261D5" w:rsidRPr="00A16570" w:rsidRDefault="00F831C8">
      <w:pPr>
        <w:autoSpaceDE w:val="0"/>
        <w:autoSpaceDN w:val="0"/>
        <w:spacing w:before="190" w:after="0" w:line="230" w:lineRule="auto"/>
        <w:ind w:left="420"/>
        <w:rPr>
          <w:lang w:val="ru-RU"/>
        </w:rPr>
      </w:pPr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>—   понимание роли различных социальных институтов в жизни человека;</w:t>
      </w:r>
    </w:p>
    <w:p w:rsidR="00F261D5" w:rsidRPr="00A16570" w:rsidRDefault="00F831C8">
      <w:pPr>
        <w:autoSpaceDE w:val="0"/>
        <w:autoSpaceDN w:val="0"/>
        <w:spacing w:before="190" w:after="0" w:line="271" w:lineRule="auto"/>
        <w:ind w:left="420" w:right="432"/>
        <w:rPr>
          <w:lang w:val="ru-RU"/>
        </w:rPr>
      </w:pPr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>—   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обществе, в том числе с опорой на примеры из литературы;</w:t>
      </w:r>
    </w:p>
    <w:p w:rsidR="00F261D5" w:rsidRPr="00A16570" w:rsidRDefault="00F831C8">
      <w:pPr>
        <w:autoSpaceDE w:val="0"/>
        <w:autoSpaceDN w:val="0"/>
        <w:spacing w:before="190" w:after="0" w:line="230" w:lineRule="auto"/>
        <w:ind w:left="420"/>
        <w:rPr>
          <w:lang w:val="ru-RU"/>
        </w:rPr>
      </w:pPr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>—   представление о способах противодействия коррупции;</w:t>
      </w:r>
    </w:p>
    <w:p w:rsidR="00F261D5" w:rsidRPr="00A16570" w:rsidRDefault="00F831C8">
      <w:pPr>
        <w:autoSpaceDE w:val="0"/>
        <w:autoSpaceDN w:val="0"/>
        <w:spacing w:before="190" w:after="0" w:line="262" w:lineRule="auto"/>
        <w:ind w:left="420" w:right="432"/>
        <w:rPr>
          <w:lang w:val="ru-RU"/>
        </w:rPr>
      </w:pPr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>—   готовность к разнообразной совместной деятельности, стремление к взаимопониманию и взаимопомощи, в том числе с опорой на примеры из литературы;</w:t>
      </w:r>
    </w:p>
    <w:p w:rsidR="00F261D5" w:rsidRPr="00A16570" w:rsidRDefault="00F831C8">
      <w:pPr>
        <w:autoSpaceDE w:val="0"/>
        <w:autoSpaceDN w:val="0"/>
        <w:spacing w:before="192" w:after="0" w:line="230" w:lineRule="auto"/>
        <w:ind w:left="420"/>
        <w:rPr>
          <w:lang w:val="ru-RU"/>
        </w:rPr>
      </w:pPr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>—   активное участие в школьном самоуправлении;</w:t>
      </w:r>
    </w:p>
    <w:p w:rsidR="00F261D5" w:rsidRPr="00A16570" w:rsidRDefault="00F831C8">
      <w:pPr>
        <w:autoSpaceDE w:val="0"/>
        <w:autoSpaceDN w:val="0"/>
        <w:spacing w:before="190" w:after="0" w:line="262" w:lineRule="auto"/>
        <w:ind w:left="420" w:right="1008"/>
        <w:rPr>
          <w:lang w:val="ru-RU"/>
        </w:rPr>
      </w:pPr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>—   готовность к участию в гуманитарной деятельности (</w:t>
      </w:r>
      <w:proofErr w:type="spellStart"/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>волонтерство</w:t>
      </w:r>
      <w:proofErr w:type="spellEnd"/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>; помощь людям, нуждающимся в ней).</w:t>
      </w:r>
    </w:p>
    <w:p w:rsidR="00F261D5" w:rsidRPr="00A16570" w:rsidRDefault="00F831C8">
      <w:pPr>
        <w:autoSpaceDE w:val="0"/>
        <w:autoSpaceDN w:val="0"/>
        <w:spacing w:before="298" w:after="0" w:line="230" w:lineRule="auto"/>
        <w:ind w:left="180"/>
        <w:rPr>
          <w:lang w:val="ru-RU"/>
        </w:rPr>
      </w:pPr>
      <w:r w:rsidRPr="00A16570">
        <w:rPr>
          <w:rFonts w:ascii="Times New Roman" w:eastAsia="Times New Roman" w:hAnsi="Times New Roman"/>
          <w:b/>
          <w:color w:val="000000"/>
          <w:sz w:val="24"/>
          <w:lang w:val="ru-RU"/>
        </w:rPr>
        <w:t>Патриотического воспитания:</w:t>
      </w:r>
    </w:p>
    <w:p w:rsidR="00F261D5" w:rsidRPr="00A16570" w:rsidRDefault="00F831C8">
      <w:pPr>
        <w:autoSpaceDE w:val="0"/>
        <w:autoSpaceDN w:val="0"/>
        <w:spacing w:before="178" w:after="0"/>
        <w:ind w:left="420" w:right="432"/>
        <w:rPr>
          <w:lang w:val="ru-RU"/>
        </w:rPr>
      </w:pPr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 xml:space="preserve">—  осознание российской гражданской идентичности в поликультурном и </w:t>
      </w:r>
      <w:r w:rsidRPr="00A16570">
        <w:rPr>
          <w:lang w:val="ru-RU"/>
        </w:rPr>
        <w:br/>
      </w:r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 xml:space="preserve">многоконфессиональном обществе, проявление интереса к познанию родного языка, истории, культуры Российской Федерации, своего края, народов России в контексте изучения </w:t>
      </w:r>
      <w:r w:rsidRPr="00A16570">
        <w:rPr>
          <w:lang w:val="ru-RU"/>
        </w:rPr>
        <w:br/>
      </w:r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>произведений русской и зарубежной литературы, а также литератур народов РФ;</w:t>
      </w:r>
    </w:p>
    <w:p w:rsidR="00F261D5" w:rsidRPr="00A16570" w:rsidRDefault="00F831C8">
      <w:pPr>
        <w:autoSpaceDE w:val="0"/>
        <w:autoSpaceDN w:val="0"/>
        <w:spacing w:before="190" w:after="0" w:line="271" w:lineRule="auto"/>
        <w:ind w:left="420" w:right="288"/>
        <w:rPr>
          <w:lang w:val="ru-RU"/>
        </w:rPr>
      </w:pPr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>—  ценностное отношение к достижениям своей Родины — России, к науке, искусству, спорту, технологиям, боевым подвигам и трудовым достижениям народа, в том числе отражённым в художественных произведениях;</w:t>
      </w:r>
    </w:p>
    <w:p w:rsidR="00F261D5" w:rsidRPr="00A16570" w:rsidRDefault="00F261D5">
      <w:pPr>
        <w:autoSpaceDE w:val="0"/>
        <w:autoSpaceDN w:val="0"/>
        <w:spacing w:after="108" w:line="220" w:lineRule="exact"/>
        <w:rPr>
          <w:lang w:val="ru-RU"/>
        </w:rPr>
      </w:pPr>
    </w:p>
    <w:p w:rsidR="00F261D5" w:rsidRPr="00A16570" w:rsidRDefault="00F831C8">
      <w:pPr>
        <w:autoSpaceDE w:val="0"/>
        <w:autoSpaceDN w:val="0"/>
        <w:spacing w:after="0" w:line="271" w:lineRule="auto"/>
        <w:ind w:left="240" w:right="454"/>
        <w:jc w:val="both"/>
        <w:rPr>
          <w:lang w:val="ru-RU"/>
        </w:rPr>
      </w:pPr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>—  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стране, обращая внимание на их воплощение в литературе.</w:t>
      </w:r>
    </w:p>
    <w:p w:rsidR="00F261D5" w:rsidRPr="00A16570" w:rsidRDefault="00F831C8">
      <w:pPr>
        <w:autoSpaceDE w:val="0"/>
        <w:autoSpaceDN w:val="0"/>
        <w:spacing w:before="298" w:after="0" w:line="230" w:lineRule="auto"/>
        <w:rPr>
          <w:lang w:val="ru-RU"/>
        </w:rPr>
      </w:pPr>
      <w:r w:rsidRPr="00A16570">
        <w:rPr>
          <w:rFonts w:ascii="Times New Roman" w:eastAsia="Times New Roman" w:hAnsi="Times New Roman"/>
          <w:b/>
          <w:color w:val="000000"/>
          <w:sz w:val="24"/>
          <w:lang w:val="ru-RU"/>
        </w:rPr>
        <w:t>Духовно-нравственного воспитания:</w:t>
      </w:r>
    </w:p>
    <w:p w:rsidR="00F261D5" w:rsidRPr="00A16570" w:rsidRDefault="00F831C8">
      <w:pPr>
        <w:autoSpaceDE w:val="0"/>
        <w:autoSpaceDN w:val="0"/>
        <w:spacing w:before="178" w:after="0" w:line="262" w:lineRule="auto"/>
        <w:ind w:left="240" w:right="432"/>
        <w:rPr>
          <w:lang w:val="ru-RU"/>
        </w:rPr>
      </w:pPr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>—  ориентация на моральные ценности и нормы в ситуациях нравственного выбора с оценкой поведения и поступков персонажей литературных произведений;</w:t>
      </w:r>
    </w:p>
    <w:p w:rsidR="00F261D5" w:rsidRPr="00A16570" w:rsidRDefault="00F831C8">
      <w:pPr>
        <w:autoSpaceDE w:val="0"/>
        <w:autoSpaceDN w:val="0"/>
        <w:spacing w:before="190" w:after="0" w:line="262" w:lineRule="auto"/>
        <w:ind w:left="240" w:right="432"/>
        <w:rPr>
          <w:lang w:val="ru-RU"/>
        </w:rPr>
      </w:pPr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>—  готовность оценивать своё поведение и поступки, а также поведение и поступки других людей с позиции нравственных и правовых норм с учётом осознания последствий поступков;</w:t>
      </w:r>
    </w:p>
    <w:p w:rsidR="00F261D5" w:rsidRPr="00A16570" w:rsidRDefault="00F831C8">
      <w:pPr>
        <w:autoSpaceDE w:val="0"/>
        <w:autoSpaceDN w:val="0"/>
        <w:spacing w:before="192" w:after="0" w:line="262" w:lineRule="auto"/>
        <w:ind w:left="240" w:right="144"/>
        <w:rPr>
          <w:lang w:val="ru-RU"/>
        </w:rPr>
      </w:pPr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>—  активное неприятие асоциальных поступков, свобода и ответственность личности в условиях индивидуального и общественного пространства.</w:t>
      </w:r>
    </w:p>
    <w:p w:rsidR="00F261D5" w:rsidRPr="00A16570" w:rsidRDefault="00F831C8">
      <w:pPr>
        <w:autoSpaceDE w:val="0"/>
        <w:autoSpaceDN w:val="0"/>
        <w:spacing w:before="298" w:after="0" w:line="230" w:lineRule="auto"/>
        <w:rPr>
          <w:lang w:val="ru-RU"/>
        </w:rPr>
      </w:pPr>
      <w:r w:rsidRPr="00A16570">
        <w:rPr>
          <w:rFonts w:ascii="Times New Roman" w:eastAsia="Times New Roman" w:hAnsi="Times New Roman"/>
          <w:b/>
          <w:color w:val="000000"/>
          <w:sz w:val="24"/>
          <w:lang w:val="ru-RU"/>
        </w:rPr>
        <w:t>Эстетического воспитания:</w:t>
      </w:r>
    </w:p>
    <w:p w:rsidR="00F261D5" w:rsidRPr="00A16570" w:rsidRDefault="00F831C8">
      <w:pPr>
        <w:autoSpaceDE w:val="0"/>
        <w:autoSpaceDN w:val="0"/>
        <w:spacing w:before="178" w:after="0" w:line="271" w:lineRule="auto"/>
        <w:ind w:left="240" w:right="864"/>
        <w:rPr>
          <w:lang w:val="ru-RU"/>
        </w:rPr>
      </w:pPr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lastRenderedPageBreak/>
        <w:t>—  восприимчивость к разным видам искусства, традициям и творчеству своего и других народов, понимание эмоционального воздействия искусства, в том числе изучаемых литературных произведений;</w:t>
      </w:r>
    </w:p>
    <w:p w:rsidR="00F261D5" w:rsidRPr="00A16570" w:rsidRDefault="00F831C8">
      <w:pPr>
        <w:autoSpaceDE w:val="0"/>
        <w:autoSpaceDN w:val="0"/>
        <w:spacing w:before="190" w:after="0" w:line="262" w:lineRule="auto"/>
        <w:ind w:left="240" w:right="288"/>
        <w:rPr>
          <w:lang w:val="ru-RU"/>
        </w:rPr>
      </w:pPr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>—  осознание важности художественной литературы и культуры как средства коммуникации и самовыражения;</w:t>
      </w:r>
    </w:p>
    <w:p w:rsidR="00F261D5" w:rsidRPr="00A16570" w:rsidRDefault="00F831C8">
      <w:pPr>
        <w:autoSpaceDE w:val="0"/>
        <w:autoSpaceDN w:val="0"/>
        <w:spacing w:before="190" w:after="0" w:line="262" w:lineRule="auto"/>
        <w:ind w:left="240" w:right="576"/>
        <w:rPr>
          <w:lang w:val="ru-RU"/>
        </w:rPr>
      </w:pPr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 xml:space="preserve">—  понимание ценности отечественного и мирового искусства, роли этнических культурных традиций и народного творчества; </w:t>
      </w:r>
    </w:p>
    <w:p w:rsidR="00F261D5" w:rsidRPr="00A16570" w:rsidRDefault="00F831C8">
      <w:pPr>
        <w:autoSpaceDE w:val="0"/>
        <w:autoSpaceDN w:val="0"/>
        <w:spacing w:before="190" w:after="0" w:line="230" w:lineRule="auto"/>
        <w:ind w:left="240"/>
        <w:rPr>
          <w:lang w:val="ru-RU"/>
        </w:rPr>
      </w:pPr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>—  стремление к самовыражению в разных видах искусства.</w:t>
      </w:r>
    </w:p>
    <w:p w:rsidR="00F261D5" w:rsidRPr="00A16570" w:rsidRDefault="00F831C8">
      <w:pPr>
        <w:autoSpaceDE w:val="0"/>
        <w:autoSpaceDN w:val="0"/>
        <w:spacing w:before="298" w:after="0" w:line="230" w:lineRule="auto"/>
        <w:jc w:val="center"/>
        <w:rPr>
          <w:lang w:val="ru-RU"/>
        </w:rPr>
      </w:pPr>
      <w:r w:rsidRPr="00A16570">
        <w:rPr>
          <w:rFonts w:ascii="Times New Roman" w:eastAsia="Times New Roman" w:hAnsi="Times New Roman"/>
          <w:b/>
          <w:color w:val="000000"/>
          <w:sz w:val="24"/>
          <w:lang w:val="ru-RU"/>
        </w:rPr>
        <w:t>Физического воспитания, формирования культуры здоровья и эмоционального благополучия:</w:t>
      </w:r>
    </w:p>
    <w:p w:rsidR="00F261D5" w:rsidRPr="00A16570" w:rsidRDefault="00F831C8">
      <w:pPr>
        <w:autoSpaceDE w:val="0"/>
        <w:autoSpaceDN w:val="0"/>
        <w:spacing w:before="178" w:after="0" w:line="230" w:lineRule="auto"/>
        <w:ind w:left="240"/>
        <w:rPr>
          <w:lang w:val="ru-RU"/>
        </w:rPr>
      </w:pPr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 xml:space="preserve">—  осознание ценности жизни с опорой на собственный жизненный и читательский опыт; </w:t>
      </w:r>
    </w:p>
    <w:p w:rsidR="00F261D5" w:rsidRPr="00A16570" w:rsidRDefault="00F831C8">
      <w:pPr>
        <w:autoSpaceDE w:val="0"/>
        <w:autoSpaceDN w:val="0"/>
        <w:spacing w:before="190" w:after="0" w:line="271" w:lineRule="auto"/>
        <w:ind w:left="240" w:right="144"/>
        <w:rPr>
          <w:lang w:val="ru-RU"/>
        </w:rPr>
      </w:pPr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 xml:space="preserve">—  ответственное отношение к своему здоровью и установка на здоровый образ жизни (здоровое питание, соблюдение гигиенических правил, сбалансированный режим занятий и отдыха, регулярная физическая активность); </w:t>
      </w:r>
    </w:p>
    <w:p w:rsidR="00F261D5" w:rsidRPr="00A16570" w:rsidRDefault="00F831C8">
      <w:pPr>
        <w:autoSpaceDE w:val="0"/>
        <w:autoSpaceDN w:val="0"/>
        <w:spacing w:before="190" w:after="0" w:line="278" w:lineRule="auto"/>
        <w:ind w:left="240"/>
        <w:rPr>
          <w:lang w:val="ru-RU"/>
        </w:rPr>
      </w:pPr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 xml:space="preserve">—  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здоровья, соблюдение правил безопасности, в том числе навыки безопасного поведения в </w:t>
      </w:r>
      <w:proofErr w:type="gramStart"/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>интернет-среде</w:t>
      </w:r>
      <w:proofErr w:type="gramEnd"/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 xml:space="preserve"> в процессе школьного литературного образования; </w:t>
      </w:r>
    </w:p>
    <w:p w:rsidR="00F261D5" w:rsidRPr="00A16570" w:rsidRDefault="00F831C8">
      <w:pPr>
        <w:autoSpaceDE w:val="0"/>
        <w:autoSpaceDN w:val="0"/>
        <w:spacing w:before="190" w:after="0" w:line="271" w:lineRule="auto"/>
        <w:ind w:left="240"/>
        <w:rPr>
          <w:lang w:val="ru-RU"/>
        </w:rPr>
      </w:pPr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 xml:space="preserve">—  способность адаптироваться к стрессовым ситуациям и меняющимся социальным, </w:t>
      </w:r>
      <w:r w:rsidRPr="00A16570">
        <w:rPr>
          <w:lang w:val="ru-RU"/>
        </w:rPr>
        <w:br/>
      </w:r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>информационным и природным условиям, в том числе осмысляя собственный опыт и выстраивая дальнейшие цели;</w:t>
      </w:r>
    </w:p>
    <w:p w:rsidR="00F261D5" w:rsidRPr="00A16570" w:rsidRDefault="00F831C8">
      <w:pPr>
        <w:autoSpaceDE w:val="0"/>
        <w:autoSpaceDN w:val="0"/>
        <w:spacing w:before="190" w:after="0" w:line="230" w:lineRule="auto"/>
        <w:ind w:left="240"/>
        <w:rPr>
          <w:lang w:val="ru-RU"/>
        </w:rPr>
      </w:pPr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>—  умение принимать себя и других, не осуждая;</w:t>
      </w:r>
    </w:p>
    <w:p w:rsidR="00F261D5" w:rsidRPr="00A16570" w:rsidRDefault="00F831C8">
      <w:pPr>
        <w:autoSpaceDE w:val="0"/>
        <w:autoSpaceDN w:val="0"/>
        <w:spacing w:before="190" w:after="0" w:line="262" w:lineRule="auto"/>
        <w:ind w:left="240" w:right="1008"/>
        <w:rPr>
          <w:lang w:val="ru-RU"/>
        </w:rPr>
      </w:pPr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>—  умение осознавать эмоциональное состояние себя и других, опираясь на примеры из литературных произведений;</w:t>
      </w:r>
    </w:p>
    <w:p w:rsidR="00F261D5" w:rsidRPr="00A16570" w:rsidRDefault="00F831C8">
      <w:pPr>
        <w:autoSpaceDE w:val="0"/>
        <w:autoSpaceDN w:val="0"/>
        <w:spacing w:before="190" w:after="0" w:line="230" w:lineRule="auto"/>
        <w:ind w:left="240"/>
        <w:rPr>
          <w:lang w:val="ru-RU"/>
        </w:rPr>
      </w:pPr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>—  уметь управлять собственным эмоциональным состоянием;</w:t>
      </w:r>
    </w:p>
    <w:p w:rsidR="00F261D5" w:rsidRPr="00A16570" w:rsidRDefault="00F831C8">
      <w:pPr>
        <w:autoSpaceDE w:val="0"/>
        <w:autoSpaceDN w:val="0"/>
        <w:spacing w:before="190" w:after="0" w:line="262" w:lineRule="auto"/>
        <w:ind w:left="240" w:right="288"/>
        <w:rPr>
          <w:lang w:val="ru-RU"/>
        </w:rPr>
      </w:pPr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 xml:space="preserve">—  </w:t>
      </w:r>
      <w:proofErr w:type="spellStart"/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>сформированность</w:t>
      </w:r>
      <w:proofErr w:type="spellEnd"/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 xml:space="preserve"> навыка рефлексии, признание своего права на ошибку и такого же права другого человека с оценкой поступков литературных героев.</w:t>
      </w:r>
    </w:p>
    <w:p w:rsidR="00F261D5" w:rsidRPr="00A16570" w:rsidRDefault="00F831C8">
      <w:pPr>
        <w:autoSpaceDE w:val="0"/>
        <w:autoSpaceDN w:val="0"/>
        <w:spacing w:before="298" w:after="0" w:line="230" w:lineRule="auto"/>
        <w:rPr>
          <w:lang w:val="ru-RU"/>
        </w:rPr>
      </w:pPr>
      <w:r w:rsidRPr="00A16570">
        <w:rPr>
          <w:rFonts w:ascii="Times New Roman" w:eastAsia="Times New Roman" w:hAnsi="Times New Roman"/>
          <w:b/>
          <w:color w:val="000000"/>
          <w:sz w:val="24"/>
          <w:lang w:val="ru-RU"/>
        </w:rPr>
        <w:t>Трудового воспитания:</w:t>
      </w:r>
    </w:p>
    <w:p w:rsidR="00F261D5" w:rsidRPr="00A16570" w:rsidRDefault="00F261D5">
      <w:pPr>
        <w:autoSpaceDE w:val="0"/>
        <w:autoSpaceDN w:val="0"/>
        <w:spacing w:after="132" w:line="220" w:lineRule="exact"/>
        <w:rPr>
          <w:lang w:val="ru-RU"/>
        </w:rPr>
      </w:pPr>
    </w:p>
    <w:p w:rsidR="00F261D5" w:rsidRPr="00A16570" w:rsidRDefault="00F831C8">
      <w:pPr>
        <w:autoSpaceDE w:val="0"/>
        <w:autoSpaceDN w:val="0"/>
        <w:spacing w:after="0" w:line="271" w:lineRule="auto"/>
        <w:ind w:left="420" w:right="720"/>
        <w:rPr>
          <w:lang w:val="ru-RU"/>
        </w:rPr>
      </w:pPr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 xml:space="preserve">—  установка на активное участие в решении практических задач (в рамках семьи, школы, города, края) технологической и социальной направленности, способность инициировать, планировать и самостоятельно выполнять такого рода деятельность; </w:t>
      </w:r>
    </w:p>
    <w:p w:rsidR="00F261D5" w:rsidRPr="00A16570" w:rsidRDefault="00F831C8">
      <w:pPr>
        <w:autoSpaceDE w:val="0"/>
        <w:autoSpaceDN w:val="0"/>
        <w:spacing w:before="190" w:after="0" w:line="271" w:lineRule="auto"/>
        <w:ind w:left="420" w:right="432"/>
        <w:rPr>
          <w:lang w:val="ru-RU"/>
        </w:rPr>
      </w:pPr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 xml:space="preserve">—  интерес к практическому изучению профессий и труда различного рода, в том числе на основе применения изучаемого предметного знания и знакомства с деятельностью героев на страницах литературных произведений; </w:t>
      </w:r>
    </w:p>
    <w:p w:rsidR="00F261D5" w:rsidRPr="00A16570" w:rsidRDefault="00F831C8">
      <w:pPr>
        <w:autoSpaceDE w:val="0"/>
        <w:autoSpaceDN w:val="0"/>
        <w:spacing w:before="190" w:after="0" w:line="262" w:lineRule="auto"/>
        <w:ind w:left="420" w:right="144"/>
        <w:rPr>
          <w:lang w:val="ru-RU"/>
        </w:rPr>
      </w:pPr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 xml:space="preserve">—  осознание важности обучения на протяжении всей жизни для успешной профессиональной деятельности и развитие необходимых умений для этого; </w:t>
      </w:r>
    </w:p>
    <w:p w:rsidR="00F261D5" w:rsidRPr="00A16570" w:rsidRDefault="00F831C8">
      <w:pPr>
        <w:autoSpaceDE w:val="0"/>
        <w:autoSpaceDN w:val="0"/>
        <w:spacing w:before="192" w:after="0" w:line="230" w:lineRule="auto"/>
        <w:ind w:left="420"/>
        <w:rPr>
          <w:lang w:val="ru-RU"/>
        </w:rPr>
      </w:pPr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 xml:space="preserve">—  готовность адаптироваться в профессиональной среде; </w:t>
      </w:r>
    </w:p>
    <w:p w:rsidR="00F261D5" w:rsidRPr="00A16570" w:rsidRDefault="00F831C8">
      <w:pPr>
        <w:autoSpaceDE w:val="0"/>
        <w:autoSpaceDN w:val="0"/>
        <w:spacing w:before="192" w:after="0" w:line="262" w:lineRule="auto"/>
        <w:ind w:left="420" w:right="1152"/>
        <w:rPr>
          <w:lang w:val="ru-RU"/>
        </w:rPr>
      </w:pPr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lastRenderedPageBreak/>
        <w:t xml:space="preserve">—  уважение к труду и результатам трудовой деятельности, в том числе при изучении произведений русского фольклора и литературы; </w:t>
      </w:r>
    </w:p>
    <w:p w:rsidR="00F261D5" w:rsidRPr="00A16570" w:rsidRDefault="00F831C8">
      <w:pPr>
        <w:autoSpaceDE w:val="0"/>
        <w:autoSpaceDN w:val="0"/>
        <w:spacing w:before="190" w:after="0" w:line="262" w:lineRule="auto"/>
        <w:ind w:left="420" w:right="576"/>
        <w:rPr>
          <w:lang w:val="ru-RU"/>
        </w:rPr>
      </w:pPr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>—  осознанный выбор и построение индивидуальной траектории образования и жизненных планов с учетом личных и общественных интересов и потребностей.</w:t>
      </w:r>
    </w:p>
    <w:p w:rsidR="00F261D5" w:rsidRPr="00A16570" w:rsidRDefault="00F831C8">
      <w:pPr>
        <w:autoSpaceDE w:val="0"/>
        <w:autoSpaceDN w:val="0"/>
        <w:spacing w:before="298" w:after="0" w:line="230" w:lineRule="auto"/>
        <w:ind w:left="180"/>
        <w:rPr>
          <w:lang w:val="ru-RU"/>
        </w:rPr>
      </w:pPr>
      <w:r w:rsidRPr="00A16570">
        <w:rPr>
          <w:rFonts w:ascii="Times New Roman" w:eastAsia="Times New Roman" w:hAnsi="Times New Roman"/>
          <w:b/>
          <w:color w:val="000000"/>
          <w:sz w:val="24"/>
          <w:lang w:val="ru-RU"/>
        </w:rPr>
        <w:t>Экологического воспитания:</w:t>
      </w:r>
    </w:p>
    <w:p w:rsidR="00F261D5" w:rsidRPr="00A16570" w:rsidRDefault="00F831C8">
      <w:pPr>
        <w:autoSpaceDE w:val="0"/>
        <w:autoSpaceDN w:val="0"/>
        <w:spacing w:before="178" w:after="0" w:line="271" w:lineRule="auto"/>
        <w:ind w:left="420" w:right="144"/>
        <w:rPr>
          <w:lang w:val="ru-RU"/>
        </w:rPr>
      </w:pPr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 xml:space="preserve">—  ориентация на применение знаний из социальных и естественных наук для решения задач в области окружающей среды, планирования поступков и оценки их возможных последствий для окружающей среды; </w:t>
      </w:r>
    </w:p>
    <w:p w:rsidR="00F261D5" w:rsidRPr="00A16570" w:rsidRDefault="00F831C8">
      <w:pPr>
        <w:autoSpaceDE w:val="0"/>
        <w:autoSpaceDN w:val="0"/>
        <w:spacing w:before="190" w:after="0" w:line="262" w:lineRule="auto"/>
        <w:ind w:left="420"/>
        <w:rPr>
          <w:lang w:val="ru-RU"/>
        </w:rPr>
      </w:pPr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 xml:space="preserve">—  повышение уровня экологической культуры, осознание глобального характера экологических проблем и путей их решения; </w:t>
      </w:r>
    </w:p>
    <w:p w:rsidR="00F261D5" w:rsidRPr="00A16570" w:rsidRDefault="00F831C8">
      <w:pPr>
        <w:autoSpaceDE w:val="0"/>
        <w:autoSpaceDN w:val="0"/>
        <w:spacing w:before="190" w:after="0" w:line="271" w:lineRule="auto"/>
        <w:ind w:left="420" w:right="1296"/>
        <w:rPr>
          <w:lang w:val="ru-RU"/>
        </w:rPr>
      </w:pPr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 xml:space="preserve">—  активное неприятие действий, приносящих вред окружающей среде, в том числе сформированное при знакомстве с литературными произведениями, поднимающими экологические проблемы; </w:t>
      </w:r>
    </w:p>
    <w:p w:rsidR="00F261D5" w:rsidRPr="00A16570" w:rsidRDefault="00F831C8">
      <w:pPr>
        <w:autoSpaceDE w:val="0"/>
        <w:autoSpaceDN w:val="0"/>
        <w:spacing w:before="190" w:after="0" w:line="262" w:lineRule="auto"/>
        <w:ind w:left="420" w:right="432"/>
        <w:rPr>
          <w:lang w:val="ru-RU"/>
        </w:rPr>
      </w:pPr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 xml:space="preserve">—  осознание своей роли как гражданина и потребителя в условиях взаимосвязи природной, технологической и социальной сред; </w:t>
      </w:r>
    </w:p>
    <w:p w:rsidR="00F261D5" w:rsidRPr="00A16570" w:rsidRDefault="00F831C8">
      <w:pPr>
        <w:autoSpaceDE w:val="0"/>
        <w:autoSpaceDN w:val="0"/>
        <w:spacing w:before="190" w:after="0" w:line="230" w:lineRule="auto"/>
        <w:ind w:left="420"/>
        <w:rPr>
          <w:lang w:val="ru-RU"/>
        </w:rPr>
      </w:pPr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>—  готовность к участию в практической деятельности экологической направленности.</w:t>
      </w:r>
    </w:p>
    <w:p w:rsidR="00F261D5" w:rsidRPr="00A16570" w:rsidRDefault="00F831C8">
      <w:pPr>
        <w:autoSpaceDE w:val="0"/>
        <w:autoSpaceDN w:val="0"/>
        <w:spacing w:before="298" w:after="0" w:line="230" w:lineRule="auto"/>
        <w:ind w:left="180"/>
        <w:rPr>
          <w:lang w:val="ru-RU"/>
        </w:rPr>
      </w:pPr>
      <w:r w:rsidRPr="00A16570">
        <w:rPr>
          <w:rFonts w:ascii="Times New Roman" w:eastAsia="Times New Roman" w:hAnsi="Times New Roman"/>
          <w:b/>
          <w:color w:val="000000"/>
          <w:sz w:val="24"/>
          <w:lang w:val="ru-RU"/>
        </w:rPr>
        <w:t>Ценности научного познания:</w:t>
      </w:r>
    </w:p>
    <w:p w:rsidR="00F261D5" w:rsidRPr="00A16570" w:rsidRDefault="00F831C8">
      <w:pPr>
        <w:autoSpaceDE w:val="0"/>
        <w:autoSpaceDN w:val="0"/>
        <w:spacing w:before="180" w:after="0"/>
        <w:ind w:left="420"/>
        <w:rPr>
          <w:lang w:val="ru-RU"/>
        </w:rPr>
      </w:pPr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 xml:space="preserve">—  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 с опорой на изученные и самостоятельно прочитанные литературные произведения; </w:t>
      </w:r>
    </w:p>
    <w:p w:rsidR="00F261D5" w:rsidRPr="00A16570" w:rsidRDefault="00F831C8">
      <w:pPr>
        <w:autoSpaceDE w:val="0"/>
        <w:autoSpaceDN w:val="0"/>
        <w:spacing w:before="190" w:after="0" w:line="230" w:lineRule="auto"/>
        <w:ind w:left="420"/>
        <w:rPr>
          <w:lang w:val="ru-RU"/>
        </w:rPr>
      </w:pPr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 xml:space="preserve">—  овладение языковой и читательской культурой как средством познания мира; </w:t>
      </w:r>
    </w:p>
    <w:p w:rsidR="00F261D5" w:rsidRPr="00A16570" w:rsidRDefault="00F831C8">
      <w:pPr>
        <w:autoSpaceDE w:val="0"/>
        <w:autoSpaceDN w:val="0"/>
        <w:spacing w:before="190" w:after="0" w:line="262" w:lineRule="auto"/>
        <w:ind w:left="420" w:right="720"/>
        <w:rPr>
          <w:lang w:val="ru-RU"/>
        </w:rPr>
      </w:pPr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 xml:space="preserve">—  овладение основными навыками исследовательской деятельности с учётом специфики школьного литературного образования; </w:t>
      </w:r>
    </w:p>
    <w:p w:rsidR="00F261D5" w:rsidRPr="00A16570" w:rsidRDefault="00F831C8">
      <w:pPr>
        <w:autoSpaceDE w:val="0"/>
        <w:autoSpaceDN w:val="0"/>
        <w:spacing w:before="190" w:after="0" w:line="262" w:lineRule="auto"/>
        <w:ind w:left="420" w:right="432"/>
        <w:rPr>
          <w:lang w:val="ru-RU"/>
        </w:rPr>
      </w:pPr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>—  установка на осмысление опыта, наблюдений, поступков и стремление совершенствовать пути достижения индивидуального и коллективного благополучия.</w:t>
      </w:r>
    </w:p>
    <w:p w:rsidR="00F261D5" w:rsidRPr="00A16570" w:rsidRDefault="00F831C8">
      <w:pPr>
        <w:tabs>
          <w:tab w:val="left" w:pos="180"/>
        </w:tabs>
        <w:autoSpaceDE w:val="0"/>
        <w:autoSpaceDN w:val="0"/>
        <w:spacing w:before="178" w:after="0" w:line="262" w:lineRule="auto"/>
        <w:ind w:right="288"/>
        <w:rPr>
          <w:lang w:val="ru-RU"/>
        </w:rPr>
      </w:pPr>
      <w:r w:rsidRPr="00A16570">
        <w:rPr>
          <w:lang w:val="ru-RU"/>
        </w:rPr>
        <w:tab/>
      </w:r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>Личностные результаты, обеспечивающие адаптацию обучающегося к изменяющимся условиям социальной и природной среды:</w:t>
      </w:r>
    </w:p>
    <w:p w:rsidR="00F261D5" w:rsidRPr="00A16570" w:rsidRDefault="00F831C8">
      <w:pPr>
        <w:autoSpaceDE w:val="0"/>
        <w:autoSpaceDN w:val="0"/>
        <w:spacing w:before="178" w:after="0" w:line="262" w:lineRule="auto"/>
        <w:ind w:left="420"/>
        <w:rPr>
          <w:lang w:val="ru-RU"/>
        </w:rPr>
      </w:pPr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 xml:space="preserve">—  освоение </w:t>
      </w:r>
      <w:proofErr w:type="gramStart"/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>обучающимися</w:t>
      </w:r>
      <w:proofErr w:type="gramEnd"/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 xml:space="preserve"> социального опыта, основных социальных ролей, соответствующих ведущей деятельности возраста, норм и правил общественного поведения, форм социальной</w:t>
      </w:r>
    </w:p>
    <w:p w:rsidR="00F261D5" w:rsidRPr="00A16570" w:rsidRDefault="00F261D5">
      <w:pPr>
        <w:autoSpaceDE w:val="0"/>
        <w:autoSpaceDN w:val="0"/>
        <w:spacing w:after="66" w:line="220" w:lineRule="exact"/>
        <w:rPr>
          <w:lang w:val="ru-RU"/>
        </w:rPr>
      </w:pPr>
    </w:p>
    <w:p w:rsidR="00F261D5" w:rsidRPr="00A16570" w:rsidRDefault="00F831C8">
      <w:pPr>
        <w:autoSpaceDE w:val="0"/>
        <w:autoSpaceDN w:val="0"/>
        <w:spacing w:after="0" w:line="271" w:lineRule="auto"/>
        <w:ind w:left="420"/>
        <w:rPr>
          <w:lang w:val="ru-RU"/>
        </w:rPr>
      </w:pPr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 xml:space="preserve">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среды; </w:t>
      </w:r>
    </w:p>
    <w:p w:rsidR="00F261D5" w:rsidRPr="00A16570" w:rsidRDefault="00F831C8">
      <w:pPr>
        <w:autoSpaceDE w:val="0"/>
        <w:autoSpaceDN w:val="0"/>
        <w:spacing w:before="190" w:after="0" w:line="230" w:lineRule="auto"/>
        <w:ind w:left="420"/>
        <w:rPr>
          <w:lang w:val="ru-RU"/>
        </w:rPr>
      </w:pPr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>—  изучение и оценка социальных ролей персонажей литературных произведений;</w:t>
      </w:r>
    </w:p>
    <w:p w:rsidR="00F261D5" w:rsidRPr="00A16570" w:rsidRDefault="00F831C8">
      <w:pPr>
        <w:autoSpaceDE w:val="0"/>
        <w:autoSpaceDN w:val="0"/>
        <w:spacing w:before="190" w:after="0" w:line="262" w:lineRule="auto"/>
        <w:ind w:left="420" w:right="144"/>
        <w:rPr>
          <w:lang w:val="ru-RU"/>
        </w:rPr>
      </w:pPr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 xml:space="preserve">—  потребность во взаимодействии в условиях неопределённости, открытость опыту и знаниям других; </w:t>
      </w:r>
    </w:p>
    <w:p w:rsidR="00F261D5" w:rsidRPr="00A16570" w:rsidRDefault="00F831C8">
      <w:pPr>
        <w:autoSpaceDE w:val="0"/>
        <w:autoSpaceDN w:val="0"/>
        <w:spacing w:before="190" w:after="0" w:line="271" w:lineRule="auto"/>
        <w:ind w:left="420" w:right="288"/>
        <w:rPr>
          <w:lang w:val="ru-RU"/>
        </w:rPr>
      </w:pPr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lastRenderedPageBreak/>
        <w:t xml:space="preserve">—  в действии в условиях неопределенности, повышение уровня своей компетентности через практическую деятельность, в том числе умение учиться у других людей, осознавать в совместной деятельности новые знания, навыки и компетенции из опыта других; </w:t>
      </w:r>
    </w:p>
    <w:p w:rsidR="00F261D5" w:rsidRPr="00A16570" w:rsidRDefault="00F831C8">
      <w:pPr>
        <w:autoSpaceDE w:val="0"/>
        <w:autoSpaceDN w:val="0"/>
        <w:spacing w:before="192" w:after="0"/>
        <w:ind w:left="420" w:right="288"/>
        <w:rPr>
          <w:lang w:val="ru-RU"/>
        </w:rPr>
      </w:pPr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 xml:space="preserve">—  в выявлении и связывании образов, необходимость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 </w:t>
      </w:r>
    </w:p>
    <w:p w:rsidR="00F261D5" w:rsidRPr="00A16570" w:rsidRDefault="00F831C8">
      <w:pPr>
        <w:autoSpaceDE w:val="0"/>
        <w:autoSpaceDN w:val="0"/>
        <w:spacing w:before="190" w:after="0" w:line="262" w:lineRule="auto"/>
        <w:ind w:left="420" w:right="864"/>
        <w:rPr>
          <w:lang w:val="ru-RU"/>
        </w:rPr>
      </w:pPr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 xml:space="preserve">—  умение оперировать основными понятиями, терминами и представлениями в области концепции устойчивого развития; </w:t>
      </w:r>
    </w:p>
    <w:p w:rsidR="00F261D5" w:rsidRPr="00A16570" w:rsidRDefault="00F831C8">
      <w:pPr>
        <w:autoSpaceDE w:val="0"/>
        <w:autoSpaceDN w:val="0"/>
        <w:spacing w:before="190" w:after="0" w:line="230" w:lineRule="auto"/>
        <w:ind w:left="420"/>
        <w:rPr>
          <w:lang w:val="ru-RU"/>
        </w:rPr>
      </w:pPr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 xml:space="preserve">—  анализировать и выявлять взаимосвязи природы, общества и экономики; </w:t>
      </w:r>
    </w:p>
    <w:p w:rsidR="00F261D5" w:rsidRPr="00A16570" w:rsidRDefault="00F831C8">
      <w:pPr>
        <w:autoSpaceDE w:val="0"/>
        <w:autoSpaceDN w:val="0"/>
        <w:spacing w:before="190" w:after="0" w:line="262" w:lineRule="auto"/>
        <w:ind w:left="420" w:right="576"/>
        <w:rPr>
          <w:lang w:val="ru-RU"/>
        </w:rPr>
      </w:pPr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>—  оценивать свои действия с учётом влияния на окружающую среду, достижений целей и преодоления вызовов, возможных глобальных последствий;</w:t>
      </w:r>
    </w:p>
    <w:p w:rsidR="00F261D5" w:rsidRPr="00A16570" w:rsidRDefault="00F831C8">
      <w:pPr>
        <w:autoSpaceDE w:val="0"/>
        <w:autoSpaceDN w:val="0"/>
        <w:spacing w:before="190" w:after="0" w:line="262" w:lineRule="auto"/>
        <w:ind w:left="420" w:right="432"/>
        <w:rPr>
          <w:lang w:val="ru-RU"/>
        </w:rPr>
      </w:pPr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 xml:space="preserve">—  способность осознавать стрессовую ситуацию, оценивать происходящие изменения и их последствия, опираясь на жизненный и читательский опыт; </w:t>
      </w:r>
    </w:p>
    <w:p w:rsidR="00F261D5" w:rsidRPr="00A16570" w:rsidRDefault="00F831C8">
      <w:pPr>
        <w:autoSpaceDE w:val="0"/>
        <w:autoSpaceDN w:val="0"/>
        <w:spacing w:before="190" w:after="0" w:line="230" w:lineRule="auto"/>
        <w:ind w:left="420"/>
        <w:rPr>
          <w:lang w:val="ru-RU"/>
        </w:rPr>
      </w:pPr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 xml:space="preserve">—  воспринимать стрессовую ситуацию как вызов, требующий контрмер; </w:t>
      </w:r>
    </w:p>
    <w:p w:rsidR="00F261D5" w:rsidRPr="00A16570" w:rsidRDefault="00F831C8">
      <w:pPr>
        <w:autoSpaceDE w:val="0"/>
        <w:autoSpaceDN w:val="0"/>
        <w:spacing w:before="190" w:after="0" w:line="230" w:lineRule="auto"/>
        <w:ind w:left="420"/>
        <w:rPr>
          <w:lang w:val="ru-RU"/>
        </w:rPr>
      </w:pPr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 xml:space="preserve">—  оценивать ситуацию стресса, корректировать принимаемые решения и действия; </w:t>
      </w:r>
    </w:p>
    <w:p w:rsidR="00F261D5" w:rsidRPr="00A16570" w:rsidRDefault="00F831C8">
      <w:pPr>
        <w:autoSpaceDE w:val="0"/>
        <w:autoSpaceDN w:val="0"/>
        <w:spacing w:before="190" w:after="0" w:line="262" w:lineRule="auto"/>
        <w:ind w:left="420" w:right="864"/>
        <w:rPr>
          <w:lang w:val="ru-RU"/>
        </w:rPr>
      </w:pPr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 xml:space="preserve">—  формулировать и оценивать риски и последствия, формировать опыт, уметь находить </w:t>
      </w:r>
      <w:proofErr w:type="gramStart"/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>позитивное</w:t>
      </w:r>
      <w:proofErr w:type="gramEnd"/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 xml:space="preserve"> в произошедшей ситуации; </w:t>
      </w:r>
    </w:p>
    <w:p w:rsidR="00F261D5" w:rsidRPr="00A16570" w:rsidRDefault="00F831C8">
      <w:pPr>
        <w:autoSpaceDE w:val="0"/>
        <w:autoSpaceDN w:val="0"/>
        <w:spacing w:before="190" w:after="0" w:line="230" w:lineRule="auto"/>
        <w:ind w:left="420"/>
        <w:rPr>
          <w:lang w:val="ru-RU"/>
        </w:rPr>
      </w:pPr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>—  быть готовым действовать в отсутствии гарантий успеха.</w:t>
      </w:r>
    </w:p>
    <w:p w:rsidR="00F261D5" w:rsidRPr="00A16570" w:rsidRDefault="00F831C8">
      <w:pPr>
        <w:autoSpaceDE w:val="0"/>
        <w:autoSpaceDN w:val="0"/>
        <w:spacing w:before="322" w:after="0" w:line="230" w:lineRule="auto"/>
        <w:rPr>
          <w:lang w:val="ru-RU"/>
        </w:rPr>
      </w:pPr>
      <w:r w:rsidRPr="00A16570">
        <w:rPr>
          <w:rFonts w:ascii="Times New Roman" w:eastAsia="Times New Roman" w:hAnsi="Times New Roman"/>
          <w:b/>
          <w:color w:val="000000"/>
          <w:sz w:val="24"/>
          <w:lang w:val="ru-RU"/>
        </w:rPr>
        <w:t>МЕТАПРЕДМЕТНЫЕ РЕЗУЛЬТАТЫ</w:t>
      </w:r>
    </w:p>
    <w:p w:rsidR="00F261D5" w:rsidRPr="00A16570" w:rsidRDefault="00F831C8">
      <w:pPr>
        <w:autoSpaceDE w:val="0"/>
        <w:autoSpaceDN w:val="0"/>
        <w:spacing w:before="168" w:after="0" w:line="230" w:lineRule="auto"/>
        <w:ind w:left="180"/>
        <w:rPr>
          <w:lang w:val="ru-RU"/>
        </w:rPr>
      </w:pPr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>К концу обучения у обучающегося формируются следующие универсальные учебные действия.</w:t>
      </w:r>
    </w:p>
    <w:p w:rsidR="00F261D5" w:rsidRPr="00A16570" w:rsidRDefault="00F831C8">
      <w:pPr>
        <w:autoSpaceDE w:val="0"/>
        <w:autoSpaceDN w:val="0"/>
        <w:spacing w:before="192" w:after="0" w:line="230" w:lineRule="auto"/>
        <w:ind w:left="180"/>
        <w:rPr>
          <w:lang w:val="ru-RU"/>
        </w:rPr>
      </w:pPr>
      <w:r w:rsidRPr="00A16570">
        <w:rPr>
          <w:rFonts w:ascii="Times New Roman" w:eastAsia="Times New Roman" w:hAnsi="Times New Roman"/>
          <w:b/>
          <w:i/>
          <w:color w:val="000000"/>
          <w:sz w:val="24"/>
          <w:lang w:val="ru-RU"/>
        </w:rPr>
        <w:t>Универсальные учебные познавательные действия:</w:t>
      </w:r>
    </w:p>
    <w:p w:rsidR="00F261D5" w:rsidRPr="00A16570" w:rsidRDefault="00F831C8">
      <w:pPr>
        <w:autoSpaceDE w:val="0"/>
        <w:autoSpaceDN w:val="0"/>
        <w:spacing w:before="190" w:after="0" w:line="230" w:lineRule="auto"/>
        <w:ind w:left="180"/>
        <w:rPr>
          <w:lang w:val="ru-RU"/>
        </w:rPr>
      </w:pPr>
      <w:r w:rsidRPr="00A16570">
        <w:rPr>
          <w:rFonts w:ascii="Times New Roman" w:eastAsia="Times New Roman" w:hAnsi="Times New Roman"/>
          <w:b/>
          <w:color w:val="000000"/>
          <w:sz w:val="24"/>
          <w:lang w:val="ru-RU"/>
        </w:rPr>
        <w:t>1) Базовые логические действия:</w:t>
      </w:r>
    </w:p>
    <w:p w:rsidR="00F261D5" w:rsidRPr="00A16570" w:rsidRDefault="00F831C8">
      <w:pPr>
        <w:autoSpaceDE w:val="0"/>
        <w:autoSpaceDN w:val="0"/>
        <w:spacing w:before="178" w:after="0" w:line="271" w:lineRule="auto"/>
        <w:ind w:left="420" w:right="288"/>
        <w:rPr>
          <w:lang w:val="ru-RU"/>
        </w:rPr>
      </w:pPr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>—  выявлять и характеризовать существенные признаки объектов (художественных и учебных текстов, литературных героев и др.) и явлений (литературных направлений, этапов историко-литературного процесса);</w:t>
      </w:r>
    </w:p>
    <w:p w:rsidR="00F261D5" w:rsidRPr="00A16570" w:rsidRDefault="00F831C8">
      <w:pPr>
        <w:autoSpaceDE w:val="0"/>
        <w:autoSpaceDN w:val="0"/>
        <w:spacing w:before="190" w:after="0" w:line="271" w:lineRule="auto"/>
        <w:ind w:left="420" w:right="144"/>
        <w:rPr>
          <w:lang w:val="ru-RU"/>
        </w:rPr>
      </w:pPr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>—  устанавливать существенный признак классификации и классифицировать литературные объекты по существенному признаку, устанавливать основания для их обобщения и сравнения, определять критерии проводимого анализа;</w:t>
      </w:r>
    </w:p>
    <w:p w:rsidR="00F261D5" w:rsidRPr="00A16570" w:rsidRDefault="00F831C8">
      <w:pPr>
        <w:autoSpaceDE w:val="0"/>
        <w:autoSpaceDN w:val="0"/>
        <w:spacing w:before="190" w:after="0" w:line="262" w:lineRule="auto"/>
        <w:ind w:left="420"/>
        <w:rPr>
          <w:lang w:val="ru-RU"/>
        </w:rPr>
      </w:pPr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>—  с учётом предложенной задачи выявлять закономерности и противоречия в рассматриваемых литературных фактах и наблюдениях над текстом;</w:t>
      </w:r>
    </w:p>
    <w:p w:rsidR="00F261D5" w:rsidRPr="00A16570" w:rsidRDefault="00F831C8">
      <w:pPr>
        <w:autoSpaceDE w:val="0"/>
        <w:autoSpaceDN w:val="0"/>
        <w:spacing w:before="190" w:after="0" w:line="262" w:lineRule="auto"/>
        <w:ind w:left="420" w:right="576"/>
        <w:rPr>
          <w:lang w:val="ru-RU"/>
        </w:rPr>
      </w:pPr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>—  предлагать критерии для выявления закономерностей и противоречий с учётом учебной задачи;</w:t>
      </w:r>
    </w:p>
    <w:p w:rsidR="00F261D5" w:rsidRPr="00A16570" w:rsidRDefault="00F261D5">
      <w:pPr>
        <w:autoSpaceDE w:val="0"/>
        <w:autoSpaceDN w:val="0"/>
        <w:spacing w:after="78" w:line="220" w:lineRule="exact"/>
        <w:rPr>
          <w:lang w:val="ru-RU"/>
        </w:rPr>
      </w:pPr>
    </w:p>
    <w:p w:rsidR="00F261D5" w:rsidRPr="00A16570" w:rsidRDefault="00F831C8">
      <w:pPr>
        <w:autoSpaceDE w:val="0"/>
        <w:autoSpaceDN w:val="0"/>
        <w:spacing w:after="0" w:line="262" w:lineRule="auto"/>
        <w:ind w:left="240"/>
        <w:rPr>
          <w:lang w:val="ru-RU"/>
        </w:rPr>
      </w:pPr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>—  выявлять дефициты информации, данных, необходимых для решения поставленной учебной задачи;</w:t>
      </w:r>
    </w:p>
    <w:p w:rsidR="00F261D5" w:rsidRPr="00A16570" w:rsidRDefault="00F831C8">
      <w:pPr>
        <w:autoSpaceDE w:val="0"/>
        <w:autoSpaceDN w:val="0"/>
        <w:spacing w:before="190" w:after="0" w:line="230" w:lineRule="auto"/>
        <w:jc w:val="center"/>
        <w:rPr>
          <w:lang w:val="ru-RU"/>
        </w:rPr>
      </w:pPr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>—  выявлять причинно-следственные связи при изучении литературных явлений и процессов;</w:t>
      </w:r>
    </w:p>
    <w:p w:rsidR="00F261D5" w:rsidRPr="00A16570" w:rsidRDefault="00F831C8">
      <w:pPr>
        <w:autoSpaceDE w:val="0"/>
        <w:autoSpaceDN w:val="0"/>
        <w:spacing w:before="190" w:after="0" w:line="262" w:lineRule="auto"/>
        <w:ind w:left="240" w:right="1296"/>
        <w:rPr>
          <w:lang w:val="ru-RU"/>
        </w:rPr>
      </w:pPr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lastRenderedPageBreak/>
        <w:t>—  делать выводы с использованием дедуктивных и индуктивных умозаключений, умозаключений по аналогии;</w:t>
      </w:r>
    </w:p>
    <w:p w:rsidR="00F261D5" w:rsidRPr="00A16570" w:rsidRDefault="00F831C8">
      <w:pPr>
        <w:autoSpaceDE w:val="0"/>
        <w:autoSpaceDN w:val="0"/>
        <w:spacing w:before="190" w:after="0" w:line="230" w:lineRule="auto"/>
        <w:ind w:left="240"/>
        <w:rPr>
          <w:lang w:val="ru-RU"/>
        </w:rPr>
      </w:pPr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>—  формулировать гипотезы об их взаимосвязях;</w:t>
      </w:r>
    </w:p>
    <w:p w:rsidR="00F261D5" w:rsidRPr="00A16570" w:rsidRDefault="00F831C8">
      <w:pPr>
        <w:autoSpaceDE w:val="0"/>
        <w:autoSpaceDN w:val="0"/>
        <w:spacing w:before="190" w:after="0" w:line="271" w:lineRule="auto"/>
        <w:ind w:left="240" w:right="288"/>
        <w:rPr>
          <w:lang w:val="ru-RU"/>
        </w:rPr>
      </w:pPr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>—  самостоятельно выбирать способ решения учебной задачи при работе с разными типами текстов (сравнивать несколько вариантов решения, выбирать наиболее подходящий с учётом самостоятельно выделенных критериев).</w:t>
      </w:r>
    </w:p>
    <w:p w:rsidR="00F261D5" w:rsidRPr="00A16570" w:rsidRDefault="00F831C8">
      <w:pPr>
        <w:autoSpaceDE w:val="0"/>
        <w:autoSpaceDN w:val="0"/>
        <w:spacing w:before="180" w:after="0" w:line="230" w:lineRule="auto"/>
        <w:rPr>
          <w:lang w:val="ru-RU"/>
        </w:rPr>
      </w:pPr>
      <w:r w:rsidRPr="00A16570">
        <w:rPr>
          <w:rFonts w:ascii="Times New Roman" w:eastAsia="Times New Roman" w:hAnsi="Times New Roman"/>
          <w:b/>
          <w:color w:val="000000"/>
          <w:sz w:val="24"/>
          <w:lang w:val="ru-RU"/>
        </w:rPr>
        <w:t>2) Базовые исследовательские действия:</w:t>
      </w:r>
    </w:p>
    <w:p w:rsidR="00F261D5" w:rsidRPr="00A16570" w:rsidRDefault="00F831C8">
      <w:pPr>
        <w:autoSpaceDE w:val="0"/>
        <w:autoSpaceDN w:val="0"/>
        <w:spacing w:before="180" w:after="0" w:line="262" w:lineRule="auto"/>
        <w:ind w:left="240"/>
        <w:rPr>
          <w:lang w:val="ru-RU"/>
        </w:rPr>
      </w:pPr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>—  формулировать вопросы, фиксирующие разрыв между реальным и желательным состоянием ситуации, объекта, и самостоятельно устанавливать искомое и данное;</w:t>
      </w:r>
    </w:p>
    <w:p w:rsidR="00F261D5" w:rsidRPr="00A16570" w:rsidRDefault="00F831C8">
      <w:pPr>
        <w:autoSpaceDE w:val="0"/>
        <w:autoSpaceDN w:val="0"/>
        <w:spacing w:before="190" w:after="0" w:line="262" w:lineRule="auto"/>
        <w:ind w:left="240" w:right="864"/>
        <w:rPr>
          <w:lang w:val="ru-RU"/>
        </w:rPr>
      </w:pPr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>—  использовать вопросы как исследовательский инструмент познания в литературном образовании;</w:t>
      </w:r>
    </w:p>
    <w:p w:rsidR="00F261D5" w:rsidRPr="00A16570" w:rsidRDefault="00F831C8">
      <w:pPr>
        <w:autoSpaceDE w:val="0"/>
        <w:autoSpaceDN w:val="0"/>
        <w:spacing w:before="190" w:after="0" w:line="262" w:lineRule="auto"/>
        <w:ind w:left="240" w:right="1152"/>
        <w:rPr>
          <w:lang w:val="ru-RU"/>
        </w:rPr>
      </w:pPr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>—  формировать гипотезу об истинности собственных суждений и суждений других, аргументировать свою позицию, мнение</w:t>
      </w:r>
    </w:p>
    <w:p w:rsidR="00F261D5" w:rsidRPr="00A16570" w:rsidRDefault="00F831C8">
      <w:pPr>
        <w:autoSpaceDE w:val="0"/>
        <w:autoSpaceDN w:val="0"/>
        <w:spacing w:before="190" w:after="0" w:line="271" w:lineRule="auto"/>
        <w:ind w:left="240"/>
        <w:rPr>
          <w:lang w:val="ru-RU"/>
        </w:rPr>
      </w:pPr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 xml:space="preserve">—  проводить по самостоятельно составленному плану небольшое исследование по </w:t>
      </w:r>
      <w:r w:rsidRPr="00A16570">
        <w:rPr>
          <w:lang w:val="ru-RU"/>
        </w:rPr>
        <w:br/>
      </w:r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>установлению особенностей литературного объекта изучения, причинно-следственных связей и зависимостей объектов между собой;</w:t>
      </w:r>
    </w:p>
    <w:p w:rsidR="00F261D5" w:rsidRPr="00A16570" w:rsidRDefault="00F831C8">
      <w:pPr>
        <w:autoSpaceDE w:val="0"/>
        <w:autoSpaceDN w:val="0"/>
        <w:spacing w:before="190" w:after="0" w:line="262" w:lineRule="auto"/>
        <w:ind w:left="240"/>
        <w:rPr>
          <w:lang w:val="ru-RU"/>
        </w:rPr>
      </w:pPr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>—  оценивать на применимость и достоверность информацию, полученную в ходе исследования (эксперимента);</w:t>
      </w:r>
    </w:p>
    <w:p w:rsidR="00F261D5" w:rsidRPr="00A16570" w:rsidRDefault="00F831C8">
      <w:pPr>
        <w:autoSpaceDE w:val="0"/>
        <w:autoSpaceDN w:val="0"/>
        <w:spacing w:before="190" w:after="0" w:line="262" w:lineRule="auto"/>
        <w:ind w:left="240" w:right="864"/>
        <w:rPr>
          <w:lang w:val="ru-RU"/>
        </w:rPr>
      </w:pPr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>—  самостоятельно формулировать обобщения и выводы по результатам проведённого наблюдения, опыта, исследования;</w:t>
      </w:r>
    </w:p>
    <w:p w:rsidR="00F261D5" w:rsidRPr="00A16570" w:rsidRDefault="00F831C8">
      <w:pPr>
        <w:autoSpaceDE w:val="0"/>
        <w:autoSpaceDN w:val="0"/>
        <w:spacing w:before="190" w:after="0" w:line="230" w:lineRule="auto"/>
        <w:ind w:left="240"/>
        <w:rPr>
          <w:lang w:val="ru-RU"/>
        </w:rPr>
      </w:pPr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>—  владеть инструментами оценки достоверности полученных выводов и обобщений;</w:t>
      </w:r>
    </w:p>
    <w:p w:rsidR="00F261D5" w:rsidRPr="00A16570" w:rsidRDefault="00F831C8">
      <w:pPr>
        <w:autoSpaceDE w:val="0"/>
        <w:autoSpaceDN w:val="0"/>
        <w:spacing w:before="190" w:after="0" w:line="271" w:lineRule="auto"/>
        <w:ind w:left="240" w:right="144"/>
        <w:rPr>
          <w:lang w:val="ru-RU"/>
        </w:rPr>
      </w:pPr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>—  прогнозировать возможное дальнейшее развитие событий и их последствия в аналогичных или сходных ситуациях, а также выдвигать предположения об их развитии в новых условиях и контекстах, в том числе в литературных произведениях.</w:t>
      </w:r>
    </w:p>
    <w:p w:rsidR="00F261D5" w:rsidRPr="00A16570" w:rsidRDefault="00F831C8">
      <w:pPr>
        <w:autoSpaceDE w:val="0"/>
        <w:autoSpaceDN w:val="0"/>
        <w:spacing w:before="180" w:after="0" w:line="230" w:lineRule="auto"/>
        <w:rPr>
          <w:lang w:val="ru-RU"/>
        </w:rPr>
      </w:pPr>
      <w:r w:rsidRPr="00A16570">
        <w:rPr>
          <w:rFonts w:ascii="Times New Roman" w:eastAsia="Times New Roman" w:hAnsi="Times New Roman"/>
          <w:b/>
          <w:color w:val="000000"/>
          <w:sz w:val="24"/>
          <w:lang w:val="ru-RU"/>
        </w:rPr>
        <w:t>3) Работа с информацией:</w:t>
      </w:r>
    </w:p>
    <w:p w:rsidR="00F261D5" w:rsidRPr="00A16570" w:rsidRDefault="00F831C8">
      <w:pPr>
        <w:autoSpaceDE w:val="0"/>
        <w:autoSpaceDN w:val="0"/>
        <w:spacing w:before="180" w:after="0" w:line="271" w:lineRule="auto"/>
        <w:ind w:left="240" w:right="144"/>
        <w:rPr>
          <w:lang w:val="ru-RU"/>
        </w:rPr>
      </w:pPr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>—  применять различные методы, инструменты и запросы при поиске и отборе литературной и другой информации или данных из источников с учётом предложенной учебной задачи и заданных критериев;</w:t>
      </w:r>
    </w:p>
    <w:p w:rsidR="00F261D5" w:rsidRPr="00A16570" w:rsidRDefault="00F831C8">
      <w:pPr>
        <w:autoSpaceDE w:val="0"/>
        <w:autoSpaceDN w:val="0"/>
        <w:spacing w:before="190" w:after="0" w:line="262" w:lineRule="auto"/>
        <w:ind w:left="240" w:right="288"/>
        <w:rPr>
          <w:lang w:val="ru-RU"/>
        </w:rPr>
      </w:pPr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>—  выбирать, анализировать, систематизировать и интерпретировать литературную и другую информацию различных видов и форм представления;</w:t>
      </w:r>
    </w:p>
    <w:p w:rsidR="00F261D5" w:rsidRPr="00A16570" w:rsidRDefault="00F831C8">
      <w:pPr>
        <w:autoSpaceDE w:val="0"/>
        <w:autoSpaceDN w:val="0"/>
        <w:spacing w:before="190" w:after="0" w:line="262" w:lineRule="auto"/>
        <w:ind w:left="240" w:right="432"/>
        <w:rPr>
          <w:lang w:val="ru-RU"/>
        </w:rPr>
      </w:pPr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>—  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F261D5" w:rsidRPr="00A16570" w:rsidRDefault="00F831C8">
      <w:pPr>
        <w:autoSpaceDE w:val="0"/>
        <w:autoSpaceDN w:val="0"/>
        <w:spacing w:before="190" w:after="0" w:line="271" w:lineRule="auto"/>
        <w:ind w:left="240"/>
        <w:rPr>
          <w:lang w:val="ru-RU"/>
        </w:rPr>
      </w:pPr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>—  самостоятельно выбирать оптимальную форму представления литературной и другой информации и иллюстрировать решаемые учебные задачи несложными схемами, диаграммами, иной графикой и их комбинациями;</w:t>
      </w:r>
    </w:p>
    <w:p w:rsidR="00F261D5" w:rsidRPr="00A16570" w:rsidRDefault="00F831C8">
      <w:pPr>
        <w:autoSpaceDE w:val="0"/>
        <w:autoSpaceDN w:val="0"/>
        <w:spacing w:before="190" w:after="0" w:line="262" w:lineRule="auto"/>
        <w:ind w:left="240" w:right="288"/>
        <w:rPr>
          <w:lang w:val="ru-RU"/>
        </w:rPr>
      </w:pPr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>—  оценивать надёжность литературной и другой информации по критериям, предложенным учителем или сформулированным самостоятельно;</w:t>
      </w:r>
    </w:p>
    <w:p w:rsidR="00F261D5" w:rsidRPr="00A16570" w:rsidRDefault="00F261D5">
      <w:pPr>
        <w:autoSpaceDE w:val="0"/>
        <w:autoSpaceDN w:val="0"/>
        <w:spacing w:after="126" w:line="220" w:lineRule="exact"/>
        <w:rPr>
          <w:lang w:val="ru-RU"/>
        </w:rPr>
      </w:pPr>
    </w:p>
    <w:p w:rsidR="00F261D5" w:rsidRPr="00A16570" w:rsidRDefault="00F831C8">
      <w:pPr>
        <w:autoSpaceDE w:val="0"/>
        <w:autoSpaceDN w:val="0"/>
        <w:spacing w:after="0" w:line="230" w:lineRule="auto"/>
        <w:ind w:left="240"/>
        <w:rPr>
          <w:lang w:val="ru-RU"/>
        </w:rPr>
      </w:pPr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>—  эффективно запоминать и систематизировать эту информацию.</w:t>
      </w:r>
    </w:p>
    <w:p w:rsidR="00F261D5" w:rsidRPr="00A16570" w:rsidRDefault="00F831C8">
      <w:pPr>
        <w:autoSpaceDE w:val="0"/>
        <w:autoSpaceDN w:val="0"/>
        <w:spacing w:before="178" w:after="0" w:line="230" w:lineRule="auto"/>
        <w:rPr>
          <w:lang w:val="ru-RU"/>
        </w:rPr>
      </w:pPr>
      <w:r w:rsidRPr="00A16570">
        <w:rPr>
          <w:rFonts w:ascii="Times New Roman" w:eastAsia="Times New Roman" w:hAnsi="Times New Roman"/>
          <w:b/>
          <w:i/>
          <w:color w:val="000000"/>
          <w:sz w:val="24"/>
          <w:lang w:val="ru-RU"/>
        </w:rPr>
        <w:lastRenderedPageBreak/>
        <w:t>Универсальные учебные коммуникативные действия:</w:t>
      </w:r>
    </w:p>
    <w:p w:rsidR="00F261D5" w:rsidRPr="00A16570" w:rsidRDefault="00F831C8">
      <w:pPr>
        <w:autoSpaceDE w:val="0"/>
        <w:autoSpaceDN w:val="0"/>
        <w:spacing w:before="190" w:after="0" w:line="230" w:lineRule="auto"/>
        <w:rPr>
          <w:lang w:val="ru-RU"/>
        </w:rPr>
      </w:pPr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>1)</w:t>
      </w:r>
      <w:r w:rsidRPr="00A16570">
        <w:rPr>
          <w:rFonts w:ascii="Times New Roman" w:eastAsia="Times New Roman" w:hAnsi="Times New Roman"/>
          <w:i/>
          <w:color w:val="000000"/>
          <w:sz w:val="24"/>
          <w:lang w:val="ru-RU"/>
        </w:rPr>
        <w:t xml:space="preserve"> Общение</w:t>
      </w:r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>:</w:t>
      </w:r>
    </w:p>
    <w:p w:rsidR="00F261D5" w:rsidRPr="00A16570" w:rsidRDefault="00F831C8">
      <w:pPr>
        <w:autoSpaceDE w:val="0"/>
        <w:autoSpaceDN w:val="0"/>
        <w:spacing w:before="178" w:after="0" w:line="262" w:lineRule="auto"/>
        <w:ind w:left="240" w:right="288"/>
        <w:rPr>
          <w:lang w:val="ru-RU"/>
        </w:rPr>
      </w:pPr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>—  воспринимать и формулировать суждения, выражать эмоции в соответствии с условиями и целями общения;</w:t>
      </w:r>
    </w:p>
    <w:p w:rsidR="00F261D5" w:rsidRPr="00A16570" w:rsidRDefault="00F831C8">
      <w:pPr>
        <w:autoSpaceDE w:val="0"/>
        <w:autoSpaceDN w:val="0"/>
        <w:spacing w:before="190" w:after="0" w:line="271" w:lineRule="auto"/>
        <w:ind w:left="240"/>
        <w:rPr>
          <w:lang w:val="ru-RU"/>
        </w:rPr>
      </w:pPr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 xml:space="preserve">—  распознавать невербальные средства общения, понимать значение социальных знаков, знать и распознавать предпосылки конфликтных ситуаций, находя аналогии в литературных </w:t>
      </w:r>
      <w:r w:rsidRPr="00A16570">
        <w:rPr>
          <w:lang w:val="ru-RU"/>
        </w:rPr>
        <w:br/>
      </w:r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>произведениях, и смягчать конфликты, вести переговоры;</w:t>
      </w:r>
    </w:p>
    <w:p w:rsidR="00F261D5" w:rsidRPr="00A16570" w:rsidRDefault="00F831C8">
      <w:pPr>
        <w:autoSpaceDE w:val="0"/>
        <w:autoSpaceDN w:val="0"/>
        <w:spacing w:before="192" w:after="0" w:line="230" w:lineRule="auto"/>
        <w:ind w:left="240"/>
        <w:rPr>
          <w:lang w:val="ru-RU"/>
        </w:rPr>
      </w:pPr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>—  выражать себя (свою точку зрения) в устных и письменных текстах;</w:t>
      </w:r>
    </w:p>
    <w:p w:rsidR="00F261D5" w:rsidRPr="00A16570" w:rsidRDefault="00F831C8">
      <w:pPr>
        <w:autoSpaceDE w:val="0"/>
        <w:autoSpaceDN w:val="0"/>
        <w:spacing w:before="192" w:after="0" w:line="262" w:lineRule="auto"/>
        <w:ind w:left="240" w:right="144"/>
        <w:rPr>
          <w:lang w:val="ru-RU"/>
        </w:rPr>
      </w:pPr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>—  понимать намерения других, проявлять уважительное отношение к собеседнику и корректно формулировать свои возражения;</w:t>
      </w:r>
    </w:p>
    <w:p w:rsidR="00F261D5" w:rsidRPr="00A16570" w:rsidRDefault="00F831C8">
      <w:pPr>
        <w:autoSpaceDE w:val="0"/>
        <w:autoSpaceDN w:val="0"/>
        <w:spacing w:before="190" w:after="0" w:line="271" w:lineRule="auto"/>
        <w:ind w:left="240"/>
        <w:rPr>
          <w:lang w:val="ru-RU"/>
        </w:rPr>
      </w:pPr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>—  в ходе учебного диалога и/или дискуссии задавать вопросы по существу обсуждаемой темы и высказывать идеи, нацеленные на решение учебной задачи и поддержание благожелательности общения;</w:t>
      </w:r>
    </w:p>
    <w:p w:rsidR="00F261D5" w:rsidRPr="00A16570" w:rsidRDefault="00F831C8">
      <w:pPr>
        <w:autoSpaceDE w:val="0"/>
        <w:autoSpaceDN w:val="0"/>
        <w:spacing w:before="190" w:after="0" w:line="262" w:lineRule="auto"/>
        <w:ind w:left="240" w:right="864"/>
        <w:rPr>
          <w:lang w:val="ru-RU"/>
        </w:rPr>
      </w:pPr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>—  сопоставлять свои суждения с суждениями других участников диалога, обнаруживать различие и сходство позиций;</w:t>
      </w:r>
    </w:p>
    <w:p w:rsidR="00F261D5" w:rsidRPr="00A16570" w:rsidRDefault="00F831C8">
      <w:pPr>
        <w:autoSpaceDE w:val="0"/>
        <w:autoSpaceDN w:val="0"/>
        <w:spacing w:before="190" w:after="0" w:line="262" w:lineRule="auto"/>
        <w:ind w:left="240" w:right="1440"/>
        <w:rPr>
          <w:lang w:val="ru-RU"/>
        </w:rPr>
      </w:pPr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>—  публично представлять результаты выполненного опыта (литературоведческого эксперимента, исследования, проекта);</w:t>
      </w:r>
    </w:p>
    <w:p w:rsidR="00F261D5" w:rsidRPr="00A16570" w:rsidRDefault="00F831C8">
      <w:pPr>
        <w:autoSpaceDE w:val="0"/>
        <w:autoSpaceDN w:val="0"/>
        <w:spacing w:before="190" w:after="0" w:line="271" w:lineRule="auto"/>
        <w:ind w:left="240" w:right="288"/>
        <w:rPr>
          <w:lang w:val="ru-RU"/>
        </w:rPr>
      </w:pPr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>—  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материалов.</w:t>
      </w:r>
    </w:p>
    <w:p w:rsidR="00F261D5" w:rsidRPr="00A16570" w:rsidRDefault="00F831C8">
      <w:pPr>
        <w:autoSpaceDE w:val="0"/>
        <w:autoSpaceDN w:val="0"/>
        <w:spacing w:before="298" w:after="0" w:line="230" w:lineRule="auto"/>
        <w:rPr>
          <w:lang w:val="ru-RU"/>
        </w:rPr>
      </w:pPr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>2) С</w:t>
      </w:r>
      <w:r w:rsidRPr="00A16570">
        <w:rPr>
          <w:rFonts w:ascii="Times New Roman" w:eastAsia="Times New Roman" w:hAnsi="Times New Roman"/>
          <w:i/>
          <w:color w:val="000000"/>
          <w:sz w:val="24"/>
          <w:lang w:val="ru-RU"/>
        </w:rPr>
        <w:t>овместная деятельность</w:t>
      </w:r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>:</w:t>
      </w:r>
    </w:p>
    <w:p w:rsidR="00F261D5" w:rsidRPr="00A16570" w:rsidRDefault="00F831C8">
      <w:pPr>
        <w:autoSpaceDE w:val="0"/>
        <w:autoSpaceDN w:val="0"/>
        <w:spacing w:before="178" w:after="0"/>
        <w:ind w:left="240" w:right="864"/>
        <w:rPr>
          <w:lang w:val="ru-RU"/>
        </w:rPr>
      </w:pPr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>—  использовать преимущества командной (парной, групповой, коллективной) и индивидуальной работы при решении конкретной проблемы на уроках литературы, обосновывать необходимость применения групповых форм взаимодействия при решении поставленной задачи;</w:t>
      </w:r>
    </w:p>
    <w:p w:rsidR="00F261D5" w:rsidRPr="00A16570" w:rsidRDefault="00F831C8">
      <w:pPr>
        <w:autoSpaceDE w:val="0"/>
        <w:autoSpaceDN w:val="0"/>
        <w:spacing w:before="192" w:after="0" w:line="271" w:lineRule="auto"/>
        <w:ind w:left="240" w:right="432"/>
        <w:rPr>
          <w:lang w:val="ru-RU"/>
        </w:rPr>
      </w:pPr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>—  принимать цель совместной учебной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F261D5" w:rsidRPr="00A16570" w:rsidRDefault="00F831C8">
      <w:pPr>
        <w:autoSpaceDE w:val="0"/>
        <w:autoSpaceDN w:val="0"/>
        <w:spacing w:before="190" w:after="0" w:line="230" w:lineRule="auto"/>
        <w:ind w:left="240"/>
        <w:rPr>
          <w:lang w:val="ru-RU"/>
        </w:rPr>
      </w:pPr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>—  уметь обобщать мнения нескольких людей;</w:t>
      </w:r>
    </w:p>
    <w:p w:rsidR="00F261D5" w:rsidRPr="00A16570" w:rsidRDefault="00F831C8">
      <w:pPr>
        <w:autoSpaceDE w:val="0"/>
        <w:autoSpaceDN w:val="0"/>
        <w:spacing w:before="190" w:after="0" w:line="281" w:lineRule="auto"/>
        <w:ind w:left="240"/>
        <w:rPr>
          <w:lang w:val="ru-RU"/>
        </w:rPr>
      </w:pPr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 xml:space="preserve">—  проявлять готовность руководить, выполнять поручения, подчиняться; планировать </w:t>
      </w:r>
      <w:r w:rsidRPr="00A16570">
        <w:rPr>
          <w:lang w:val="ru-RU"/>
        </w:rPr>
        <w:br/>
      </w:r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 xml:space="preserve">организацию совместной работы на уроке литературы и во внеурочной учебной деятельности, определять свою роль (с учётом предпочтений и возможностей всех участников взаимодействия), распределять задачи между членами команды, участвовать в групповых формах работы </w:t>
      </w:r>
      <w:r w:rsidRPr="00A16570">
        <w:rPr>
          <w:lang w:val="ru-RU"/>
        </w:rPr>
        <w:br/>
      </w:r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>(обсуждения, обмен мнений, «мозговые штурмы» и иные);</w:t>
      </w:r>
    </w:p>
    <w:p w:rsidR="00F261D5" w:rsidRPr="00A16570" w:rsidRDefault="00F831C8">
      <w:pPr>
        <w:autoSpaceDE w:val="0"/>
        <w:autoSpaceDN w:val="0"/>
        <w:spacing w:before="190" w:after="0" w:line="262" w:lineRule="auto"/>
        <w:ind w:left="240"/>
        <w:rPr>
          <w:lang w:val="ru-RU"/>
        </w:rPr>
      </w:pPr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>—  выполнять свою часть работы, достигать качественного результата по своему направлению, и координировать свои действия с другими членами команды;</w:t>
      </w:r>
    </w:p>
    <w:p w:rsidR="00F261D5" w:rsidRPr="00A16570" w:rsidRDefault="00F831C8">
      <w:pPr>
        <w:autoSpaceDE w:val="0"/>
        <w:autoSpaceDN w:val="0"/>
        <w:spacing w:before="190" w:after="0" w:line="271" w:lineRule="auto"/>
        <w:ind w:left="240" w:right="432"/>
        <w:rPr>
          <w:lang w:val="ru-RU"/>
        </w:rPr>
      </w:pPr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>—  оценивать качество своего вклада в общий результат по критериям, сформулированным понимать намерения других, проявлять уважительное отношение к собеседнику и корректно формулировать свои возражения;</w:t>
      </w:r>
    </w:p>
    <w:p w:rsidR="00F261D5" w:rsidRPr="00A16570" w:rsidRDefault="00F261D5">
      <w:pPr>
        <w:autoSpaceDE w:val="0"/>
        <w:autoSpaceDN w:val="0"/>
        <w:spacing w:after="114" w:line="220" w:lineRule="exact"/>
        <w:rPr>
          <w:lang w:val="ru-RU"/>
        </w:rPr>
      </w:pPr>
    </w:p>
    <w:p w:rsidR="00F261D5" w:rsidRPr="00A16570" w:rsidRDefault="00F831C8">
      <w:pPr>
        <w:autoSpaceDE w:val="0"/>
        <w:autoSpaceDN w:val="0"/>
        <w:spacing w:after="0" w:line="271" w:lineRule="auto"/>
        <w:ind w:left="240"/>
        <w:rPr>
          <w:lang w:val="ru-RU"/>
        </w:rPr>
      </w:pPr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>—  в ходе учебного диалога и/или дискуссии задавать вопросы по существу обсуждаемой темы и высказывать идеи, нацеленные на решение учебной задачи и поддержание благожелательности общения;</w:t>
      </w:r>
    </w:p>
    <w:p w:rsidR="00F261D5" w:rsidRPr="00A16570" w:rsidRDefault="00F831C8">
      <w:pPr>
        <w:autoSpaceDE w:val="0"/>
        <w:autoSpaceDN w:val="0"/>
        <w:spacing w:before="190" w:after="0" w:line="262" w:lineRule="auto"/>
        <w:ind w:left="240" w:right="864"/>
        <w:rPr>
          <w:lang w:val="ru-RU"/>
        </w:rPr>
      </w:pPr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>—  сопоставлять свои суждения с суждениями других участников диалога, обнаруживать различие и сходство позиций;</w:t>
      </w:r>
    </w:p>
    <w:p w:rsidR="00F261D5" w:rsidRPr="00A16570" w:rsidRDefault="00F831C8">
      <w:pPr>
        <w:autoSpaceDE w:val="0"/>
        <w:autoSpaceDN w:val="0"/>
        <w:spacing w:before="190" w:after="0" w:line="262" w:lineRule="auto"/>
        <w:ind w:left="240" w:right="1440"/>
        <w:rPr>
          <w:lang w:val="ru-RU"/>
        </w:rPr>
      </w:pPr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 xml:space="preserve">—  публично представлять результаты выполненного опыта (литературоведческого эксперимента, исследования, проекта); </w:t>
      </w:r>
    </w:p>
    <w:p w:rsidR="00F261D5" w:rsidRPr="00A16570" w:rsidRDefault="00F831C8">
      <w:pPr>
        <w:autoSpaceDE w:val="0"/>
        <w:autoSpaceDN w:val="0"/>
        <w:spacing w:before="190" w:after="0" w:line="271" w:lineRule="auto"/>
        <w:ind w:left="240" w:right="288"/>
        <w:rPr>
          <w:lang w:val="ru-RU"/>
        </w:rPr>
      </w:pPr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>—  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материалов;</w:t>
      </w:r>
    </w:p>
    <w:p w:rsidR="00F261D5" w:rsidRPr="00A16570" w:rsidRDefault="00F831C8">
      <w:pPr>
        <w:autoSpaceDE w:val="0"/>
        <w:autoSpaceDN w:val="0"/>
        <w:spacing w:before="192" w:after="0" w:line="230" w:lineRule="auto"/>
        <w:ind w:left="240"/>
        <w:rPr>
          <w:lang w:val="ru-RU"/>
        </w:rPr>
      </w:pPr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>—  участниками взаимодействия на литературных занятиях;</w:t>
      </w:r>
    </w:p>
    <w:p w:rsidR="00F261D5" w:rsidRPr="00A16570" w:rsidRDefault="00F831C8">
      <w:pPr>
        <w:autoSpaceDE w:val="0"/>
        <w:autoSpaceDN w:val="0"/>
        <w:spacing w:before="190" w:after="0" w:line="271" w:lineRule="auto"/>
        <w:ind w:left="240" w:right="144"/>
        <w:rPr>
          <w:lang w:val="ru-RU"/>
        </w:rPr>
      </w:pPr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>—  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отчёта перед группой.</w:t>
      </w:r>
    </w:p>
    <w:p w:rsidR="00F261D5" w:rsidRPr="00A16570" w:rsidRDefault="00F831C8">
      <w:pPr>
        <w:autoSpaceDE w:val="0"/>
        <w:autoSpaceDN w:val="0"/>
        <w:spacing w:before="178" w:after="0" w:line="230" w:lineRule="auto"/>
        <w:rPr>
          <w:lang w:val="ru-RU"/>
        </w:rPr>
      </w:pPr>
      <w:r w:rsidRPr="00A16570">
        <w:rPr>
          <w:rFonts w:ascii="Times New Roman" w:eastAsia="Times New Roman" w:hAnsi="Times New Roman"/>
          <w:b/>
          <w:i/>
          <w:color w:val="000000"/>
          <w:sz w:val="24"/>
          <w:lang w:val="ru-RU"/>
        </w:rPr>
        <w:t>Универсальные учебные регулятивные действия:</w:t>
      </w:r>
    </w:p>
    <w:p w:rsidR="00F261D5" w:rsidRPr="00A16570" w:rsidRDefault="00F831C8">
      <w:pPr>
        <w:autoSpaceDE w:val="0"/>
        <w:autoSpaceDN w:val="0"/>
        <w:spacing w:before="190" w:after="0" w:line="230" w:lineRule="auto"/>
        <w:rPr>
          <w:lang w:val="ru-RU"/>
        </w:rPr>
      </w:pPr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>1)</w:t>
      </w:r>
      <w:r w:rsidRPr="00A16570">
        <w:rPr>
          <w:rFonts w:ascii="Times New Roman" w:eastAsia="Times New Roman" w:hAnsi="Times New Roman"/>
          <w:i/>
          <w:color w:val="000000"/>
          <w:sz w:val="24"/>
          <w:lang w:val="ru-RU"/>
        </w:rPr>
        <w:t xml:space="preserve"> Самоорганизация</w:t>
      </w:r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>:</w:t>
      </w:r>
    </w:p>
    <w:p w:rsidR="00F261D5" w:rsidRPr="00A16570" w:rsidRDefault="00F831C8">
      <w:pPr>
        <w:autoSpaceDE w:val="0"/>
        <w:autoSpaceDN w:val="0"/>
        <w:spacing w:before="178" w:after="0" w:line="262" w:lineRule="auto"/>
        <w:ind w:left="240" w:right="288"/>
        <w:rPr>
          <w:lang w:val="ru-RU"/>
        </w:rPr>
      </w:pPr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>—  выявлять проблемы для решения в учебных и жизненных ситуациях, анализируя ситуации, изображённые в художественной литературе;</w:t>
      </w:r>
    </w:p>
    <w:p w:rsidR="00F261D5" w:rsidRPr="00A16570" w:rsidRDefault="00F831C8">
      <w:pPr>
        <w:autoSpaceDE w:val="0"/>
        <w:autoSpaceDN w:val="0"/>
        <w:spacing w:before="190" w:after="0" w:line="262" w:lineRule="auto"/>
        <w:ind w:left="240" w:right="720"/>
        <w:rPr>
          <w:lang w:val="ru-RU"/>
        </w:rPr>
      </w:pPr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>—  ориентироваться в различных подходах принятия решений (индивидуальное, принятие решения в группе, принятие решений группой);</w:t>
      </w:r>
    </w:p>
    <w:p w:rsidR="00F261D5" w:rsidRPr="00A16570" w:rsidRDefault="00F831C8">
      <w:pPr>
        <w:autoSpaceDE w:val="0"/>
        <w:autoSpaceDN w:val="0"/>
        <w:spacing w:before="190" w:after="0" w:line="271" w:lineRule="auto"/>
        <w:ind w:left="240" w:right="432"/>
        <w:rPr>
          <w:lang w:val="ru-RU"/>
        </w:rPr>
      </w:pPr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>—  самостоятельно составлять алгоритм решения учебной 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:rsidR="00F261D5" w:rsidRPr="00A16570" w:rsidRDefault="00F831C8">
      <w:pPr>
        <w:autoSpaceDE w:val="0"/>
        <w:autoSpaceDN w:val="0"/>
        <w:spacing w:before="190" w:after="0" w:line="271" w:lineRule="auto"/>
        <w:ind w:left="240" w:right="720"/>
        <w:rPr>
          <w:lang w:val="ru-RU"/>
        </w:rPr>
      </w:pPr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>—  составлять план действий (план реализации намеченного алгоритма решения) и корректировать предложенный алгоритм с учётом получения новых знаний об изучаемом литературном объекте;</w:t>
      </w:r>
    </w:p>
    <w:p w:rsidR="00F261D5" w:rsidRPr="00A16570" w:rsidRDefault="00F831C8">
      <w:pPr>
        <w:autoSpaceDE w:val="0"/>
        <w:autoSpaceDN w:val="0"/>
        <w:spacing w:before="190" w:after="0" w:line="230" w:lineRule="auto"/>
        <w:ind w:left="240"/>
        <w:rPr>
          <w:lang w:val="ru-RU"/>
        </w:rPr>
      </w:pPr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>—  делать выбор и брать ответственность за решение.</w:t>
      </w:r>
    </w:p>
    <w:p w:rsidR="00F261D5" w:rsidRPr="00A16570" w:rsidRDefault="00F831C8">
      <w:pPr>
        <w:autoSpaceDE w:val="0"/>
        <w:autoSpaceDN w:val="0"/>
        <w:spacing w:before="180" w:after="0" w:line="230" w:lineRule="auto"/>
        <w:rPr>
          <w:lang w:val="ru-RU"/>
        </w:rPr>
      </w:pPr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>2) С</w:t>
      </w:r>
      <w:r w:rsidRPr="00A16570">
        <w:rPr>
          <w:rFonts w:ascii="Times New Roman" w:eastAsia="Times New Roman" w:hAnsi="Times New Roman"/>
          <w:i/>
          <w:color w:val="000000"/>
          <w:sz w:val="24"/>
          <w:lang w:val="ru-RU"/>
        </w:rPr>
        <w:t>амоконтроль</w:t>
      </w:r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>:</w:t>
      </w:r>
    </w:p>
    <w:p w:rsidR="00F261D5" w:rsidRPr="00A16570" w:rsidRDefault="00F831C8">
      <w:pPr>
        <w:autoSpaceDE w:val="0"/>
        <w:autoSpaceDN w:val="0"/>
        <w:spacing w:before="180" w:after="0" w:line="262" w:lineRule="auto"/>
        <w:ind w:left="240" w:right="432"/>
        <w:rPr>
          <w:lang w:val="ru-RU"/>
        </w:rPr>
      </w:pPr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 xml:space="preserve">—  владеть способами самоконтроля, </w:t>
      </w:r>
      <w:proofErr w:type="spellStart"/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>самомотивации</w:t>
      </w:r>
      <w:proofErr w:type="spellEnd"/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 xml:space="preserve"> и рефлексии в школьном литературном образовании; давать адекватную оценку учебной ситуации и предлагать план её изменения;</w:t>
      </w:r>
    </w:p>
    <w:p w:rsidR="00F261D5" w:rsidRPr="00A16570" w:rsidRDefault="00F831C8">
      <w:pPr>
        <w:autoSpaceDE w:val="0"/>
        <w:autoSpaceDN w:val="0"/>
        <w:spacing w:before="190" w:after="0" w:line="262" w:lineRule="auto"/>
        <w:ind w:left="240"/>
        <w:rPr>
          <w:lang w:val="ru-RU"/>
        </w:rPr>
      </w:pPr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>—  учитывать контекст и предвидеть трудности, которые могут возникнуть при решении учебной задачи, адаптировать решение к меняющимся обстоятельствам;</w:t>
      </w:r>
    </w:p>
    <w:p w:rsidR="00F261D5" w:rsidRPr="00A16570" w:rsidRDefault="00F831C8">
      <w:pPr>
        <w:autoSpaceDE w:val="0"/>
        <w:autoSpaceDN w:val="0"/>
        <w:spacing w:before="190" w:after="0" w:line="262" w:lineRule="auto"/>
        <w:ind w:left="240" w:right="432"/>
        <w:rPr>
          <w:lang w:val="ru-RU"/>
        </w:rPr>
      </w:pPr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>—  объяснять причины достижения (</w:t>
      </w:r>
      <w:proofErr w:type="spellStart"/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>недостижения</w:t>
      </w:r>
      <w:proofErr w:type="spellEnd"/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 xml:space="preserve">) результатов деятельности, давать оценку приобретённому опыту, уметь находить </w:t>
      </w:r>
      <w:proofErr w:type="gramStart"/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>позитивное</w:t>
      </w:r>
      <w:proofErr w:type="gramEnd"/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 xml:space="preserve"> в произошедшей ситуации;</w:t>
      </w:r>
    </w:p>
    <w:p w:rsidR="00F261D5" w:rsidRPr="00A16570" w:rsidRDefault="00F831C8">
      <w:pPr>
        <w:autoSpaceDE w:val="0"/>
        <w:autoSpaceDN w:val="0"/>
        <w:spacing w:before="190" w:after="0" w:line="271" w:lineRule="auto"/>
        <w:ind w:left="240" w:right="288"/>
        <w:rPr>
          <w:lang w:val="ru-RU"/>
        </w:rPr>
      </w:pPr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>—  вносить коррективы в деятельность на основе новых обстоятельств и изменившихся ситуаций, установленных ошибок, возникших трудностей; оценивать соответствие результата цели и условиям.</w:t>
      </w:r>
    </w:p>
    <w:p w:rsidR="00F261D5" w:rsidRPr="00A16570" w:rsidRDefault="00F831C8">
      <w:pPr>
        <w:autoSpaceDE w:val="0"/>
        <w:autoSpaceDN w:val="0"/>
        <w:spacing w:before="178" w:after="0" w:line="230" w:lineRule="auto"/>
        <w:rPr>
          <w:lang w:val="ru-RU"/>
        </w:rPr>
      </w:pPr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 xml:space="preserve">3) </w:t>
      </w:r>
      <w:r w:rsidRPr="00A16570">
        <w:rPr>
          <w:rFonts w:ascii="Times New Roman" w:eastAsia="Times New Roman" w:hAnsi="Times New Roman"/>
          <w:i/>
          <w:color w:val="000000"/>
          <w:sz w:val="24"/>
          <w:lang w:val="ru-RU"/>
        </w:rPr>
        <w:t>Эмоциональный интеллект</w:t>
      </w:r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>:</w:t>
      </w:r>
    </w:p>
    <w:p w:rsidR="00F261D5" w:rsidRPr="00A16570" w:rsidRDefault="00F831C8">
      <w:pPr>
        <w:autoSpaceDE w:val="0"/>
        <w:autoSpaceDN w:val="0"/>
        <w:spacing w:before="178" w:after="0" w:line="262" w:lineRule="auto"/>
        <w:ind w:left="240"/>
        <w:rPr>
          <w:lang w:val="ru-RU"/>
        </w:rPr>
      </w:pPr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lastRenderedPageBreak/>
        <w:t>—  развивать способность различать и называть собственные эмоции, управлять ими и эмоциями других;</w:t>
      </w:r>
    </w:p>
    <w:p w:rsidR="00F261D5" w:rsidRPr="00A16570" w:rsidRDefault="00F261D5">
      <w:pPr>
        <w:autoSpaceDE w:val="0"/>
        <w:autoSpaceDN w:val="0"/>
        <w:spacing w:after="150" w:line="220" w:lineRule="exact"/>
        <w:rPr>
          <w:lang w:val="ru-RU"/>
        </w:rPr>
      </w:pPr>
    </w:p>
    <w:p w:rsidR="00F261D5" w:rsidRPr="00A16570" w:rsidRDefault="00F831C8">
      <w:pPr>
        <w:autoSpaceDE w:val="0"/>
        <w:autoSpaceDN w:val="0"/>
        <w:spacing w:after="0" w:line="230" w:lineRule="auto"/>
        <w:ind w:left="420"/>
        <w:rPr>
          <w:lang w:val="ru-RU"/>
        </w:rPr>
      </w:pPr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>—  выявлять и анализировать причины эмоций;</w:t>
      </w:r>
    </w:p>
    <w:p w:rsidR="00F261D5" w:rsidRPr="00A16570" w:rsidRDefault="00F831C8">
      <w:pPr>
        <w:autoSpaceDE w:val="0"/>
        <w:autoSpaceDN w:val="0"/>
        <w:spacing w:before="190" w:after="0" w:line="262" w:lineRule="auto"/>
        <w:ind w:left="420" w:right="144"/>
        <w:rPr>
          <w:lang w:val="ru-RU"/>
        </w:rPr>
      </w:pPr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>—  ставить себя на место другого человека, понимать мотивы и намерения другого, анализируя примеры из художественной литературы;</w:t>
      </w:r>
    </w:p>
    <w:p w:rsidR="00F261D5" w:rsidRPr="00A16570" w:rsidRDefault="00F831C8">
      <w:pPr>
        <w:autoSpaceDE w:val="0"/>
        <w:autoSpaceDN w:val="0"/>
        <w:spacing w:before="190" w:after="0" w:line="230" w:lineRule="auto"/>
        <w:ind w:left="420"/>
        <w:rPr>
          <w:lang w:val="ru-RU"/>
        </w:rPr>
      </w:pPr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>—  регулировать способ выражения своих эмоций;</w:t>
      </w:r>
    </w:p>
    <w:p w:rsidR="00F261D5" w:rsidRPr="00A16570" w:rsidRDefault="00F831C8">
      <w:pPr>
        <w:autoSpaceDE w:val="0"/>
        <w:autoSpaceDN w:val="0"/>
        <w:spacing w:before="178" w:after="0" w:line="230" w:lineRule="auto"/>
        <w:ind w:left="180"/>
        <w:rPr>
          <w:lang w:val="ru-RU"/>
        </w:rPr>
      </w:pPr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>4)</w:t>
      </w:r>
      <w:r w:rsidRPr="00A16570">
        <w:rPr>
          <w:rFonts w:ascii="Times New Roman" w:eastAsia="Times New Roman" w:hAnsi="Times New Roman"/>
          <w:i/>
          <w:color w:val="000000"/>
          <w:sz w:val="24"/>
          <w:lang w:val="ru-RU"/>
        </w:rPr>
        <w:t xml:space="preserve"> Принятие себя и других</w:t>
      </w:r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>:</w:t>
      </w:r>
    </w:p>
    <w:p w:rsidR="00F261D5" w:rsidRPr="00A16570" w:rsidRDefault="00F831C8">
      <w:pPr>
        <w:autoSpaceDE w:val="0"/>
        <w:autoSpaceDN w:val="0"/>
        <w:spacing w:before="178" w:after="0" w:line="262" w:lineRule="auto"/>
        <w:ind w:left="420"/>
        <w:rPr>
          <w:lang w:val="ru-RU"/>
        </w:rPr>
      </w:pPr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>—  осознанно относиться к другому человеку, его мнению, размышляя над взаимоотношениями литературных героев;</w:t>
      </w:r>
    </w:p>
    <w:p w:rsidR="00F261D5" w:rsidRPr="00A16570" w:rsidRDefault="00F831C8">
      <w:pPr>
        <w:autoSpaceDE w:val="0"/>
        <w:autoSpaceDN w:val="0"/>
        <w:spacing w:before="190" w:after="0" w:line="262" w:lineRule="auto"/>
        <w:ind w:left="420" w:right="432"/>
        <w:rPr>
          <w:lang w:val="ru-RU"/>
        </w:rPr>
      </w:pPr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>—  признавать своё право на ошибку и такое же право другого; принимать себя и других, не осуждая;</w:t>
      </w:r>
    </w:p>
    <w:p w:rsidR="00F261D5" w:rsidRPr="00A16570" w:rsidRDefault="00F831C8">
      <w:pPr>
        <w:autoSpaceDE w:val="0"/>
        <w:autoSpaceDN w:val="0"/>
        <w:spacing w:before="192" w:after="0" w:line="230" w:lineRule="auto"/>
        <w:ind w:left="420"/>
        <w:rPr>
          <w:lang w:val="ru-RU"/>
        </w:rPr>
      </w:pPr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>—  проявлять открытость себе и другим;</w:t>
      </w:r>
    </w:p>
    <w:p w:rsidR="00F261D5" w:rsidRPr="00A16570" w:rsidRDefault="00F831C8">
      <w:pPr>
        <w:autoSpaceDE w:val="0"/>
        <w:autoSpaceDN w:val="0"/>
        <w:spacing w:before="190" w:after="0" w:line="230" w:lineRule="auto"/>
        <w:ind w:left="420"/>
        <w:rPr>
          <w:lang w:val="ru-RU"/>
        </w:rPr>
      </w:pPr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>—  осознавать невозможность контролировать всё вокруг.</w:t>
      </w:r>
    </w:p>
    <w:p w:rsidR="00F261D5" w:rsidRPr="00A16570" w:rsidRDefault="00F831C8">
      <w:pPr>
        <w:autoSpaceDE w:val="0"/>
        <w:autoSpaceDN w:val="0"/>
        <w:spacing w:before="322" w:after="0" w:line="230" w:lineRule="auto"/>
        <w:rPr>
          <w:lang w:val="ru-RU"/>
        </w:rPr>
      </w:pPr>
      <w:r w:rsidRPr="00A16570">
        <w:rPr>
          <w:rFonts w:ascii="Times New Roman" w:eastAsia="Times New Roman" w:hAnsi="Times New Roman"/>
          <w:b/>
          <w:color w:val="000000"/>
          <w:sz w:val="24"/>
          <w:lang w:val="ru-RU"/>
        </w:rPr>
        <w:t>ПРЕДМЕТНЫЕ РЕЗУЛЬТАТЫ</w:t>
      </w:r>
    </w:p>
    <w:p w:rsidR="00F261D5" w:rsidRPr="00A16570" w:rsidRDefault="00F831C8">
      <w:pPr>
        <w:tabs>
          <w:tab w:val="left" w:pos="180"/>
        </w:tabs>
        <w:autoSpaceDE w:val="0"/>
        <w:autoSpaceDN w:val="0"/>
        <w:spacing w:before="166" w:after="0" w:line="286" w:lineRule="auto"/>
        <w:rPr>
          <w:lang w:val="ru-RU"/>
        </w:rPr>
      </w:pPr>
      <w:r w:rsidRPr="00A16570">
        <w:rPr>
          <w:lang w:val="ru-RU"/>
        </w:rPr>
        <w:tab/>
      </w:r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 xml:space="preserve">1) Понимать общечеловеческую и духовно-нравственную ценность литературы, осознавать её роль в воспитании любви к Родине и укреплении единства многонационального народа Российской Федерации; </w:t>
      </w:r>
      <w:r w:rsidRPr="00A16570">
        <w:rPr>
          <w:lang w:val="ru-RU"/>
        </w:rPr>
        <w:br/>
      </w:r>
      <w:r w:rsidRPr="00A16570">
        <w:rPr>
          <w:lang w:val="ru-RU"/>
        </w:rPr>
        <w:tab/>
      </w:r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 xml:space="preserve">2) понимать особенности литературы как вида словесного искусства, отличать художественный текст от текста научного, делового, публицистического; </w:t>
      </w:r>
      <w:r w:rsidRPr="00A16570">
        <w:rPr>
          <w:lang w:val="ru-RU"/>
        </w:rPr>
        <w:br/>
      </w:r>
      <w:r w:rsidRPr="00A16570">
        <w:rPr>
          <w:lang w:val="ru-RU"/>
        </w:rPr>
        <w:tab/>
      </w:r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>3) осуществлять элементарный смысловой и эстетический анализ произведений фольклора и художественной литературы; воспринимать, анализировать, интерпретировать и оценивать прочитанное (с учётом литературного развития обучающихся);</w:t>
      </w:r>
    </w:p>
    <w:p w:rsidR="00F261D5" w:rsidRPr="00A16570" w:rsidRDefault="00F831C8">
      <w:pPr>
        <w:autoSpaceDE w:val="0"/>
        <w:autoSpaceDN w:val="0"/>
        <w:spacing w:before="178" w:after="0" w:line="281" w:lineRule="auto"/>
        <w:ind w:left="420" w:right="576"/>
        <w:rPr>
          <w:lang w:val="ru-RU"/>
        </w:rPr>
      </w:pPr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>—  определять тему и главную мысль произведения, основные вопросы, поднятые автором; указывать родовую и жанровую принадлежность произведения; выявлять позицию героя и авторскую позицию; характеризовать героев-персонажей, давать их сравнительные характеристики; выявлять основные особенности языка художественного произведения, поэтической и прозаической речи;</w:t>
      </w:r>
    </w:p>
    <w:p w:rsidR="00F261D5" w:rsidRPr="00A16570" w:rsidRDefault="00F831C8">
      <w:pPr>
        <w:autoSpaceDE w:val="0"/>
        <w:autoSpaceDN w:val="0"/>
        <w:spacing w:before="190" w:after="0" w:line="286" w:lineRule="auto"/>
        <w:ind w:left="420"/>
        <w:rPr>
          <w:lang w:val="ru-RU"/>
        </w:rPr>
      </w:pPr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 xml:space="preserve">—  понимать сущность теоретико-литературных понятий и учиться использовать их в процессе анализа и интерпретации произведений, оформления собственных оценок и наблюдений: художественная литература и устное народное творчество; проза и поэзия; художественный образ; роды (лирика, эпос), жанры (рассказ, повесть, роман, басня, послание); форма и </w:t>
      </w:r>
      <w:r w:rsidRPr="00A16570">
        <w:rPr>
          <w:lang w:val="ru-RU"/>
        </w:rPr>
        <w:br/>
      </w:r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 xml:space="preserve">содержание литературного произведения; тема, идея, проблематика; сюжет, композиция; стадии развития действия: экспозиция, завязка, развитие действия, кульминация, развязка; </w:t>
      </w:r>
      <w:r w:rsidRPr="00A16570">
        <w:rPr>
          <w:lang w:val="ru-RU"/>
        </w:rPr>
        <w:br/>
      </w:r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>повествователь, рассказчик, литературный герой (персонаж), лирический герой, речевая характеристика героя; портрет, пейзаж, художественная деталь; юмор, ирония; эпитет, метафора, сравнение; олицетворение, гипербола; антитеза, аллегория; стихотворный метр (хорей, ямб), ритм, рифма, строфа;</w:t>
      </w:r>
    </w:p>
    <w:p w:rsidR="00F261D5" w:rsidRPr="00A16570" w:rsidRDefault="00F831C8">
      <w:pPr>
        <w:autoSpaceDE w:val="0"/>
        <w:autoSpaceDN w:val="0"/>
        <w:spacing w:before="190" w:after="0" w:line="262" w:lineRule="auto"/>
        <w:ind w:left="420" w:right="288"/>
        <w:rPr>
          <w:lang w:val="ru-RU"/>
        </w:rPr>
      </w:pPr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>—  выделять в произведениях элементы художественной формы и обнаруживать связи между ними;</w:t>
      </w:r>
    </w:p>
    <w:p w:rsidR="00F261D5" w:rsidRPr="00A16570" w:rsidRDefault="00F831C8">
      <w:pPr>
        <w:autoSpaceDE w:val="0"/>
        <w:autoSpaceDN w:val="0"/>
        <w:spacing w:before="190" w:after="0" w:line="271" w:lineRule="auto"/>
        <w:ind w:left="420" w:right="720"/>
        <w:rPr>
          <w:lang w:val="ru-RU"/>
        </w:rPr>
      </w:pPr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lastRenderedPageBreak/>
        <w:t>—  сопоставлять произведения, их фрагменты, образы персонажей, сюжеты разных литературных произведений, темы, проблемы, жанры (с учётом возраста и литературного развития обучающихся);</w:t>
      </w:r>
    </w:p>
    <w:p w:rsidR="00F261D5" w:rsidRPr="00A16570" w:rsidRDefault="00F831C8">
      <w:pPr>
        <w:autoSpaceDE w:val="0"/>
        <w:autoSpaceDN w:val="0"/>
        <w:spacing w:before="190" w:after="0" w:line="230" w:lineRule="auto"/>
        <w:ind w:left="420"/>
        <w:rPr>
          <w:lang w:val="ru-RU"/>
        </w:rPr>
      </w:pPr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 xml:space="preserve">—  сопоставлять с помощью </w:t>
      </w:r>
      <w:proofErr w:type="gramStart"/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>учителя</w:t>
      </w:r>
      <w:proofErr w:type="gramEnd"/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 xml:space="preserve"> изученные и самостоятельно прочитанные произведения</w:t>
      </w:r>
    </w:p>
    <w:p w:rsidR="00F261D5" w:rsidRPr="00A16570" w:rsidRDefault="00F261D5">
      <w:pPr>
        <w:autoSpaceDE w:val="0"/>
        <w:autoSpaceDN w:val="0"/>
        <w:spacing w:after="66" w:line="220" w:lineRule="exact"/>
        <w:rPr>
          <w:lang w:val="ru-RU"/>
        </w:rPr>
      </w:pPr>
    </w:p>
    <w:p w:rsidR="00F261D5" w:rsidRPr="00A16570" w:rsidRDefault="00F831C8">
      <w:pPr>
        <w:autoSpaceDE w:val="0"/>
        <w:autoSpaceDN w:val="0"/>
        <w:spacing w:after="0" w:line="262" w:lineRule="auto"/>
        <w:ind w:left="420" w:right="576"/>
        <w:rPr>
          <w:lang w:val="ru-RU"/>
        </w:rPr>
      </w:pPr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>художественной литературы с произведениями других видов искусства (живопись, музыка, театр, кино);</w:t>
      </w:r>
    </w:p>
    <w:p w:rsidR="00F261D5" w:rsidRPr="00A16570" w:rsidRDefault="00F831C8">
      <w:pPr>
        <w:tabs>
          <w:tab w:val="left" w:pos="180"/>
        </w:tabs>
        <w:autoSpaceDE w:val="0"/>
        <w:autoSpaceDN w:val="0"/>
        <w:spacing w:before="178" w:after="0" w:line="290" w:lineRule="auto"/>
        <w:rPr>
          <w:lang w:val="ru-RU"/>
        </w:rPr>
      </w:pPr>
      <w:r w:rsidRPr="00A16570">
        <w:rPr>
          <w:lang w:val="ru-RU"/>
        </w:rPr>
        <w:tab/>
      </w:r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 xml:space="preserve">4) выразительно читать стихи и прозу, в том числе наизусть (не менее 7 поэтических произведений, не выученных ранее), передавая личное отношение к произведению (с учётом литературного развития, индивидуальных особенностей обучающихся); </w:t>
      </w:r>
      <w:r w:rsidRPr="00A16570">
        <w:rPr>
          <w:lang w:val="ru-RU"/>
        </w:rPr>
        <w:br/>
      </w:r>
      <w:r w:rsidRPr="00A16570">
        <w:rPr>
          <w:lang w:val="ru-RU"/>
        </w:rPr>
        <w:tab/>
      </w:r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 xml:space="preserve">5) пересказывать прочитанное произведение, используя подробный, сжатый, выборочный, творческий пересказ, отвечать на вопросы по прочитанному произведению и с помощью учителя формулировать вопросы к тексту; </w:t>
      </w:r>
      <w:r w:rsidRPr="00A16570">
        <w:rPr>
          <w:lang w:val="ru-RU"/>
        </w:rPr>
        <w:br/>
      </w:r>
      <w:r w:rsidRPr="00A16570">
        <w:rPr>
          <w:lang w:val="ru-RU"/>
        </w:rPr>
        <w:tab/>
      </w:r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 xml:space="preserve">6) участвовать в беседе и диалоге о прочитанном произведении, давать аргументированную оценку прочитанному; </w:t>
      </w:r>
      <w:r w:rsidRPr="00A16570">
        <w:rPr>
          <w:lang w:val="ru-RU"/>
        </w:rPr>
        <w:br/>
      </w:r>
      <w:r w:rsidRPr="00A16570">
        <w:rPr>
          <w:lang w:val="ru-RU"/>
        </w:rPr>
        <w:tab/>
      </w:r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 xml:space="preserve">7) создавать устные и письменные высказывания разных жанров (объёмом не менее 100 слов), писать сочинение-рассуждение по заданной теме с опорой на прочитанные произведения, аннотацию, отзыв; </w:t>
      </w:r>
      <w:r w:rsidRPr="00A16570">
        <w:rPr>
          <w:lang w:val="ru-RU"/>
        </w:rPr>
        <w:br/>
      </w:r>
      <w:r w:rsidRPr="00A16570">
        <w:rPr>
          <w:lang w:val="ru-RU"/>
        </w:rPr>
        <w:tab/>
      </w:r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 xml:space="preserve">8) владеть умениями интерпретации и оценки текстуально изученных произведений фольклора, древнерусской, русской и зарубежной литературы и современных авторов с использованием методов смыслового чтения и эстетического анализа; </w:t>
      </w:r>
      <w:r w:rsidRPr="00A16570">
        <w:rPr>
          <w:lang w:val="ru-RU"/>
        </w:rPr>
        <w:br/>
      </w:r>
      <w:r w:rsidRPr="00A16570">
        <w:rPr>
          <w:lang w:val="ru-RU"/>
        </w:rPr>
        <w:tab/>
      </w:r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 xml:space="preserve">9) осознавать важность чтения и изучения произведений устного народного творчества и </w:t>
      </w:r>
      <w:r w:rsidRPr="00A16570">
        <w:rPr>
          <w:lang w:val="ru-RU"/>
        </w:rPr>
        <w:br/>
      </w:r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 xml:space="preserve">художественной литературы для познания мира, формирования эмоциональных и эстетических впечатлений, а также для собственного развития; </w:t>
      </w:r>
      <w:r w:rsidRPr="00A16570">
        <w:rPr>
          <w:lang w:val="ru-RU"/>
        </w:rPr>
        <w:br/>
      </w:r>
      <w:r w:rsidRPr="00A16570">
        <w:rPr>
          <w:lang w:val="ru-RU"/>
        </w:rPr>
        <w:tab/>
      </w:r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 xml:space="preserve">10) планировать собственное досуговое чтение, обогащать свой круг чтения по рекомендациям учителя, в том числе за счёт произведений современной литературы для детей и подростков; </w:t>
      </w:r>
      <w:r w:rsidRPr="00A16570">
        <w:rPr>
          <w:lang w:val="ru-RU"/>
        </w:rPr>
        <w:tab/>
      </w:r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 xml:space="preserve">11) развивать умения коллективной проектной или исследовательской деятельности под </w:t>
      </w:r>
      <w:r w:rsidRPr="00A16570">
        <w:rPr>
          <w:lang w:val="ru-RU"/>
        </w:rPr>
        <w:br/>
      </w:r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 xml:space="preserve">руководством учителя и учиться публично представлять полученные результаты; </w:t>
      </w:r>
      <w:r w:rsidRPr="00A16570">
        <w:rPr>
          <w:lang w:val="ru-RU"/>
        </w:rPr>
        <w:br/>
      </w:r>
      <w:r w:rsidRPr="00A16570">
        <w:rPr>
          <w:lang w:val="ru-RU"/>
        </w:rPr>
        <w:tab/>
      </w:r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 xml:space="preserve">12) развивать умение использовать словари и справочники, в том числе в электронной форме; пользоваться под руководством учителя электронными библиотеками и другими </w:t>
      </w:r>
      <w:proofErr w:type="spellStart"/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>интернет-ресурсами</w:t>
      </w:r>
      <w:proofErr w:type="spellEnd"/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>, соблюдая правила информационной безопасности.</w:t>
      </w:r>
    </w:p>
    <w:p w:rsidR="00F261D5" w:rsidRPr="00A16570" w:rsidRDefault="00F261D5">
      <w:pPr>
        <w:rPr>
          <w:lang w:val="ru-RU"/>
        </w:rPr>
        <w:sectPr w:rsidR="00F261D5" w:rsidRPr="00A16570">
          <w:pgSz w:w="11900" w:h="16840"/>
          <w:pgMar w:top="286" w:right="704" w:bottom="1440" w:left="666" w:header="720" w:footer="720" w:gutter="0"/>
          <w:cols w:space="720" w:equalWidth="0">
            <w:col w:w="10530" w:space="0"/>
          </w:cols>
          <w:docGrid w:linePitch="360"/>
        </w:sectPr>
      </w:pPr>
    </w:p>
    <w:p w:rsidR="00F261D5" w:rsidRPr="00A16570" w:rsidRDefault="00F261D5">
      <w:pPr>
        <w:autoSpaceDE w:val="0"/>
        <w:autoSpaceDN w:val="0"/>
        <w:spacing w:after="64" w:line="220" w:lineRule="exact"/>
        <w:rPr>
          <w:lang w:val="ru-RU"/>
        </w:rPr>
      </w:pPr>
    </w:p>
    <w:p w:rsidR="00F261D5" w:rsidRDefault="00F831C8">
      <w:pPr>
        <w:autoSpaceDE w:val="0"/>
        <w:autoSpaceDN w:val="0"/>
        <w:spacing w:after="258" w:line="233" w:lineRule="auto"/>
      </w:pPr>
      <w:r>
        <w:rPr>
          <w:rFonts w:ascii="Times New Roman" w:eastAsia="Times New Roman" w:hAnsi="Times New Roman"/>
          <w:b/>
          <w:color w:val="000000"/>
          <w:w w:val="101"/>
          <w:sz w:val="19"/>
        </w:rPr>
        <w:t xml:space="preserve">ТЕМАТИЧЕСКОЕ ПЛАНИРОВАНИЕ </w:t>
      </w:r>
    </w:p>
    <w:tbl>
      <w:tblPr>
        <w:tblW w:w="0" w:type="auto"/>
        <w:tblInd w:w="6" w:type="dxa"/>
        <w:tblLayout w:type="fixed"/>
        <w:tblLook w:val="04A0" w:firstRow="1" w:lastRow="0" w:firstColumn="1" w:lastColumn="0" w:noHBand="0" w:noVBand="1"/>
      </w:tblPr>
      <w:tblGrid>
        <w:gridCol w:w="468"/>
        <w:gridCol w:w="4576"/>
        <w:gridCol w:w="528"/>
        <w:gridCol w:w="1104"/>
        <w:gridCol w:w="1140"/>
        <w:gridCol w:w="804"/>
        <w:gridCol w:w="2642"/>
        <w:gridCol w:w="1322"/>
        <w:gridCol w:w="2918"/>
      </w:tblGrid>
      <w:tr w:rsidR="00F261D5">
        <w:trPr>
          <w:trHeight w:hRule="exact" w:val="348"/>
        </w:trPr>
        <w:tc>
          <w:tcPr>
            <w:tcW w:w="4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78" w:after="0" w:line="245" w:lineRule="auto"/>
              <w:ind w:right="144"/>
              <w:jc w:val="center"/>
            </w:pPr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>№</w:t>
            </w:r>
            <w:r>
              <w:br/>
            </w:r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>п/п</w:t>
            </w:r>
          </w:p>
        </w:tc>
        <w:tc>
          <w:tcPr>
            <w:tcW w:w="45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tcMar>
              <w:left w:w="0" w:type="dxa"/>
              <w:right w:w="0" w:type="dxa"/>
            </w:tcMar>
          </w:tcPr>
          <w:p w:rsidR="00F261D5" w:rsidRPr="00A16570" w:rsidRDefault="00F831C8">
            <w:pPr>
              <w:autoSpaceDE w:val="0"/>
              <w:autoSpaceDN w:val="0"/>
              <w:spacing w:before="78" w:after="0" w:line="230" w:lineRule="auto"/>
              <w:ind w:left="72"/>
              <w:rPr>
                <w:lang w:val="ru-RU"/>
              </w:rPr>
            </w:pPr>
            <w:r w:rsidRPr="00A16570"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  <w:lang w:val="ru-RU"/>
              </w:rPr>
              <w:t>Наименование разделов и тем программы</w:t>
            </w:r>
          </w:p>
        </w:tc>
        <w:tc>
          <w:tcPr>
            <w:tcW w:w="2772" w:type="dxa"/>
            <w:gridSpan w:val="3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78" w:after="0" w:line="230" w:lineRule="auto"/>
              <w:ind w:left="68"/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>Количество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>часов</w:t>
            </w:r>
            <w:proofErr w:type="spellEnd"/>
          </w:p>
        </w:tc>
        <w:tc>
          <w:tcPr>
            <w:tcW w:w="8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78" w:after="0" w:line="245" w:lineRule="auto"/>
              <w:ind w:left="72"/>
            </w:pPr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 xml:space="preserve">Дата </w:t>
            </w:r>
            <w:r>
              <w:br/>
            </w:r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>изучения</w:t>
            </w:r>
          </w:p>
        </w:tc>
        <w:tc>
          <w:tcPr>
            <w:tcW w:w="2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78" w:after="0" w:line="230" w:lineRule="auto"/>
              <w:ind w:left="74"/>
            </w:pPr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>Виды деятельности</w:t>
            </w:r>
          </w:p>
        </w:tc>
        <w:tc>
          <w:tcPr>
            <w:tcW w:w="13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78" w:after="0" w:line="245" w:lineRule="auto"/>
              <w:ind w:left="72" w:right="144"/>
            </w:pPr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>Виды, формы контроля</w:t>
            </w:r>
          </w:p>
        </w:tc>
        <w:tc>
          <w:tcPr>
            <w:tcW w:w="29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78" w:after="0" w:line="245" w:lineRule="auto"/>
              <w:ind w:left="72" w:right="864"/>
            </w:pPr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>Электронные (цифровые) образовательные ресурсы</w:t>
            </w:r>
          </w:p>
        </w:tc>
      </w:tr>
      <w:tr w:rsidR="00F261D5">
        <w:trPr>
          <w:trHeight w:hRule="exact" w:val="540"/>
        </w:trPr>
        <w:tc>
          <w:tcPr>
            <w:tcW w:w="17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1D5" w:rsidRDefault="00F261D5"/>
        </w:tc>
        <w:tc>
          <w:tcPr>
            <w:tcW w:w="17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</w:tcPr>
          <w:p w:rsidR="00F261D5" w:rsidRDefault="00F261D5"/>
        </w:tc>
        <w:tc>
          <w:tcPr>
            <w:tcW w:w="528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78" w:after="0" w:line="230" w:lineRule="auto"/>
              <w:jc w:val="center"/>
            </w:pPr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>всего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78" w:after="0" w:line="245" w:lineRule="auto"/>
              <w:ind w:left="72"/>
            </w:pPr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>контрольные работы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78" w:after="0" w:line="245" w:lineRule="auto"/>
              <w:ind w:left="72"/>
            </w:pPr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>практические работы</w:t>
            </w:r>
          </w:p>
        </w:tc>
        <w:tc>
          <w:tcPr>
            <w:tcW w:w="17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1D5" w:rsidRDefault="00F261D5"/>
        </w:tc>
        <w:tc>
          <w:tcPr>
            <w:tcW w:w="17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1D5" w:rsidRDefault="00F261D5"/>
        </w:tc>
        <w:tc>
          <w:tcPr>
            <w:tcW w:w="17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1D5" w:rsidRDefault="00F261D5"/>
        </w:tc>
        <w:tc>
          <w:tcPr>
            <w:tcW w:w="17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1D5" w:rsidRDefault="00F261D5"/>
        </w:tc>
      </w:tr>
      <w:tr w:rsidR="00F261D5">
        <w:trPr>
          <w:trHeight w:hRule="exact" w:val="348"/>
        </w:trPr>
        <w:tc>
          <w:tcPr>
            <w:tcW w:w="1550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Раздел 1.</w:t>
            </w:r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 xml:space="preserve"> Античная литература</w:t>
            </w:r>
          </w:p>
        </w:tc>
      </w:tr>
      <w:tr w:rsidR="00F261D5">
        <w:trPr>
          <w:trHeight w:hRule="exact" w:val="4000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0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1.1.</w:t>
            </w:r>
          </w:p>
        </w:tc>
        <w:tc>
          <w:tcPr>
            <w:tcW w:w="4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tcMar>
              <w:left w:w="0" w:type="dxa"/>
              <w:right w:w="0" w:type="dxa"/>
            </w:tcMar>
          </w:tcPr>
          <w:p w:rsidR="00F261D5" w:rsidRPr="00A16570" w:rsidRDefault="00F831C8">
            <w:pPr>
              <w:autoSpaceDE w:val="0"/>
              <w:autoSpaceDN w:val="0"/>
              <w:spacing w:before="80" w:after="0" w:line="230" w:lineRule="auto"/>
              <w:ind w:left="72"/>
              <w:rPr>
                <w:lang w:val="ru-RU"/>
              </w:rPr>
            </w:pPr>
            <w:r w:rsidRPr="00A16570"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  <w:lang w:val="ru-RU"/>
              </w:rPr>
              <w:t>Гомер. Поэмы «</w:t>
            </w:r>
            <w:proofErr w:type="spellStart"/>
            <w:r w:rsidRPr="00A16570"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  <w:lang w:val="ru-RU"/>
              </w:rPr>
              <w:t>Илиада»</w:t>
            </w:r>
            <w:proofErr w:type="gramStart"/>
            <w:r w:rsidRPr="00A16570"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  <w:lang w:val="ru-RU"/>
              </w:rPr>
              <w:t>,«</w:t>
            </w:r>
            <w:proofErr w:type="gramEnd"/>
            <w:r w:rsidRPr="00A16570"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  <w:lang w:val="ru-RU"/>
              </w:rPr>
              <w:t>Одиссея</w:t>
            </w:r>
            <w:proofErr w:type="spellEnd"/>
            <w:r w:rsidRPr="00A16570"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  <w:lang w:val="ru-RU"/>
              </w:rPr>
              <w:t>» (фрагменты)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0" w:after="0" w:line="230" w:lineRule="auto"/>
              <w:ind w:left="68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4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261D5"/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261D5"/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261D5"/>
        </w:tc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Pr="00A16570" w:rsidRDefault="00F831C8">
            <w:pPr>
              <w:autoSpaceDE w:val="0"/>
              <w:autoSpaceDN w:val="0"/>
              <w:spacing w:before="80" w:after="0" w:line="254" w:lineRule="auto"/>
              <w:ind w:left="74"/>
              <w:rPr>
                <w:lang w:val="ru-RU"/>
              </w:rPr>
            </w:pP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Выразительно читать фрагменты произведений;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Характеризовать героя поэмы,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создавать словесный портрет на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основе авторского описания и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художественных деталей;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Сопоставлять литературные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произведения с мифологической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основой, а также на основе близости их тематики и проблематики;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сравнивать персонажей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произведения по сходству или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контрасту; сопоставлять с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эпическими произведениями других народов;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Владеть умениями анализировать произведение, различными видами пересказа художественного текста (подробный, сжатый, выборочный, творческий);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0" w:after="0" w:line="230" w:lineRule="auto"/>
              <w:ind w:left="7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;</w:t>
            </w:r>
          </w:p>
        </w:tc>
        <w:tc>
          <w:tcPr>
            <w:tcW w:w="2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0" w:after="0" w:line="245" w:lineRule="auto"/>
              <w:ind w:left="72" w:right="720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https://resh.edu.ru/subject/lesson/ 7069/start/246450/</w:t>
            </w:r>
          </w:p>
        </w:tc>
      </w:tr>
      <w:tr w:rsidR="00F261D5">
        <w:trPr>
          <w:trHeight w:hRule="exact" w:val="348"/>
        </w:trPr>
        <w:tc>
          <w:tcPr>
            <w:tcW w:w="50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Итого по разделу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76" w:after="0" w:line="233" w:lineRule="auto"/>
              <w:ind w:left="68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4</w:t>
            </w:r>
          </w:p>
        </w:tc>
        <w:tc>
          <w:tcPr>
            <w:tcW w:w="993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261D5"/>
        </w:tc>
      </w:tr>
      <w:tr w:rsidR="00F261D5">
        <w:trPr>
          <w:trHeight w:hRule="exact" w:val="328"/>
        </w:trPr>
        <w:tc>
          <w:tcPr>
            <w:tcW w:w="1550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Раздел 2.</w:t>
            </w:r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 xml:space="preserve"> Фольклор</w:t>
            </w:r>
          </w:p>
        </w:tc>
      </w:tr>
    </w:tbl>
    <w:p w:rsidR="00F261D5" w:rsidRDefault="00F261D5">
      <w:pPr>
        <w:autoSpaceDE w:val="0"/>
        <w:autoSpaceDN w:val="0"/>
        <w:spacing w:after="0" w:line="14" w:lineRule="exact"/>
      </w:pPr>
    </w:p>
    <w:p w:rsidR="00F261D5" w:rsidRDefault="00F261D5">
      <w:pPr>
        <w:sectPr w:rsidR="00F261D5">
          <w:pgSz w:w="16840" w:h="11900"/>
          <w:pgMar w:top="282" w:right="640" w:bottom="1440" w:left="666" w:header="720" w:footer="720" w:gutter="0"/>
          <w:cols w:space="720" w:equalWidth="0">
            <w:col w:w="15534" w:space="0"/>
          </w:cols>
          <w:docGrid w:linePitch="360"/>
        </w:sectPr>
      </w:pPr>
    </w:p>
    <w:p w:rsidR="00F261D5" w:rsidRDefault="00F261D5">
      <w:pPr>
        <w:autoSpaceDE w:val="0"/>
        <w:autoSpaceDN w:val="0"/>
        <w:spacing w:after="66" w:line="220" w:lineRule="exact"/>
      </w:pPr>
    </w:p>
    <w:tbl>
      <w:tblPr>
        <w:tblW w:w="0" w:type="auto"/>
        <w:tblInd w:w="6" w:type="dxa"/>
        <w:tblLayout w:type="fixed"/>
        <w:tblLook w:val="04A0" w:firstRow="1" w:lastRow="0" w:firstColumn="1" w:lastColumn="0" w:noHBand="0" w:noVBand="1"/>
      </w:tblPr>
      <w:tblGrid>
        <w:gridCol w:w="468"/>
        <w:gridCol w:w="4576"/>
        <w:gridCol w:w="528"/>
        <w:gridCol w:w="1104"/>
        <w:gridCol w:w="1140"/>
        <w:gridCol w:w="804"/>
        <w:gridCol w:w="2642"/>
        <w:gridCol w:w="1322"/>
        <w:gridCol w:w="2918"/>
      </w:tblGrid>
      <w:tr w:rsidR="00F261D5">
        <w:trPr>
          <w:trHeight w:hRule="exact" w:val="6232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7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2.1.</w:t>
            </w:r>
          </w:p>
        </w:tc>
        <w:tc>
          <w:tcPr>
            <w:tcW w:w="4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tcMar>
              <w:left w:w="0" w:type="dxa"/>
              <w:right w:w="0" w:type="dxa"/>
            </w:tcMar>
          </w:tcPr>
          <w:p w:rsidR="00F261D5" w:rsidRPr="00A16570" w:rsidRDefault="00F831C8">
            <w:pPr>
              <w:autoSpaceDE w:val="0"/>
              <w:autoSpaceDN w:val="0"/>
              <w:spacing w:before="78" w:after="0" w:line="245" w:lineRule="auto"/>
              <w:ind w:left="72" w:right="144"/>
              <w:rPr>
                <w:lang w:val="ru-RU"/>
              </w:rPr>
            </w:pP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Былины (не менее двух). Например, «Илья Муромец и Соловей-разбойник», «Садко» 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78" w:after="0" w:line="230" w:lineRule="auto"/>
              <w:ind w:left="68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4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261D5"/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261D5"/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261D5"/>
        </w:tc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Pr="00A16570" w:rsidRDefault="00F831C8">
            <w:pPr>
              <w:autoSpaceDE w:val="0"/>
              <w:autoSpaceDN w:val="0"/>
              <w:spacing w:before="78" w:after="0" w:line="257" w:lineRule="auto"/>
              <w:ind w:left="74"/>
              <w:rPr>
                <w:lang w:val="ru-RU"/>
              </w:rPr>
            </w:pP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Выразительно читать былины,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пересказывать, передавая языковые и интонационные особенности этого жанра;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Работать со словом, с историко-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культурным комментарием;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Отвечать на вопросы, составлять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развёрнутый план, определять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идейно-тематическое содержание былин;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Определять особенности былины как эпического жанра, выявлять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особенности композиции,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художественные детали, определяя их роль в повествовании, ритмико-мелодическое своеобразие русской былины;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Характеризовать героев былин,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оценивать их поступки;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Сопоставлять былины с другими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известными произведениями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героического эпоса;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Определять роль гиперболы как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одного из основных средств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изображения былинных героев;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Читать выразительно фольклорные произведения;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Выражать личное читательское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отношение к прочитанному;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Устно или письменно отвечать на вопросы;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78" w:after="0" w:line="245" w:lineRule="auto"/>
              <w:ind w:right="144"/>
              <w:jc w:val="center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тестирование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;</w:t>
            </w:r>
          </w:p>
        </w:tc>
        <w:tc>
          <w:tcPr>
            <w:tcW w:w="2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78" w:after="0" w:line="247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https://resh.edu.ru/subject/14/6/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https://skazki.rustih.ru/vneklassnoe-chtenie-6-klass/</w:t>
            </w:r>
          </w:p>
        </w:tc>
      </w:tr>
      <w:tr w:rsidR="00F261D5">
        <w:trPr>
          <w:trHeight w:hRule="exact" w:val="924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76" w:after="0" w:line="233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2.2.</w:t>
            </w:r>
          </w:p>
        </w:tc>
        <w:tc>
          <w:tcPr>
            <w:tcW w:w="4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>Развитие речи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76" w:after="0" w:line="233" w:lineRule="auto"/>
              <w:ind w:left="68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261D5"/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261D5"/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261D5"/>
        </w:tc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Pr="00A16570" w:rsidRDefault="00F831C8">
            <w:pPr>
              <w:autoSpaceDE w:val="0"/>
              <w:autoSpaceDN w:val="0"/>
              <w:spacing w:before="76" w:after="0" w:line="250" w:lineRule="auto"/>
              <w:ind w:left="74" w:right="144"/>
              <w:rPr>
                <w:lang w:val="ru-RU"/>
              </w:rPr>
            </w:pP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Выразительное </w:t>
            </w:r>
            <w:proofErr w:type="spellStart"/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чтение.Нахождение</w:t>
            </w:r>
            <w:proofErr w:type="spellEnd"/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 примеров использования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изобразительно-выразительных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средств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76" w:after="0" w:line="250" w:lineRule="auto"/>
              <w:ind w:left="72" w:right="144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Письменный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контроль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;</w:t>
            </w:r>
          </w:p>
        </w:tc>
        <w:tc>
          <w:tcPr>
            <w:tcW w:w="2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https://resh.edu.ru/subject/14/6/</w:t>
            </w:r>
          </w:p>
        </w:tc>
      </w:tr>
      <w:tr w:rsidR="00F261D5">
        <w:trPr>
          <w:trHeight w:hRule="exact" w:val="2846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7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2.3.</w:t>
            </w:r>
          </w:p>
        </w:tc>
        <w:tc>
          <w:tcPr>
            <w:tcW w:w="4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tcMar>
              <w:left w:w="0" w:type="dxa"/>
              <w:right w:w="0" w:type="dxa"/>
            </w:tcMar>
          </w:tcPr>
          <w:p w:rsidR="00F261D5" w:rsidRPr="00A16570" w:rsidRDefault="00F831C8">
            <w:pPr>
              <w:autoSpaceDE w:val="0"/>
              <w:autoSpaceDN w:val="0"/>
              <w:spacing w:before="78" w:after="0" w:line="247" w:lineRule="auto"/>
              <w:ind w:left="72"/>
              <w:rPr>
                <w:lang w:val="ru-RU"/>
              </w:rPr>
            </w:pP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Народные песни и баллады народов России и мира (не менее трёх песен и одной баллады). «Песнь о Роланде» (фрагменты), «Песнь о </w:t>
            </w:r>
            <w:proofErr w:type="spellStart"/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Нибелунгах</w:t>
            </w:r>
            <w:proofErr w:type="spellEnd"/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» (фрагменты), баллада «</w:t>
            </w:r>
            <w:proofErr w:type="spellStart"/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Аника</w:t>
            </w:r>
            <w:proofErr w:type="spellEnd"/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-воин» и др.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78" w:after="0" w:line="230" w:lineRule="auto"/>
              <w:ind w:left="68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3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261D5"/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261D5"/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261D5"/>
        </w:tc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Pr="00A16570" w:rsidRDefault="00F831C8">
            <w:pPr>
              <w:autoSpaceDE w:val="0"/>
              <w:autoSpaceDN w:val="0"/>
              <w:spacing w:before="78" w:after="0" w:line="254" w:lineRule="auto"/>
              <w:ind w:left="74"/>
              <w:rPr>
                <w:lang w:val="ru-RU"/>
              </w:rPr>
            </w:pP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Работать со словом, с историко-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культурным комментарием;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Читать выразительно фольклорные произведения;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Определять художественно-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тематические особенности народных песен и баллады;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Выражать личное читательское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отношение к прочитанному;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Устно или письменно отвечать на вопросы;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Работать со словарями, определять значение устаревших слов и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выражений;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78" w:after="0" w:line="230" w:lineRule="auto"/>
              <w:ind w:left="7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;</w:t>
            </w:r>
          </w:p>
        </w:tc>
        <w:tc>
          <w:tcPr>
            <w:tcW w:w="2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78" w:after="0" w:line="250" w:lineRule="auto"/>
              <w:ind w:left="72" w:right="288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https://resh.edu.ru/subject/lesson/7027/ start/246322/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https://resh.edu.ru/subject/lesson/7074/ start/290853/</w:t>
            </w:r>
          </w:p>
        </w:tc>
      </w:tr>
      <w:tr w:rsidR="00F261D5">
        <w:trPr>
          <w:trHeight w:hRule="exact" w:val="712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76" w:after="0" w:line="233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2.4.</w:t>
            </w:r>
          </w:p>
        </w:tc>
        <w:tc>
          <w:tcPr>
            <w:tcW w:w="4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>Развитие речи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76" w:after="0" w:line="233" w:lineRule="auto"/>
              <w:ind w:left="68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261D5"/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261D5"/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261D5"/>
        </w:tc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76" w:after="0" w:line="233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Выразительное чтение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76" w:after="0" w:line="250" w:lineRule="auto"/>
              <w:ind w:left="72" w:right="144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Устный опрос; практическая работа;</w:t>
            </w:r>
          </w:p>
        </w:tc>
        <w:tc>
          <w:tcPr>
            <w:tcW w:w="2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76" w:after="0" w:line="245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https://resh.edu.ru/subject/lesson/7415/start/ 302301/</w:t>
            </w:r>
          </w:p>
        </w:tc>
      </w:tr>
    </w:tbl>
    <w:p w:rsidR="00F261D5" w:rsidRDefault="00F261D5">
      <w:pPr>
        <w:autoSpaceDE w:val="0"/>
        <w:autoSpaceDN w:val="0"/>
        <w:spacing w:after="0" w:line="14" w:lineRule="exact"/>
      </w:pPr>
    </w:p>
    <w:p w:rsidR="00F261D5" w:rsidRDefault="00F261D5">
      <w:pPr>
        <w:sectPr w:rsidR="00F261D5">
          <w:pgSz w:w="16840" w:h="11900"/>
          <w:pgMar w:top="284" w:right="640" w:bottom="292" w:left="666" w:header="720" w:footer="720" w:gutter="0"/>
          <w:cols w:space="720" w:equalWidth="0">
            <w:col w:w="15534" w:space="0"/>
          </w:cols>
          <w:docGrid w:linePitch="360"/>
        </w:sectPr>
      </w:pPr>
    </w:p>
    <w:p w:rsidR="00F261D5" w:rsidRDefault="00F261D5">
      <w:pPr>
        <w:autoSpaceDE w:val="0"/>
        <w:autoSpaceDN w:val="0"/>
        <w:spacing w:after="66" w:line="220" w:lineRule="exact"/>
      </w:pPr>
    </w:p>
    <w:tbl>
      <w:tblPr>
        <w:tblW w:w="0" w:type="auto"/>
        <w:tblInd w:w="6" w:type="dxa"/>
        <w:tblLayout w:type="fixed"/>
        <w:tblLook w:val="04A0" w:firstRow="1" w:lastRow="0" w:firstColumn="1" w:lastColumn="0" w:noHBand="0" w:noVBand="1"/>
      </w:tblPr>
      <w:tblGrid>
        <w:gridCol w:w="468"/>
        <w:gridCol w:w="4576"/>
        <w:gridCol w:w="528"/>
        <w:gridCol w:w="1104"/>
        <w:gridCol w:w="1140"/>
        <w:gridCol w:w="804"/>
        <w:gridCol w:w="2642"/>
        <w:gridCol w:w="1322"/>
        <w:gridCol w:w="2918"/>
      </w:tblGrid>
      <w:tr w:rsidR="00F261D5">
        <w:trPr>
          <w:trHeight w:hRule="exact" w:val="348"/>
        </w:trPr>
        <w:tc>
          <w:tcPr>
            <w:tcW w:w="50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Итого по разделу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78" w:after="0" w:line="230" w:lineRule="auto"/>
              <w:ind w:left="68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9</w:t>
            </w:r>
          </w:p>
        </w:tc>
        <w:tc>
          <w:tcPr>
            <w:tcW w:w="993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261D5"/>
        </w:tc>
      </w:tr>
      <w:tr w:rsidR="00F261D5">
        <w:trPr>
          <w:trHeight w:hRule="exact" w:val="348"/>
        </w:trPr>
        <w:tc>
          <w:tcPr>
            <w:tcW w:w="1550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Раздел 3.</w:t>
            </w:r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 xml:space="preserve"> Древнерусская литература </w:t>
            </w:r>
          </w:p>
        </w:tc>
      </w:tr>
      <w:tr w:rsidR="00F261D5">
        <w:trPr>
          <w:trHeight w:hRule="exact" w:val="3614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7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3.1.</w:t>
            </w:r>
          </w:p>
        </w:tc>
        <w:tc>
          <w:tcPr>
            <w:tcW w:w="4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tcMar>
              <w:left w:w="0" w:type="dxa"/>
              <w:right w:w="0" w:type="dxa"/>
            </w:tcMar>
          </w:tcPr>
          <w:p w:rsidR="00F261D5" w:rsidRPr="00A16570" w:rsidRDefault="00F831C8">
            <w:pPr>
              <w:autoSpaceDE w:val="0"/>
              <w:autoSpaceDN w:val="0"/>
              <w:spacing w:before="78" w:after="0" w:line="250" w:lineRule="auto"/>
              <w:ind w:left="72" w:right="432"/>
              <w:rPr>
                <w:lang w:val="ru-RU"/>
              </w:rPr>
            </w:pP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«Повесть временных лет» (не менее одного фрагмента). Например, «Сказание о белгородском киселе», «Сказание о походе князя Олега на Царьград», «Предание о смерти князя Олега» 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78" w:after="0" w:line="230" w:lineRule="auto"/>
              <w:ind w:left="68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2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261D5"/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261D5"/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261D5"/>
        </w:tc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Pr="00A16570" w:rsidRDefault="00F831C8">
            <w:pPr>
              <w:autoSpaceDE w:val="0"/>
              <w:autoSpaceDN w:val="0"/>
              <w:spacing w:before="78" w:after="0" w:line="254" w:lineRule="auto"/>
              <w:ind w:left="74"/>
              <w:rPr>
                <w:lang w:val="ru-RU"/>
              </w:rPr>
            </w:pP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Выразительно читать произведение с учётом особенностей жанра;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Работать со словарями, определять значение устаревших слов и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выражений;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Выявлять характерные для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произведений древнерусской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литературы темы, образы и приёмы изображения человека;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Определять с помощью учителя роль и место древнерусских повестей в истории русской литературы;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Характеризовать образ рассказчика и главных героев;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Выявлять средства художественной выразительности, анализировать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идейно-тематическое содержание повести;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78" w:after="0" w:line="247" w:lineRule="auto"/>
              <w:ind w:left="72" w:right="144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Письменный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контроль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;</w:t>
            </w:r>
          </w:p>
        </w:tc>
        <w:tc>
          <w:tcPr>
            <w:tcW w:w="2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78" w:after="0" w:line="245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https://resh.edu.ru/subject/lesson/7030/start/ 266369</w:t>
            </w:r>
          </w:p>
        </w:tc>
      </w:tr>
      <w:tr w:rsidR="00F261D5">
        <w:trPr>
          <w:trHeight w:hRule="exact" w:val="842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7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3.2.</w:t>
            </w:r>
          </w:p>
        </w:tc>
        <w:tc>
          <w:tcPr>
            <w:tcW w:w="4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>Внеклассное чтение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78" w:after="0" w:line="230" w:lineRule="auto"/>
              <w:ind w:left="68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261D5"/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261D5"/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261D5"/>
        </w:tc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Pr="00A16570" w:rsidRDefault="00F831C8">
            <w:pPr>
              <w:autoSpaceDE w:val="0"/>
              <w:autoSpaceDN w:val="0"/>
              <w:spacing w:before="78" w:after="0" w:line="247" w:lineRule="auto"/>
              <w:ind w:left="74" w:right="144"/>
              <w:rPr>
                <w:lang w:val="ru-RU"/>
              </w:rPr>
            </w:pP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Выборочное чтение, обсуждение содержания, характеристика героев, определение особенностей языка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78" w:after="0" w:line="230" w:lineRule="auto"/>
              <w:ind w:left="7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;</w:t>
            </w:r>
          </w:p>
        </w:tc>
        <w:tc>
          <w:tcPr>
            <w:tcW w:w="2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https://resh.edu.ru/subject/14/6/</w:t>
            </w:r>
          </w:p>
        </w:tc>
      </w:tr>
      <w:tr w:rsidR="00F261D5">
        <w:trPr>
          <w:trHeight w:hRule="exact" w:val="348"/>
        </w:trPr>
        <w:tc>
          <w:tcPr>
            <w:tcW w:w="50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Итого по разделу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78" w:after="0" w:line="230" w:lineRule="auto"/>
              <w:ind w:left="68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3</w:t>
            </w:r>
          </w:p>
        </w:tc>
        <w:tc>
          <w:tcPr>
            <w:tcW w:w="993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261D5"/>
        </w:tc>
      </w:tr>
      <w:tr w:rsidR="00F261D5" w:rsidRPr="00957039">
        <w:trPr>
          <w:trHeight w:hRule="exact" w:val="328"/>
        </w:trPr>
        <w:tc>
          <w:tcPr>
            <w:tcW w:w="1550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Pr="00A16570" w:rsidRDefault="00F831C8">
            <w:pPr>
              <w:autoSpaceDE w:val="0"/>
              <w:autoSpaceDN w:val="0"/>
              <w:spacing w:before="76" w:after="0" w:line="233" w:lineRule="auto"/>
              <w:ind w:left="72"/>
              <w:rPr>
                <w:lang w:val="ru-RU"/>
              </w:rPr>
            </w:pP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Раздел 4.</w:t>
            </w:r>
            <w:r w:rsidRPr="00A16570"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  <w:lang w:val="ru-RU"/>
              </w:rPr>
              <w:t xml:space="preserve"> Литература первой половины </w:t>
            </w:r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>XIX</w:t>
            </w:r>
            <w:r w:rsidRPr="00A16570"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  <w:lang w:val="ru-RU"/>
              </w:rPr>
              <w:t xml:space="preserve"> века</w:t>
            </w:r>
          </w:p>
        </w:tc>
      </w:tr>
    </w:tbl>
    <w:p w:rsidR="00F261D5" w:rsidRPr="00A16570" w:rsidRDefault="00F261D5">
      <w:pPr>
        <w:autoSpaceDE w:val="0"/>
        <w:autoSpaceDN w:val="0"/>
        <w:spacing w:after="0" w:line="14" w:lineRule="exact"/>
        <w:rPr>
          <w:lang w:val="ru-RU"/>
        </w:rPr>
      </w:pPr>
    </w:p>
    <w:p w:rsidR="00F261D5" w:rsidRPr="00A16570" w:rsidRDefault="00F261D5">
      <w:pPr>
        <w:rPr>
          <w:lang w:val="ru-RU"/>
        </w:rPr>
        <w:sectPr w:rsidR="00F261D5" w:rsidRPr="00A16570">
          <w:pgSz w:w="16840" w:h="11900"/>
          <w:pgMar w:top="284" w:right="640" w:bottom="1440" w:left="666" w:header="720" w:footer="720" w:gutter="0"/>
          <w:cols w:space="720" w:equalWidth="0">
            <w:col w:w="15534" w:space="0"/>
          </w:cols>
          <w:docGrid w:linePitch="360"/>
        </w:sectPr>
      </w:pPr>
    </w:p>
    <w:p w:rsidR="00F261D5" w:rsidRPr="00A16570" w:rsidRDefault="00F261D5">
      <w:pPr>
        <w:autoSpaceDE w:val="0"/>
        <w:autoSpaceDN w:val="0"/>
        <w:spacing w:after="66" w:line="220" w:lineRule="exact"/>
        <w:rPr>
          <w:lang w:val="ru-RU"/>
        </w:rPr>
      </w:pPr>
    </w:p>
    <w:tbl>
      <w:tblPr>
        <w:tblW w:w="0" w:type="auto"/>
        <w:tblInd w:w="6" w:type="dxa"/>
        <w:tblLayout w:type="fixed"/>
        <w:tblLook w:val="04A0" w:firstRow="1" w:lastRow="0" w:firstColumn="1" w:lastColumn="0" w:noHBand="0" w:noVBand="1"/>
      </w:tblPr>
      <w:tblGrid>
        <w:gridCol w:w="468"/>
        <w:gridCol w:w="4576"/>
        <w:gridCol w:w="528"/>
        <w:gridCol w:w="1104"/>
        <w:gridCol w:w="1140"/>
        <w:gridCol w:w="804"/>
        <w:gridCol w:w="2642"/>
        <w:gridCol w:w="1322"/>
        <w:gridCol w:w="2918"/>
      </w:tblGrid>
      <w:tr w:rsidR="00F261D5">
        <w:trPr>
          <w:trHeight w:hRule="exact" w:val="6640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7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4.1.</w:t>
            </w:r>
          </w:p>
        </w:tc>
        <w:tc>
          <w:tcPr>
            <w:tcW w:w="4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78" w:after="0" w:line="247" w:lineRule="auto"/>
              <w:ind w:left="72" w:right="144"/>
            </w:pP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А. С. Пушкин. Стихотворения (не менее трёх).  «Песнь о вещем Олеге», «Зимняя дорога», «Узник», «Туча» и др.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Роман</w:t>
            </w:r>
            <w:proofErr w:type="spellEnd"/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«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Дубровский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».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78" w:after="0" w:line="230" w:lineRule="auto"/>
              <w:ind w:left="68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10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261D5"/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261D5"/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261D5"/>
        </w:tc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Pr="00A16570" w:rsidRDefault="00F831C8">
            <w:pPr>
              <w:autoSpaceDE w:val="0"/>
              <w:autoSpaceDN w:val="0"/>
              <w:spacing w:before="78" w:after="0" w:line="257" w:lineRule="auto"/>
              <w:ind w:left="74"/>
              <w:rPr>
                <w:lang w:val="ru-RU"/>
              </w:rPr>
            </w:pP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Читать выразительно стихотворение; Отличать поэтический текст от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прозаического, аргументировать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свой ответ;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Выявлять средства художественной изобразительности в лирических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произведениях (эпитет, метафора, олицетворение, сравнение);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Выполнять письменные работы по первоначальному анализу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стихотворения;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Заучивать стихотворение наизусть; Читать, анализировать и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интерпретировать художественный текст, сравнивать его с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произведением древнерусской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литературы;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Определять общее и особенное в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подаче сюжета;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Уметь работать со словарями,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определять значение устаревших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слов и выражений;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Читать фрагменты прозаического произведения;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Анализировать текст, выявлять тему, композицию, круг главных героев и второстепенных персонажей;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Составлять развёрнутый план,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пересказывать фрагменты текста; Аргументированно высказывать своё отношение к событиям и героям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произведения;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Писать сочинение на одну из тем;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78" w:after="0" w:line="247" w:lineRule="auto"/>
              <w:ind w:left="72" w:right="144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практическая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работа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;</w:t>
            </w:r>
          </w:p>
        </w:tc>
        <w:tc>
          <w:tcPr>
            <w:tcW w:w="2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78" w:after="0" w:line="254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https://resh.edu.ru/subject/lesson/7041/start/ 292538/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https://resh.edu.ru/subject/lesson/7042/start/ 247058/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https://resh.edu.ru/subject/lesson/7044/start/ 247410/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https://resh.edu.ru/subject/lesson/7045/start/ 314958/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https://resh.edu.ru/subject/lesson/7046/start/ 314926/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https://resh.edu.ru/subject/lesson/7038/start/ 314894/</w:t>
            </w:r>
          </w:p>
        </w:tc>
      </w:tr>
      <w:tr w:rsidR="00F261D5">
        <w:trPr>
          <w:trHeight w:hRule="exact" w:val="840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76" w:after="0" w:line="233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4.2.</w:t>
            </w:r>
          </w:p>
        </w:tc>
        <w:tc>
          <w:tcPr>
            <w:tcW w:w="4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>Развитие речи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76" w:after="0" w:line="233" w:lineRule="auto"/>
              <w:ind w:left="68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261D5"/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261D5"/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261D5"/>
        </w:tc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Pr="00A16570" w:rsidRDefault="00F831C8">
            <w:pPr>
              <w:autoSpaceDE w:val="0"/>
              <w:autoSpaceDN w:val="0"/>
              <w:spacing w:before="76" w:after="0" w:line="250" w:lineRule="auto"/>
              <w:ind w:left="74" w:right="720"/>
              <w:rPr>
                <w:lang w:val="ru-RU"/>
              </w:rPr>
            </w:pP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Подготовка к сочинению: </w:t>
            </w:r>
            <w:proofErr w:type="spellStart"/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план</w:t>
            </w:r>
            <w:proofErr w:type="gramStart"/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,с</w:t>
            </w:r>
            <w:proofErr w:type="gramEnd"/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обирание</w:t>
            </w:r>
            <w:proofErr w:type="spellEnd"/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 материала, оформление цитат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76" w:after="0" w:line="245" w:lineRule="auto"/>
              <w:ind w:right="288"/>
              <w:jc w:val="center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подготовка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к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сочинению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;</w:t>
            </w:r>
          </w:p>
        </w:tc>
        <w:tc>
          <w:tcPr>
            <w:tcW w:w="2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https://resh.edu.ru/subject/14/6/</w:t>
            </w:r>
          </w:p>
        </w:tc>
      </w:tr>
      <w:tr w:rsidR="00F261D5">
        <w:trPr>
          <w:trHeight w:hRule="exact" w:val="2634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7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4.3.</w:t>
            </w:r>
          </w:p>
        </w:tc>
        <w:tc>
          <w:tcPr>
            <w:tcW w:w="4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tcMar>
              <w:left w:w="0" w:type="dxa"/>
              <w:right w:w="0" w:type="dxa"/>
            </w:tcMar>
          </w:tcPr>
          <w:p w:rsidR="00F261D5" w:rsidRPr="00A16570" w:rsidRDefault="00F831C8">
            <w:pPr>
              <w:autoSpaceDE w:val="0"/>
              <w:autoSpaceDN w:val="0"/>
              <w:spacing w:before="78" w:after="0" w:line="245" w:lineRule="auto"/>
              <w:ind w:left="72"/>
              <w:rPr>
                <w:lang w:val="ru-RU"/>
              </w:rPr>
            </w:pP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М. Ю. Лермонтов. Стихотворения (не менее трёх). «Три </w:t>
            </w:r>
            <w:proofErr w:type="spellStart"/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пальмы»</w:t>
            </w:r>
            <w:proofErr w:type="gramStart"/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,«</w:t>
            </w:r>
            <w:proofErr w:type="gramEnd"/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Листок</w:t>
            </w:r>
            <w:proofErr w:type="spellEnd"/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», «Утёс» и др.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78" w:after="0" w:line="230" w:lineRule="auto"/>
              <w:ind w:left="68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3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261D5"/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261D5"/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261D5"/>
        </w:tc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Pr="00A16570" w:rsidRDefault="00F831C8">
            <w:pPr>
              <w:autoSpaceDE w:val="0"/>
              <w:autoSpaceDN w:val="0"/>
              <w:spacing w:before="78" w:after="0" w:line="254" w:lineRule="auto"/>
              <w:ind w:left="74"/>
              <w:rPr>
                <w:lang w:val="ru-RU"/>
              </w:rPr>
            </w:pP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;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Выразительно читать стихотворение; Определять тематическое единство подобранных произведений;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Выявлять средства художественной изобразительности в лирических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произведениях (эпитет, метафора, олицетворение, сравнение);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Сопоставлять художественные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тексты с произведениями других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видов искусств;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Заучивать по выбору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стихотворение/я наизусть;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78" w:after="0" w:line="247" w:lineRule="auto"/>
              <w:ind w:left="72" w:right="144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практическая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работа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;</w:t>
            </w:r>
          </w:p>
        </w:tc>
        <w:tc>
          <w:tcPr>
            <w:tcW w:w="2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78" w:after="0" w:line="252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https://resh.edu.ru/subject/lesson/7048/start/ 246130/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https://resh.edu.ru/subject/lesson/7049/start/ 315021/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https://resh.edu.ru/subject/lesson/7038/start/ 314894/</w:t>
            </w:r>
          </w:p>
        </w:tc>
      </w:tr>
    </w:tbl>
    <w:p w:rsidR="00F261D5" w:rsidRDefault="00F261D5">
      <w:pPr>
        <w:autoSpaceDE w:val="0"/>
        <w:autoSpaceDN w:val="0"/>
        <w:spacing w:after="0" w:line="14" w:lineRule="exact"/>
      </w:pPr>
    </w:p>
    <w:p w:rsidR="00F261D5" w:rsidRDefault="00F261D5">
      <w:pPr>
        <w:sectPr w:rsidR="00F261D5">
          <w:pgSz w:w="16840" w:h="11900"/>
          <w:pgMar w:top="284" w:right="640" w:bottom="592" w:left="666" w:header="720" w:footer="720" w:gutter="0"/>
          <w:cols w:space="720" w:equalWidth="0">
            <w:col w:w="15534" w:space="0"/>
          </w:cols>
          <w:docGrid w:linePitch="360"/>
        </w:sectPr>
      </w:pPr>
    </w:p>
    <w:p w:rsidR="00F261D5" w:rsidRDefault="00F261D5">
      <w:pPr>
        <w:autoSpaceDE w:val="0"/>
        <w:autoSpaceDN w:val="0"/>
        <w:spacing w:after="66" w:line="220" w:lineRule="exact"/>
      </w:pPr>
    </w:p>
    <w:tbl>
      <w:tblPr>
        <w:tblW w:w="0" w:type="auto"/>
        <w:tblInd w:w="6" w:type="dxa"/>
        <w:tblLayout w:type="fixed"/>
        <w:tblLook w:val="04A0" w:firstRow="1" w:lastRow="0" w:firstColumn="1" w:lastColumn="0" w:noHBand="0" w:noVBand="1"/>
      </w:tblPr>
      <w:tblGrid>
        <w:gridCol w:w="468"/>
        <w:gridCol w:w="4576"/>
        <w:gridCol w:w="528"/>
        <w:gridCol w:w="1104"/>
        <w:gridCol w:w="1140"/>
        <w:gridCol w:w="804"/>
        <w:gridCol w:w="2642"/>
        <w:gridCol w:w="1322"/>
        <w:gridCol w:w="2918"/>
      </w:tblGrid>
      <w:tr w:rsidR="00F261D5">
        <w:trPr>
          <w:trHeight w:hRule="exact" w:val="3230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7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4.4.</w:t>
            </w:r>
          </w:p>
        </w:tc>
        <w:tc>
          <w:tcPr>
            <w:tcW w:w="4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78" w:after="0" w:line="245" w:lineRule="auto"/>
              <w:ind w:left="72" w:right="576"/>
            </w:pP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А. В. Кольцов. Стихотворения (не менее двух). </w:t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«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Косарь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»,«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Соловей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др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.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78" w:after="0" w:line="230" w:lineRule="auto"/>
              <w:ind w:left="68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2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261D5"/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261D5"/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261D5"/>
        </w:tc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Pr="00A16570" w:rsidRDefault="00F831C8">
            <w:pPr>
              <w:autoSpaceDE w:val="0"/>
              <w:autoSpaceDN w:val="0"/>
              <w:spacing w:before="78" w:after="0" w:line="254" w:lineRule="auto"/>
              <w:ind w:left="74"/>
              <w:rPr>
                <w:lang w:val="ru-RU"/>
              </w:rPr>
            </w:pP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;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Выразительно читать поэтический текст;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Определять идейно-художественное содержание текста, выявлять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средства художественной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выразительности;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Видеть взаимосвязь пейзажной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зарисовки с душевным состоянием и настроением человека;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Характеризовать лирического героя; Работать со словарями, определять значение устаревших слов и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выражений;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Читать одно из стихотворений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наизусть;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78" w:after="0" w:line="230" w:lineRule="auto"/>
              <w:ind w:left="7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;</w:t>
            </w:r>
          </w:p>
        </w:tc>
        <w:tc>
          <w:tcPr>
            <w:tcW w:w="2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https://resh.edu.ru/subject/14/6/</w:t>
            </w:r>
          </w:p>
        </w:tc>
      </w:tr>
      <w:tr w:rsidR="00F261D5">
        <w:trPr>
          <w:trHeight w:hRule="exact" w:val="540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76" w:after="0" w:line="233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4.5.</w:t>
            </w:r>
          </w:p>
        </w:tc>
        <w:tc>
          <w:tcPr>
            <w:tcW w:w="4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>Внеклассное чтение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76" w:after="0" w:line="233" w:lineRule="auto"/>
              <w:ind w:left="68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261D5"/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261D5"/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261D5"/>
        </w:tc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76" w:after="0" w:line="245" w:lineRule="auto"/>
              <w:ind w:left="74" w:right="288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Выяснение особенностей поэтики автора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Устный опрос;</w:t>
            </w:r>
          </w:p>
        </w:tc>
        <w:tc>
          <w:tcPr>
            <w:tcW w:w="2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https://resh.edu.ru/subject/14/6/</w:t>
            </w:r>
          </w:p>
        </w:tc>
      </w:tr>
      <w:tr w:rsidR="00F261D5">
        <w:trPr>
          <w:trHeight w:hRule="exact" w:val="348"/>
        </w:trPr>
        <w:tc>
          <w:tcPr>
            <w:tcW w:w="50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Итого по разделу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78" w:after="0" w:line="230" w:lineRule="auto"/>
              <w:ind w:left="68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17</w:t>
            </w:r>
          </w:p>
        </w:tc>
        <w:tc>
          <w:tcPr>
            <w:tcW w:w="993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261D5"/>
        </w:tc>
      </w:tr>
      <w:tr w:rsidR="00F261D5" w:rsidRPr="00957039">
        <w:trPr>
          <w:trHeight w:hRule="exact" w:val="348"/>
        </w:trPr>
        <w:tc>
          <w:tcPr>
            <w:tcW w:w="1550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Pr="00A16570" w:rsidRDefault="00F831C8">
            <w:pPr>
              <w:autoSpaceDE w:val="0"/>
              <w:autoSpaceDN w:val="0"/>
              <w:spacing w:before="78" w:after="0" w:line="230" w:lineRule="auto"/>
              <w:ind w:left="72"/>
              <w:rPr>
                <w:lang w:val="ru-RU"/>
              </w:rPr>
            </w:pP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Раздел 5.</w:t>
            </w:r>
            <w:r w:rsidRPr="00A16570"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  <w:lang w:val="ru-RU"/>
              </w:rPr>
              <w:t xml:space="preserve"> Литература второй половины </w:t>
            </w:r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>XIX</w:t>
            </w:r>
            <w:r w:rsidRPr="00A16570"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  <w:lang w:val="ru-RU"/>
              </w:rPr>
              <w:t xml:space="preserve"> века </w:t>
            </w:r>
          </w:p>
        </w:tc>
      </w:tr>
      <w:tr w:rsidR="00F261D5">
        <w:trPr>
          <w:trHeight w:hRule="exact" w:val="1886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7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5.1.</w:t>
            </w:r>
          </w:p>
        </w:tc>
        <w:tc>
          <w:tcPr>
            <w:tcW w:w="4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tcMar>
              <w:left w:w="0" w:type="dxa"/>
              <w:right w:w="0" w:type="dxa"/>
            </w:tcMar>
          </w:tcPr>
          <w:p w:rsidR="00F261D5" w:rsidRPr="00A16570" w:rsidRDefault="00F831C8">
            <w:pPr>
              <w:autoSpaceDE w:val="0"/>
              <w:autoSpaceDN w:val="0"/>
              <w:spacing w:before="78" w:after="0" w:line="245" w:lineRule="auto"/>
              <w:ind w:left="72" w:right="432"/>
              <w:rPr>
                <w:lang w:val="ru-RU"/>
              </w:rPr>
            </w:pP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Ф. И. Тютчев. Стихотворения (не менее двух). «Есть в осени первоначальной…», «С поляны коршун поднялся…» 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78" w:after="0" w:line="230" w:lineRule="auto"/>
              <w:ind w:left="68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2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261D5"/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261D5"/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261D5"/>
        </w:tc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Pr="00A16570" w:rsidRDefault="00F831C8">
            <w:pPr>
              <w:autoSpaceDE w:val="0"/>
              <w:autoSpaceDN w:val="0"/>
              <w:spacing w:before="78" w:after="0" w:line="254" w:lineRule="auto"/>
              <w:ind w:left="74"/>
              <w:rPr>
                <w:lang w:val="ru-RU"/>
              </w:rPr>
            </w:pP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;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Читать выразительно стихотворение; Определять его тематическое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содержание и эмоциональный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настрой;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Выявлять средства художественной выразительности;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Читать одно из стихотворений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наизусть;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78" w:after="0" w:line="230" w:lineRule="auto"/>
              <w:ind w:left="7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;</w:t>
            </w:r>
          </w:p>
        </w:tc>
        <w:tc>
          <w:tcPr>
            <w:tcW w:w="2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78" w:after="0" w:line="245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https://resh.edu.ru/subject/lesson/7035/start/ 247250/</w:t>
            </w:r>
          </w:p>
        </w:tc>
      </w:tr>
      <w:tr w:rsidR="00F261D5">
        <w:trPr>
          <w:trHeight w:hRule="exact" w:val="1864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76" w:after="0" w:line="233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5.2.</w:t>
            </w:r>
          </w:p>
        </w:tc>
        <w:tc>
          <w:tcPr>
            <w:tcW w:w="4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tcMar>
              <w:left w:w="0" w:type="dxa"/>
              <w:right w:w="0" w:type="dxa"/>
            </w:tcMar>
          </w:tcPr>
          <w:p w:rsidR="00F261D5" w:rsidRPr="00A16570" w:rsidRDefault="00F831C8">
            <w:pPr>
              <w:autoSpaceDE w:val="0"/>
              <w:autoSpaceDN w:val="0"/>
              <w:spacing w:before="76" w:after="0" w:line="245" w:lineRule="auto"/>
              <w:ind w:left="72" w:right="288"/>
              <w:rPr>
                <w:lang w:val="ru-RU"/>
              </w:rPr>
            </w:pP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А. А. Фет. Стихотворения (не менее двух). «Учись у них — у дуба, у берёзы…», «Я пришёл к тебе с приветом…». 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76" w:after="0" w:line="233" w:lineRule="auto"/>
              <w:ind w:left="68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2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261D5"/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261D5"/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261D5"/>
        </w:tc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Pr="00A16570" w:rsidRDefault="00F831C8">
            <w:pPr>
              <w:autoSpaceDE w:val="0"/>
              <w:autoSpaceDN w:val="0"/>
              <w:spacing w:before="76" w:after="0" w:line="254" w:lineRule="auto"/>
              <w:ind w:left="74"/>
              <w:rPr>
                <w:lang w:val="ru-RU"/>
              </w:rPr>
            </w:pP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Читать выразительно стихотворение, анализировать;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Находить языковые средства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художественной выразительности (эпитет, сравнение, метафора,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олицетворение), определять их роль в создании поэтических образов;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Читать одно из стихотворений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наизусть;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76" w:after="0" w:line="233" w:lineRule="auto"/>
              <w:ind w:left="7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;</w:t>
            </w:r>
          </w:p>
        </w:tc>
        <w:tc>
          <w:tcPr>
            <w:tcW w:w="2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76" w:after="0" w:line="245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https://resh.edu.ru/subject/lesson/7052/start/ 307610/</w:t>
            </w:r>
          </w:p>
        </w:tc>
      </w:tr>
    </w:tbl>
    <w:p w:rsidR="00F261D5" w:rsidRDefault="00F261D5">
      <w:pPr>
        <w:autoSpaceDE w:val="0"/>
        <w:autoSpaceDN w:val="0"/>
        <w:spacing w:after="0" w:line="14" w:lineRule="exact"/>
      </w:pPr>
    </w:p>
    <w:p w:rsidR="00F261D5" w:rsidRDefault="00F261D5">
      <w:pPr>
        <w:sectPr w:rsidR="00F261D5">
          <w:pgSz w:w="16840" w:h="11900"/>
          <w:pgMar w:top="284" w:right="640" w:bottom="1440" w:left="666" w:header="720" w:footer="720" w:gutter="0"/>
          <w:cols w:space="720" w:equalWidth="0">
            <w:col w:w="15534" w:space="0"/>
          </w:cols>
          <w:docGrid w:linePitch="360"/>
        </w:sectPr>
      </w:pPr>
    </w:p>
    <w:p w:rsidR="00F261D5" w:rsidRDefault="00F261D5">
      <w:pPr>
        <w:autoSpaceDE w:val="0"/>
        <w:autoSpaceDN w:val="0"/>
        <w:spacing w:after="66" w:line="220" w:lineRule="exact"/>
      </w:pPr>
    </w:p>
    <w:tbl>
      <w:tblPr>
        <w:tblW w:w="0" w:type="auto"/>
        <w:tblInd w:w="6" w:type="dxa"/>
        <w:tblLayout w:type="fixed"/>
        <w:tblLook w:val="04A0" w:firstRow="1" w:lastRow="0" w:firstColumn="1" w:lastColumn="0" w:noHBand="0" w:noVBand="1"/>
      </w:tblPr>
      <w:tblGrid>
        <w:gridCol w:w="468"/>
        <w:gridCol w:w="4576"/>
        <w:gridCol w:w="528"/>
        <w:gridCol w:w="1104"/>
        <w:gridCol w:w="1140"/>
        <w:gridCol w:w="804"/>
        <w:gridCol w:w="2642"/>
        <w:gridCol w:w="1322"/>
        <w:gridCol w:w="2918"/>
      </w:tblGrid>
      <w:tr w:rsidR="00F261D5">
        <w:trPr>
          <w:trHeight w:hRule="exact" w:val="3998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7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5.3.</w:t>
            </w:r>
          </w:p>
        </w:tc>
        <w:tc>
          <w:tcPr>
            <w:tcW w:w="4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tcMar>
              <w:left w:w="0" w:type="dxa"/>
              <w:right w:w="0" w:type="dxa"/>
            </w:tcMar>
          </w:tcPr>
          <w:p w:rsidR="00F261D5" w:rsidRPr="00A16570" w:rsidRDefault="00F831C8">
            <w:pPr>
              <w:autoSpaceDE w:val="0"/>
              <w:autoSpaceDN w:val="0"/>
              <w:spacing w:before="78" w:after="0" w:line="230" w:lineRule="auto"/>
              <w:ind w:left="72"/>
              <w:rPr>
                <w:lang w:val="ru-RU"/>
              </w:rPr>
            </w:pPr>
            <w:r w:rsidRPr="00A16570"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  <w:lang w:val="ru-RU"/>
              </w:rPr>
              <w:t>И. С. Тургенев.</w:t>
            </w:r>
          </w:p>
          <w:p w:rsidR="00F261D5" w:rsidRPr="00A16570" w:rsidRDefault="00F831C8">
            <w:pPr>
              <w:autoSpaceDE w:val="0"/>
              <w:autoSpaceDN w:val="0"/>
              <w:spacing w:before="20" w:after="0" w:line="230" w:lineRule="auto"/>
              <w:ind w:left="72"/>
              <w:rPr>
                <w:lang w:val="ru-RU"/>
              </w:rPr>
            </w:pPr>
            <w:r w:rsidRPr="00A16570"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  <w:lang w:val="ru-RU"/>
              </w:rPr>
              <w:t>Рассказ «</w:t>
            </w:r>
            <w:proofErr w:type="spellStart"/>
            <w:r w:rsidRPr="00A16570"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  <w:lang w:val="ru-RU"/>
              </w:rPr>
              <w:t>Бежин</w:t>
            </w:r>
            <w:proofErr w:type="spellEnd"/>
            <w:r w:rsidRPr="00A16570"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  <w:lang w:val="ru-RU"/>
              </w:rPr>
              <w:t xml:space="preserve"> луг» 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78" w:after="0" w:line="230" w:lineRule="auto"/>
              <w:ind w:left="68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3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261D5"/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261D5"/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261D5"/>
        </w:tc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Pr="00A16570" w:rsidRDefault="00F831C8">
            <w:pPr>
              <w:autoSpaceDE w:val="0"/>
              <w:autoSpaceDN w:val="0"/>
              <w:spacing w:before="78" w:after="0" w:line="254" w:lineRule="auto"/>
              <w:ind w:left="74"/>
              <w:rPr>
                <w:lang w:val="ru-RU"/>
              </w:rPr>
            </w:pP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;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Воспринимать и выразительно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читать литературное произведение; Уметь отвечать на вопросы, задавать вопросы к тексту, пересказывать; Составлять план (простой,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подробный);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Выделять наиболее яркие эпизоды произведения;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Определять тему, идею;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Характеризовать главных героев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рассказа;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Определять роль пейзажных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описаний в произведении;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Сопоставлять художественный текст с произведениями других видов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искусств;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Составлять отзыв на рассказ;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Пользоваться библиотечным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каталогом для поиска книги;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78" w:after="0" w:line="245" w:lineRule="auto"/>
              <w:ind w:right="144"/>
              <w:jc w:val="center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тестирование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;</w:t>
            </w:r>
          </w:p>
        </w:tc>
        <w:tc>
          <w:tcPr>
            <w:tcW w:w="2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78" w:after="0" w:line="25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https://resh.edu.ru/subject/lesson/7050/start/ 247346/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https://resh.edu.ru/subject/lesson/7036/start/ 247282/</w:t>
            </w:r>
          </w:p>
        </w:tc>
      </w:tr>
      <w:tr w:rsidR="00F261D5">
        <w:trPr>
          <w:trHeight w:hRule="exact" w:val="540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7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5.4.</w:t>
            </w:r>
          </w:p>
        </w:tc>
        <w:tc>
          <w:tcPr>
            <w:tcW w:w="4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>Развитие речи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78" w:after="0" w:line="230" w:lineRule="auto"/>
              <w:ind w:left="68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261D5"/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261D5"/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261D5"/>
        </w:tc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Pr="00A16570" w:rsidRDefault="00F831C8">
            <w:pPr>
              <w:autoSpaceDE w:val="0"/>
              <w:autoSpaceDN w:val="0"/>
              <w:spacing w:before="78" w:after="0" w:line="245" w:lineRule="auto"/>
              <w:ind w:left="74" w:right="432"/>
              <w:rPr>
                <w:lang w:val="ru-RU"/>
              </w:rPr>
            </w:pP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Подготовка к художественному пересказу </w:t>
            </w:r>
            <w:proofErr w:type="spellStart"/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быличек</w:t>
            </w:r>
            <w:proofErr w:type="spellEnd"/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78" w:after="0" w:line="245" w:lineRule="auto"/>
              <w:ind w:left="7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Художественный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пересказ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;</w:t>
            </w:r>
          </w:p>
        </w:tc>
        <w:tc>
          <w:tcPr>
            <w:tcW w:w="2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https://resh.edu.ru/subject/14/6/</w:t>
            </w:r>
          </w:p>
        </w:tc>
      </w:tr>
      <w:tr w:rsidR="00F261D5">
        <w:trPr>
          <w:trHeight w:hRule="exact" w:val="3614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7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5.5.</w:t>
            </w:r>
          </w:p>
        </w:tc>
        <w:tc>
          <w:tcPr>
            <w:tcW w:w="4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tcMar>
              <w:left w:w="0" w:type="dxa"/>
              <w:right w:w="0" w:type="dxa"/>
            </w:tcMar>
          </w:tcPr>
          <w:p w:rsidR="00F261D5" w:rsidRPr="00A16570" w:rsidRDefault="00F831C8">
            <w:pPr>
              <w:autoSpaceDE w:val="0"/>
              <w:autoSpaceDN w:val="0"/>
              <w:spacing w:before="78" w:after="0" w:line="230" w:lineRule="auto"/>
              <w:ind w:left="72"/>
              <w:rPr>
                <w:lang w:val="ru-RU"/>
              </w:rPr>
            </w:pPr>
            <w:r w:rsidRPr="00A16570"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  <w:lang w:val="ru-RU"/>
              </w:rPr>
              <w:t>Н. С. Лесков.</w:t>
            </w:r>
          </w:p>
          <w:p w:rsidR="00F261D5" w:rsidRPr="00A16570" w:rsidRDefault="00F831C8">
            <w:pPr>
              <w:autoSpaceDE w:val="0"/>
              <w:autoSpaceDN w:val="0"/>
              <w:spacing w:before="20" w:after="0" w:line="230" w:lineRule="auto"/>
              <w:ind w:left="72"/>
              <w:rPr>
                <w:lang w:val="ru-RU"/>
              </w:rPr>
            </w:pPr>
            <w:r w:rsidRPr="00A16570"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  <w:lang w:val="ru-RU"/>
              </w:rPr>
              <w:t xml:space="preserve">Сказ «Левша» 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78" w:after="0" w:line="230" w:lineRule="auto"/>
              <w:ind w:left="68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3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261D5"/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261D5"/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261D5"/>
        </w:tc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Pr="00A16570" w:rsidRDefault="00F831C8">
            <w:pPr>
              <w:autoSpaceDE w:val="0"/>
              <w:autoSpaceDN w:val="0"/>
              <w:spacing w:before="78" w:after="0" w:line="254" w:lineRule="auto"/>
              <w:ind w:left="74"/>
              <w:rPr>
                <w:lang w:val="ru-RU"/>
              </w:rPr>
            </w:pP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;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Читать текст, отвечать на вопросы; Владеть различными видами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пересказа художественного текста (подробный, сжатый, выборочный); Характеризовать героя, его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поступки;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Определять основную мысль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произведения, жанровые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особенности, художественные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средства изобразительности;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Работать со словарями, определять значение устаревших слов и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выражений;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Аргументированно высказывать своё отношение к герою произведения; Создавать аннотацию на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прочитанное произведение;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78" w:after="0" w:line="245" w:lineRule="auto"/>
              <w:ind w:right="144"/>
              <w:jc w:val="center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тестирование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;</w:t>
            </w:r>
          </w:p>
        </w:tc>
        <w:tc>
          <w:tcPr>
            <w:tcW w:w="2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78" w:after="0" w:line="25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https://resh.edu.ru/subject/lesson/7051/start/ 246066/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https://resh.edu.ru/subject/lesson/7032/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start/315085/</w:t>
            </w:r>
          </w:p>
        </w:tc>
      </w:tr>
      <w:tr w:rsidR="00F261D5">
        <w:trPr>
          <w:trHeight w:hRule="exact" w:val="906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7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5.6.</w:t>
            </w:r>
          </w:p>
        </w:tc>
        <w:tc>
          <w:tcPr>
            <w:tcW w:w="4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>Развитие речи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78" w:after="0" w:line="230" w:lineRule="auto"/>
              <w:ind w:left="68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261D5"/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261D5"/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261D5"/>
        </w:tc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7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Подготовка к сочинению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78" w:after="0" w:line="245" w:lineRule="auto"/>
              <w:ind w:left="72" w:right="288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Подготовка к сочинению;</w:t>
            </w:r>
          </w:p>
        </w:tc>
        <w:tc>
          <w:tcPr>
            <w:tcW w:w="2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78" w:after="0" w:line="25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https://resh.edu.ru/subject/lesson/7051/start/ 246066/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https://resh.edu.ru/subject/lesson/7032/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start/315085/</w:t>
            </w:r>
          </w:p>
        </w:tc>
      </w:tr>
    </w:tbl>
    <w:p w:rsidR="00F261D5" w:rsidRDefault="00F261D5">
      <w:pPr>
        <w:autoSpaceDE w:val="0"/>
        <w:autoSpaceDN w:val="0"/>
        <w:spacing w:after="0" w:line="14" w:lineRule="exact"/>
      </w:pPr>
    </w:p>
    <w:p w:rsidR="00F261D5" w:rsidRDefault="00F261D5">
      <w:pPr>
        <w:sectPr w:rsidR="00F261D5">
          <w:pgSz w:w="16840" w:h="11900"/>
          <w:pgMar w:top="284" w:right="640" w:bottom="1120" w:left="666" w:header="720" w:footer="720" w:gutter="0"/>
          <w:cols w:space="720" w:equalWidth="0">
            <w:col w:w="15534" w:space="0"/>
          </w:cols>
          <w:docGrid w:linePitch="360"/>
        </w:sectPr>
      </w:pPr>
    </w:p>
    <w:p w:rsidR="00F261D5" w:rsidRDefault="00F261D5">
      <w:pPr>
        <w:autoSpaceDE w:val="0"/>
        <w:autoSpaceDN w:val="0"/>
        <w:spacing w:after="66" w:line="220" w:lineRule="exact"/>
      </w:pPr>
    </w:p>
    <w:tbl>
      <w:tblPr>
        <w:tblW w:w="0" w:type="auto"/>
        <w:tblInd w:w="6" w:type="dxa"/>
        <w:tblLayout w:type="fixed"/>
        <w:tblLook w:val="04A0" w:firstRow="1" w:lastRow="0" w:firstColumn="1" w:lastColumn="0" w:noHBand="0" w:noVBand="1"/>
      </w:tblPr>
      <w:tblGrid>
        <w:gridCol w:w="468"/>
        <w:gridCol w:w="4576"/>
        <w:gridCol w:w="528"/>
        <w:gridCol w:w="1104"/>
        <w:gridCol w:w="1140"/>
        <w:gridCol w:w="804"/>
        <w:gridCol w:w="2642"/>
        <w:gridCol w:w="1322"/>
        <w:gridCol w:w="2918"/>
      </w:tblGrid>
      <w:tr w:rsidR="00F261D5">
        <w:trPr>
          <w:trHeight w:hRule="exact" w:val="3254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7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5.7.</w:t>
            </w:r>
          </w:p>
        </w:tc>
        <w:tc>
          <w:tcPr>
            <w:tcW w:w="4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tcMar>
              <w:left w:w="0" w:type="dxa"/>
              <w:right w:w="0" w:type="dxa"/>
            </w:tcMar>
          </w:tcPr>
          <w:p w:rsidR="00F261D5" w:rsidRPr="00A16570" w:rsidRDefault="00F831C8">
            <w:pPr>
              <w:autoSpaceDE w:val="0"/>
              <w:autoSpaceDN w:val="0"/>
              <w:spacing w:before="78" w:after="0" w:line="230" w:lineRule="auto"/>
              <w:ind w:left="72"/>
              <w:rPr>
                <w:lang w:val="ru-RU"/>
              </w:rPr>
            </w:pPr>
            <w:r w:rsidRPr="00A16570"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  <w:lang w:val="ru-RU"/>
              </w:rPr>
              <w:t>Л. Н. Толстой.</w:t>
            </w:r>
          </w:p>
          <w:p w:rsidR="00F261D5" w:rsidRPr="00A16570" w:rsidRDefault="00F831C8">
            <w:pPr>
              <w:autoSpaceDE w:val="0"/>
              <w:autoSpaceDN w:val="0"/>
              <w:spacing w:before="20" w:after="0" w:line="230" w:lineRule="auto"/>
              <w:ind w:left="72"/>
              <w:rPr>
                <w:lang w:val="ru-RU"/>
              </w:rPr>
            </w:pPr>
            <w:r w:rsidRPr="00A16570"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  <w:lang w:val="ru-RU"/>
              </w:rPr>
              <w:t xml:space="preserve">Повесть «Детство» (главы) 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78" w:after="0" w:line="230" w:lineRule="auto"/>
              <w:ind w:left="68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2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261D5"/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261D5"/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261D5"/>
        </w:tc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Pr="00A16570" w:rsidRDefault="00F831C8">
            <w:pPr>
              <w:autoSpaceDE w:val="0"/>
              <w:autoSpaceDN w:val="0"/>
              <w:spacing w:before="78" w:after="0" w:line="254" w:lineRule="auto"/>
              <w:ind w:left="74"/>
              <w:rPr>
                <w:lang w:val="ru-RU"/>
              </w:rPr>
            </w:pP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;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Выразительно читать главы повести, отвечать на вопросы, пересказывать; Выявлять основную мысль,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определять особенности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композиции;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Участвовать в беседе о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прочитанном, в том числе используя факты жизни и творчества писателя; формулировать свою точку зрения и корректно передавать своими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словами смысл чужих суждений;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Определять особенности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автобиографического произведения; Характеризовать главного героя, его поступки и переживания;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78" w:after="0" w:line="230" w:lineRule="auto"/>
              <w:ind w:left="7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;</w:t>
            </w:r>
          </w:p>
        </w:tc>
        <w:tc>
          <w:tcPr>
            <w:tcW w:w="2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78" w:after="0" w:line="25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https://resh.edu.ru/subject/lesson/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2310/start/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https://skazki.rustih.ru/rasskazy/lev-tolstoj-rasskazy/ lev-tolstoj-detstvo/</w:t>
            </w:r>
          </w:p>
        </w:tc>
      </w:tr>
      <w:tr w:rsidR="00F261D5">
        <w:trPr>
          <w:trHeight w:hRule="exact" w:val="4746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76" w:after="0" w:line="233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5.8.</w:t>
            </w:r>
          </w:p>
        </w:tc>
        <w:tc>
          <w:tcPr>
            <w:tcW w:w="4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tcMar>
              <w:left w:w="0" w:type="dxa"/>
              <w:right w:w="0" w:type="dxa"/>
            </w:tcMar>
          </w:tcPr>
          <w:p w:rsidR="00F261D5" w:rsidRPr="00A16570" w:rsidRDefault="00F831C8">
            <w:pPr>
              <w:autoSpaceDE w:val="0"/>
              <w:autoSpaceDN w:val="0"/>
              <w:spacing w:before="76" w:after="0" w:line="245" w:lineRule="auto"/>
              <w:ind w:left="72" w:right="288"/>
              <w:rPr>
                <w:lang w:val="ru-RU"/>
              </w:rPr>
            </w:pP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А. П. Чехов. Рассказы (три по выбору). Например, «Толстый и тонкий», «Хамелеон», «Смерть чиновника» 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76" w:after="0" w:line="233" w:lineRule="auto"/>
              <w:ind w:left="68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3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261D5"/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261D5"/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261D5"/>
        </w:tc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Pr="00A16570" w:rsidRDefault="00F831C8">
            <w:pPr>
              <w:autoSpaceDE w:val="0"/>
              <w:autoSpaceDN w:val="0"/>
              <w:spacing w:before="76" w:after="0" w:line="257" w:lineRule="auto"/>
              <w:ind w:left="74"/>
              <w:rPr>
                <w:lang w:val="ru-RU"/>
              </w:rPr>
            </w:pP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Воспринимать и выразительно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читать рассказ, отвечать на вопросы, уметь формулировать вопросы к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тексту, пересказывать близко к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тексту, владеть художественным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пересказом;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Определять роль названия в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литературном произведении;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Выявлять жанровые отличия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рассказа, определять его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проблематику;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Анализировать произведение с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учётом его жанровых особенностей, с использованием методов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смыслового чтения и эстетического анализа, давать собственную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интерпретацию и оценку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произведениям;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Характеризовать героев рассказа; Выявлять детали, создающие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комический эффект;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Инсценировать рассказ или его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фрагмент;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Писать мини-сочинение;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76" w:after="0" w:line="233" w:lineRule="auto"/>
              <w:ind w:left="7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;</w:t>
            </w:r>
          </w:p>
        </w:tc>
        <w:tc>
          <w:tcPr>
            <w:tcW w:w="2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76" w:after="0" w:line="252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https://resh.edu.ru/subject/lesson/7053/start/ 246610/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https://resh.edu.ru/subject/lesson/3068/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start/ https://skazki.rustih.ru/avtorskie-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skazki/anton-chexov-skazki/</w:t>
            </w:r>
          </w:p>
        </w:tc>
      </w:tr>
    </w:tbl>
    <w:p w:rsidR="00F261D5" w:rsidRDefault="00F261D5">
      <w:pPr>
        <w:autoSpaceDE w:val="0"/>
        <w:autoSpaceDN w:val="0"/>
        <w:spacing w:after="0" w:line="14" w:lineRule="exact"/>
      </w:pPr>
    </w:p>
    <w:p w:rsidR="00F261D5" w:rsidRDefault="00F261D5">
      <w:pPr>
        <w:sectPr w:rsidR="00F261D5">
          <w:pgSz w:w="16840" w:h="11900"/>
          <w:pgMar w:top="284" w:right="640" w:bottom="1440" w:left="666" w:header="720" w:footer="720" w:gutter="0"/>
          <w:cols w:space="720" w:equalWidth="0">
            <w:col w:w="15534" w:space="0"/>
          </w:cols>
          <w:docGrid w:linePitch="360"/>
        </w:sectPr>
      </w:pPr>
    </w:p>
    <w:p w:rsidR="00F261D5" w:rsidRDefault="00F261D5">
      <w:pPr>
        <w:autoSpaceDE w:val="0"/>
        <w:autoSpaceDN w:val="0"/>
        <w:spacing w:after="66" w:line="220" w:lineRule="exact"/>
      </w:pPr>
    </w:p>
    <w:tbl>
      <w:tblPr>
        <w:tblW w:w="0" w:type="auto"/>
        <w:tblInd w:w="6" w:type="dxa"/>
        <w:tblLayout w:type="fixed"/>
        <w:tblLook w:val="04A0" w:firstRow="1" w:lastRow="0" w:firstColumn="1" w:lastColumn="0" w:noHBand="0" w:noVBand="1"/>
      </w:tblPr>
      <w:tblGrid>
        <w:gridCol w:w="468"/>
        <w:gridCol w:w="4576"/>
        <w:gridCol w:w="528"/>
        <w:gridCol w:w="1104"/>
        <w:gridCol w:w="1140"/>
        <w:gridCol w:w="804"/>
        <w:gridCol w:w="2642"/>
        <w:gridCol w:w="1322"/>
        <w:gridCol w:w="2918"/>
      </w:tblGrid>
      <w:tr w:rsidR="00F261D5">
        <w:trPr>
          <w:trHeight w:hRule="exact" w:val="4382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7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5.9.</w:t>
            </w:r>
          </w:p>
        </w:tc>
        <w:tc>
          <w:tcPr>
            <w:tcW w:w="4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tcMar>
              <w:left w:w="0" w:type="dxa"/>
              <w:right w:w="0" w:type="dxa"/>
            </w:tcMar>
          </w:tcPr>
          <w:p w:rsidR="00F261D5" w:rsidRPr="00A16570" w:rsidRDefault="00F831C8">
            <w:pPr>
              <w:autoSpaceDE w:val="0"/>
              <w:autoSpaceDN w:val="0"/>
              <w:spacing w:before="78" w:after="0" w:line="230" w:lineRule="auto"/>
              <w:ind w:left="72"/>
              <w:rPr>
                <w:lang w:val="ru-RU"/>
              </w:rPr>
            </w:pPr>
            <w:r w:rsidRPr="00A16570"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  <w:lang w:val="ru-RU"/>
              </w:rPr>
              <w:t>А. И. Куприн.</w:t>
            </w:r>
          </w:p>
          <w:p w:rsidR="00F261D5" w:rsidRPr="00A16570" w:rsidRDefault="00F831C8">
            <w:pPr>
              <w:autoSpaceDE w:val="0"/>
              <w:autoSpaceDN w:val="0"/>
              <w:spacing w:before="20" w:after="0" w:line="230" w:lineRule="auto"/>
              <w:ind w:left="72"/>
              <w:rPr>
                <w:lang w:val="ru-RU"/>
              </w:rPr>
            </w:pPr>
            <w:r w:rsidRPr="00A16570"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  <w:lang w:val="ru-RU"/>
              </w:rPr>
              <w:t>Рассказ «Чудесный доктор»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78" w:after="0" w:line="230" w:lineRule="auto"/>
              <w:ind w:left="68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2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261D5"/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261D5"/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261D5"/>
        </w:tc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Pr="00A16570" w:rsidRDefault="00F831C8">
            <w:pPr>
              <w:autoSpaceDE w:val="0"/>
              <w:autoSpaceDN w:val="0"/>
              <w:spacing w:before="78" w:after="0" w:line="257" w:lineRule="auto"/>
              <w:ind w:left="74"/>
              <w:rPr>
                <w:lang w:val="ru-RU"/>
              </w:rPr>
            </w:pP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;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Воспринимать и выразительно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читать рассказ;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Отвечать на вопросы, уметь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формулировать вопросы к тексту, пересказывать текст, используя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авторские средства художественной выразительности;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Определять тему, идею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произведения, своеобразие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композиции;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Характеризовать главных героев, основные события;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Описывать портреты героев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произведения, раскрывать их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внутренний мир;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Выстраивать с помощью учителя траекторию самостоятельного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чтения;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Писать отзыв на прочитанное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произведение, аргументировать своё мнение;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78" w:after="0" w:line="230" w:lineRule="auto"/>
              <w:ind w:left="7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;</w:t>
            </w:r>
          </w:p>
        </w:tc>
        <w:tc>
          <w:tcPr>
            <w:tcW w:w="2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78" w:after="0" w:line="245" w:lineRule="auto"/>
              <w:ind w:left="72" w:right="288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https://resh.edu.ru/subject/lesson/7057/ start/246962/</w:t>
            </w:r>
          </w:p>
        </w:tc>
      </w:tr>
      <w:tr w:rsidR="00F261D5">
        <w:trPr>
          <w:trHeight w:hRule="exact" w:val="770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7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5.10.</w:t>
            </w:r>
          </w:p>
        </w:tc>
        <w:tc>
          <w:tcPr>
            <w:tcW w:w="4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Внеклассное чтение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78" w:after="0" w:line="230" w:lineRule="auto"/>
              <w:ind w:left="68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261D5"/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261D5"/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261D5"/>
        </w:tc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Pr="00A16570" w:rsidRDefault="00F831C8">
            <w:pPr>
              <w:autoSpaceDE w:val="0"/>
              <w:autoSpaceDN w:val="0"/>
              <w:spacing w:before="78" w:after="0" w:line="247" w:lineRule="auto"/>
              <w:ind w:left="74"/>
              <w:rPr>
                <w:lang w:val="ru-RU"/>
              </w:rPr>
            </w:pP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Выборочное чтение, обсуждение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особенностей сюжета и композиции, характеристика героев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78" w:after="0" w:line="247" w:lineRule="auto"/>
              <w:ind w:left="72" w:right="144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Письменный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контроль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;</w:t>
            </w:r>
          </w:p>
        </w:tc>
        <w:tc>
          <w:tcPr>
            <w:tcW w:w="2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78" w:after="0" w:line="245" w:lineRule="auto"/>
              <w:ind w:left="72" w:right="144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https://skazki.rustih.ru/rasskazy/rasskazy-aleksandra-kuprina/</w:t>
            </w:r>
          </w:p>
        </w:tc>
      </w:tr>
      <w:tr w:rsidR="00F261D5">
        <w:trPr>
          <w:trHeight w:hRule="exact" w:val="348"/>
        </w:trPr>
        <w:tc>
          <w:tcPr>
            <w:tcW w:w="50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Итого по разделу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78" w:after="0" w:line="230" w:lineRule="auto"/>
              <w:ind w:left="68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20</w:t>
            </w:r>
          </w:p>
        </w:tc>
        <w:tc>
          <w:tcPr>
            <w:tcW w:w="993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261D5"/>
        </w:tc>
      </w:tr>
      <w:tr w:rsidR="00F261D5">
        <w:trPr>
          <w:trHeight w:hRule="exact" w:val="348"/>
        </w:trPr>
        <w:tc>
          <w:tcPr>
            <w:tcW w:w="1550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Раздел 6. </w:t>
            </w:r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>Литература ХХ века</w:t>
            </w:r>
          </w:p>
        </w:tc>
      </w:tr>
      <w:tr w:rsidR="00F261D5" w:rsidRPr="00957039">
        <w:trPr>
          <w:trHeight w:hRule="exact" w:val="2826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76" w:after="0" w:line="233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6.1.</w:t>
            </w:r>
          </w:p>
        </w:tc>
        <w:tc>
          <w:tcPr>
            <w:tcW w:w="4576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  <w:tcMar>
              <w:left w:w="0" w:type="dxa"/>
              <w:right w:w="0" w:type="dxa"/>
            </w:tcMar>
          </w:tcPr>
          <w:p w:rsidR="00F261D5" w:rsidRPr="00A16570" w:rsidRDefault="00F831C8">
            <w:pPr>
              <w:autoSpaceDE w:val="0"/>
              <w:autoSpaceDN w:val="0"/>
              <w:spacing w:before="76" w:after="0" w:line="250" w:lineRule="auto"/>
              <w:ind w:left="72" w:right="144"/>
              <w:rPr>
                <w:lang w:val="ru-RU"/>
              </w:rPr>
            </w:pP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Стихотворения отечественных поэтов начала ХХ века (не менее двух). Например, стихотворения С. А. Есенина, В. В.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Маяковского, А. А. Блока и др. 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76" w:after="0" w:line="233" w:lineRule="auto"/>
              <w:ind w:left="68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3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261D5"/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261D5"/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261D5"/>
        </w:tc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Pr="00A16570" w:rsidRDefault="00F831C8">
            <w:pPr>
              <w:autoSpaceDE w:val="0"/>
              <w:autoSpaceDN w:val="0"/>
              <w:spacing w:before="76" w:after="0" w:line="254" w:lineRule="auto"/>
              <w:ind w:left="74"/>
              <w:rPr>
                <w:lang w:val="ru-RU"/>
              </w:rPr>
            </w:pP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;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Эмоционально воспринимать и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выразительно читать произведение (в том числе наизусть);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Отвечать на вопросы, анализировать стихотворение;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Определять тему, идею,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художественные и композиционные особенности лирического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произведения, особенности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авторского языка;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Характеризовать лирического героя; Устно или письменно отвечать на вопросы;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76" w:after="0" w:line="233" w:lineRule="auto"/>
              <w:ind w:left="7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;</w:t>
            </w:r>
          </w:p>
        </w:tc>
        <w:tc>
          <w:tcPr>
            <w:tcW w:w="2918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Pr="00A16570" w:rsidRDefault="00F831C8">
            <w:pPr>
              <w:autoSpaceDE w:val="0"/>
              <w:autoSpaceDN w:val="0"/>
              <w:spacing w:before="76" w:after="0" w:line="252" w:lineRule="auto"/>
              <w:ind w:left="72"/>
              <w:rPr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https</w:t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resh</w:t>
            </w:r>
            <w:proofErr w:type="spellEnd"/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edu</w:t>
            </w:r>
            <w:proofErr w:type="spellEnd"/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ru</w:t>
            </w:r>
            <w:proofErr w:type="spellEnd"/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/</w:t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subject</w:t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/</w:t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lesson</w:t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/7058/</w:t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start</w:t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/ 307770/ Единая коллекция цифровых образовательных ресурсов </w:t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http</w:t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://</w:t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school</w:t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-</w:t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collection</w:t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edu</w:t>
            </w:r>
            <w:proofErr w:type="spellEnd"/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ru</w:t>
            </w:r>
            <w:proofErr w:type="spellEnd"/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/</w:t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catalog</w:t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/</w:t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teacher</w:t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 Каталог цифрового образовательного контента </w:t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https</w:t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educont</w:t>
            </w:r>
            <w:proofErr w:type="spellEnd"/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ru</w:t>
            </w:r>
            <w:proofErr w:type="spellEnd"/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/</w:t>
            </w:r>
          </w:p>
        </w:tc>
      </w:tr>
    </w:tbl>
    <w:p w:rsidR="00F261D5" w:rsidRPr="00A16570" w:rsidRDefault="00F261D5">
      <w:pPr>
        <w:autoSpaceDE w:val="0"/>
        <w:autoSpaceDN w:val="0"/>
        <w:spacing w:after="0" w:line="14" w:lineRule="exact"/>
        <w:rPr>
          <w:lang w:val="ru-RU"/>
        </w:rPr>
      </w:pPr>
    </w:p>
    <w:p w:rsidR="00F261D5" w:rsidRPr="00A16570" w:rsidRDefault="00F261D5">
      <w:pPr>
        <w:rPr>
          <w:lang w:val="ru-RU"/>
        </w:rPr>
        <w:sectPr w:rsidR="00F261D5" w:rsidRPr="00A16570">
          <w:pgSz w:w="16840" w:h="11900"/>
          <w:pgMar w:top="284" w:right="640" w:bottom="1312" w:left="666" w:header="720" w:footer="720" w:gutter="0"/>
          <w:cols w:space="720" w:equalWidth="0">
            <w:col w:w="15534" w:space="0"/>
          </w:cols>
          <w:docGrid w:linePitch="360"/>
        </w:sectPr>
      </w:pPr>
    </w:p>
    <w:p w:rsidR="00F261D5" w:rsidRPr="00A16570" w:rsidRDefault="00F261D5">
      <w:pPr>
        <w:autoSpaceDE w:val="0"/>
        <w:autoSpaceDN w:val="0"/>
        <w:spacing w:after="66" w:line="220" w:lineRule="exact"/>
        <w:rPr>
          <w:lang w:val="ru-RU"/>
        </w:rPr>
      </w:pPr>
    </w:p>
    <w:tbl>
      <w:tblPr>
        <w:tblW w:w="0" w:type="auto"/>
        <w:tblInd w:w="6" w:type="dxa"/>
        <w:tblLayout w:type="fixed"/>
        <w:tblLook w:val="04A0" w:firstRow="1" w:lastRow="0" w:firstColumn="1" w:lastColumn="0" w:noHBand="0" w:noVBand="1"/>
      </w:tblPr>
      <w:tblGrid>
        <w:gridCol w:w="468"/>
        <w:gridCol w:w="4576"/>
        <w:gridCol w:w="528"/>
        <w:gridCol w:w="1104"/>
        <w:gridCol w:w="1140"/>
        <w:gridCol w:w="804"/>
        <w:gridCol w:w="2642"/>
        <w:gridCol w:w="1322"/>
        <w:gridCol w:w="2918"/>
      </w:tblGrid>
      <w:tr w:rsidR="00F261D5" w:rsidRPr="00957039">
        <w:trPr>
          <w:trHeight w:hRule="exact" w:val="3818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7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6.2.</w:t>
            </w:r>
          </w:p>
        </w:tc>
        <w:tc>
          <w:tcPr>
            <w:tcW w:w="4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tcMar>
              <w:left w:w="0" w:type="dxa"/>
              <w:right w:w="0" w:type="dxa"/>
            </w:tcMar>
          </w:tcPr>
          <w:p w:rsidR="00F261D5" w:rsidRPr="00A16570" w:rsidRDefault="00F831C8">
            <w:pPr>
              <w:autoSpaceDE w:val="0"/>
              <w:autoSpaceDN w:val="0"/>
              <w:spacing w:before="78" w:after="0" w:line="250" w:lineRule="auto"/>
              <w:ind w:left="72"/>
              <w:rPr>
                <w:lang w:val="ru-RU"/>
              </w:rPr>
            </w:pP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Стихотворения отечественных поэтов </w:t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XX</w:t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 века (не менее четырёх стихотворений двух поэтов). Например, стихотворения О. Ф. </w:t>
            </w:r>
            <w:proofErr w:type="spellStart"/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Берггольц</w:t>
            </w:r>
            <w:proofErr w:type="spellEnd"/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, В. С. Высоцкого, Е. А. Евтушенко, А. С. Кушнера, Ю. Д. </w:t>
            </w:r>
            <w:proofErr w:type="spellStart"/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Левитанского</w:t>
            </w:r>
            <w:proofErr w:type="spellEnd"/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, Ю. П. </w:t>
            </w:r>
            <w:proofErr w:type="spellStart"/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Мориц</w:t>
            </w:r>
            <w:proofErr w:type="spellEnd"/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, Б. Ш. Окуджавы, Д. С.</w:t>
            </w:r>
          </w:p>
          <w:p w:rsidR="00F261D5" w:rsidRDefault="00F831C8">
            <w:pPr>
              <w:autoSpaceDE w:val="0"/>
              <w:autoSpaceDN w:val="0"/>
              <w:spacing w:before="20" w:after="0" w:line="230" w:lineRule="auto"/>
              <w:ind w:left="7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Самойлова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78" w:after="0" w:line="230" w:lineRule="auto"/>
              <w:ind w:left="68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2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261D5"/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261D5"/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261D5"/>
        </w:tc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Pr="00A16570" w:rsidRDefault="00F831C8">
            <w:pPr>
              <w:autoSpaceDE w:val="0"/>
              <w:autoSpaceDN w:val="0"/>
              <w:spacing w:before="78" w:after="0" w:line="254" w:lineRule="auto"/>
              <w:ind w:left="74"/>
              <w:rPr>
                <w:lang w:val="ru-RU"/>
              </w:rPr>
            </w:pP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;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Эмоционально воспринимать и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выразительно читать произведение (в том числе наизусть);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Выражать личное читательское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отношение к прочитанному;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Определять тему, идею,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художественные и композиционные особенности лирического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произведения;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Характеризовать лирического героя; Анализировать произведение с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учётом его </w:t>
            </w:r>
            <w:proofErr w:type="spellStart"/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родо</w:t>
            </w:r>
            <w:proofErr w:type="spellEnd"/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-жанровой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принадлежности;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Выявлять средства художественной изобразительности в лирических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произведениях;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Устно или письменно отвечать на вопросы;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78" w:after="0" w:line="230" w:lineRule="auto"/>
              <w:ind w:left="7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;</w:t>
            </w:r>
          </w:p>
        </w:tc>
        <w:tc>
          <w:tcPr>
            <w:tcW w:w="2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Pr="00A16570" w:rsidRDefault="00F831C8">
            <w:pPr>
              <w:autoSpaceDE w:val="0"/>
              <w:autoSpaceDN w:val="0"/>
              <w:spacing w:before="78" w:after="0" w:line="252" w:lineRule="auto"/>
              <w:ind w:left="72" w:right="144"/>
              <w:rPr>
                <w:lang w:val="ru-RU"/>
              </w:rPr>
            </w:pP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Единая коллекция цифровых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образовательных ресурсов </w:t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http</w:t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://</w:t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school</w:t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-</w:t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collection</w:t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edu</w:t>
            </w:r>
            <w:proofErr w:type="spellEnd"/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ru</w:t>
            </w:r>
            <w:proofErr w:type="spellEnd"/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/</w:t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catalog</w:t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/</w:t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teacher</w:t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Российская электронная школа </w:t>
            </w:r>
            <w:r w:rsidRPr="00A16570">
              <w:rPr>
                <w:lang w:val="ru-RU"/>
              </w:rP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https</w:t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resh</w:t>
            </w:r>
            <w:proofErr w:type="spellEnd"/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edu</w:t>
            </w:r>
            <w:proofErr w:type="spellEnd"/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ru</w:t>
            </w:r>
            <w:proofErr w:type="spellEnd"/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/</w:t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subject</w:t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/14/5/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Каталог цифрового образовательного контента </w:t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https</w:t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educont</w:t>
            </w:r>
            <w:proofErr w:type="spellEnd"/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ru</w:t>
            </w:r>
            <w:proofErr w:type="spellEnd"/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/</w:t>
            </w:r>
          </w:p>
        </w:tc>
      </w:tr>
      <w:tr w:rsidR="00F261D5" w:rsidRPr="00957039">
        <w:trPr>
          <w:trHeight w:hRule="exact" w:val="1502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7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6.3.</w:t>
            </w:r>
          </w:p>
        </w:tc>
        <w:tc>
          <w:tcPr>
            <w:tcW w:w="4576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>Внеклассное чтение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78" w:after="0" w:line="230" w:lineRule="auto"/>
              <w:ind w:left="68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2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261D5"/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261D5"/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261D5"/>
        </w:tc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Pr="00A16570" w:rsidRDefault="00F831C8">
            <w:pPr>
              <w:autoSpaceDE w:val="0"/>
              <w:autoSpaceDN w:val="0"/>
              <w:spacing w:before="78" w:after="0" w:line="245" w:lineRule="auto"/>
              <w:ind w:left="74"/>
              <w:rPr>
                <w:lang w:val="ru-RU"/>
              </w:rPr>
            </w:pP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Знакомство с творчеством поэтов 20 века о войне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78" w:after="0" w:line="247" w:lineRule="auto"/>
              <w:ind w:left="72" w:right="144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Письменный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контроль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;</w:t>
            </w:r>
          </w:p>
        </w:tc>
        <w:tc>
          <w:tcPr>
            <w:tcW w:w="2918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Pr="00A16570" w:rsidRDefault="00F831C8">
            <w:pPr>
              <w:autoSpaceDE w:val="0"/>
              <w:autoSpaceDN w:val="0"/>
              <w:spacing w:before="78" w:after="0" w:line="252" w:lineRule="auto"/>
              <w:ind w:left="72" w:right="144"/>
              <w:rPr>
                <w:lang w:val="ru-RU"/>
              </w:rPr>
            </w:pP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Единая коллекция цифровых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образовательных ресурсов </w:t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http</w:t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://</w:t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school</w:t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-</w:t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collection</w:t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edu</w:t>
            </w:r>
            <w:proofErr w:type="spellEnd"/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ru</w:t>
            </w:r>
            <w:proofErr w:type="spellEnd"/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/</w:t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catalog</w:t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/</w:t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teacher</w:t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Российская электронная школа </w:t>
            </w:r>
            <w:r w:rsidRPr="00A16570">
              <w:rPr>
                <w:lang w:val="ru-RU"/>
              </w:rP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https</w:t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resh</w:t>
            </w:r>
            <w:proofErr w:type="spellEnd"/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edu</w:t>
            </w:r>
            <w:proofErr w:type="spellEnd"/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ru</w:t>
            </w:r>
            <w:proofErr w:type="spellEnd"/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/</w:t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subject</w:t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/14/5/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Каталог цифрового образовательного контента </w:t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https</w:t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educont</w:t>
            </w:r>
            <w:proofErr w:type="spellEnd"/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ru</w:t>
            </w:r>
            <w:proofErr w:type="spellEnd"/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/</w:t>
            </w:r>
          </w:p>
        </w:tc>
      </w:tr>
      <w:tr w:rsidR="00F261D5" w:rsidRPr="00957039">
        <w:trPr>
          <w:trHeight w:hRule="exact" w:val="5190"/>
        </w:trPr>
        <w:tc>
          <w:tcPr>
            <w:tcW w:w="468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74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6.4.</w:t>
            </w:r>
          </w:p>
        </w:tc>
        <w:tc>
          <w:tcPr>
            <w:tcW w:w="4576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tcMar>
              <w:left w:w="0" w:type="dxa"/>
              <w:right w:w="0" w:type="dxa"/>
            </w:tcMar>
          </w:tcPr>
          <w:p w:rsidR="00F261D5" w:rsidRPr="00A16570" w:rsidRDefault="00F831C8">
            <w:pPr>
              <w:autoSpaceDE w:val="0"/>
              <w:autoSpaceDN w:val="0"/>
              <w:spacing w:before="74" w:after="0" w:line="250" w:lineRule="auto"/>
              <w:ind w:left="72" w:right="160"/>
              <w:jc w:val="both"/>
              <w:rPr>
                <w:lang w:val="ru-RU"/>
              </w:rPr>
            </w:pP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Проза отечественных писателей конца </w:t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XX</w:t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 — начала </w:t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XXI</w:t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 века, в том числе о Великой Отечественной войне (два произведения по выбору). Например, Б. Л. Васильев. «Экспонат №»; Б. П.</w:t>
            </w:r>
          </w:p>
          <w:p w:rsidR="00F261D5" w:rsidRPr="00A16570" w:rsidRDefault="00F831C8">
            <w:pPr>
              <w:autoSpaceDE w:val="0"/>
              <w:autoSpaceDN w:val="0"/>
              <w:spacing w:before="18" w:after="0" w:line="233" w:lineRule="auto"/>
              <w:ind w:left="72"/>
              <w:rPr>
                <w:lang w:val="ru-RU"/>
              </w:rPr>
            </w:pP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Екимов. «Ночь исцеления»; А. В. </w:t>
            </w:r>
            <w:proofErr w:type="spellStart"/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Жвалевский</w:t>
            </w:r>
            <w:proofErr w:type="spellEnd"/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 и Е. Б.</w:t>
            </w:r>
          </w:p>
          <w:p w:rsidR="00F261D5" w:rsidRPr="00A16570" w:rsidRDefault="00F831C8">
            <w:pPr>
              <w:autoSpaceDE w:val="0"/>
              <w:autoSpaceDN w:val="0"/>
              <w:spacing w:before="18" w:after="0" w:line="245" w:lineRule="auto"/>
              <w:ind w:left="72" w:right="288"/>
              <w:rPr>
                <w:lang w:val="ru-RU"/>
              </w:rPr>
            </w:pP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Пастернак. «Правдивая история Деда Мороза» (глава «Очень страшный 1942 Новый год») </w:t>
            </w:r>
          </w:p>
        </w:tc>
        <w:tc>
          <w:tcPr>
            <w:tcW w:w="528" w:type="dxa"/>
            <w:tcBorders>
              <w:top w:val="single" w:sz="5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74" w:after="0" w:line="230" w:lineRule="auto"/>
              <w:ind w:left="68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2</w:t>
            </w:r>
          </w:p>
        </w:tc>
        <w:tc>
          <w:tcPr>
            <w:tcW w:w="1104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261D5"/>
        </w:tc>
        <w:tc>
          <w:tcPr>
            <w:tcW w:w="1140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261D5"/>
        </w:tc>
        <w:tc>
          <w:tcPr>
            <w:tcW w:w="804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261D5"/>
        </w:tc>
        <w:tc>
          <w:tcPr>
            <w:tcW w:w="2642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Pr="00A16570" w:rsidRDefault="00F831C8">
            <w:pPr>
              <w:autoSpaceDE w:val="0"/>
              <w:autoSpaceDN w:val="0"/>
              <w:spacing w:before="74" w:after="0" w:line="257" w:lineRule="auto"/>
              <w:ind w:left="74"/>
              <w:rPr>
                <w:lang w:val="ru-RU"/>
              </w:rPr>
            </w:pP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;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Читать, отвечать на вопросы,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пересказывать;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Находить детали, языковые средства художественной выразительности, определять их роль в произведении; Определять характер главного героя, его взаимоотношение с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окружающими;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Выявлять роль пейзажа в рассказе; Оценивать художественное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своеобразие произведения;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Выявлять авторскую позицию;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Высказывать своё отношение к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событиям, изображённым в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произведении;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Находить информацию об авторе и произведении в справочной,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энциклопедической литературе;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Создавать аннотацию на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прочитанное произведение;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Выстраивать с помощью учителя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траекторию самостоятельного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чтения;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Писать сочинение с опорой на одно из произведений;</w:t>
            </w:r>
          </w:p>
        </w:tc>
        <w:tc>
          <w:tcPr>
            <w:tcW w:w="1322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74" w:after="0" w:line="230" w:lineRule="auto"/>
              <w:ind w:left="7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;</w:t>
            </w:r>
          </w:p>
        </w:tc>
        <w:tc>
          <w:tcPr>
            <w:tcW w:w="2918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Pr="00A16570" w:rsidRDefault="00F831C8">
            <w:pPr>
              <w:autoSpaceDE w:val="0"/>
              <w:autoSpaceDN w:val="0"/>
              <w:spacing w:before="74" w:after="0" w:line="252" w:lineRule="auto"/>
              <w:ind w:left="72" w:right="144"/>
              <w:rPr>
                <w:lang w:val="ru-RU"/>
              </w:rPr>
            </w:pP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Единая коллекция цифровых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образовательных ресурсов </w:t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http</w:t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://</w:t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school</w:t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-</w:t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collection</w:t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edu</w:t>
            </w:r>
            <w:proofErr w:type="spellEnd"/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ru</w:t>
            </w:r>
            <w:proofErr w:type="spellEnd"/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/</w:t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catalog</w:t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/</w:t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teacher</w:t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 Каталог цифрового образовательного контента </w:t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https</w:t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educont</w:t>
            </w:r>
            <w:proofErr w:type="spellEnd"/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ru</w:t>
            </w:r>
            <w:proofErr w:type="spellEnd"/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/</w:t>
            </w:r>
          </w:p>
        </w:tc>
      </w:tr>
    </w:tbl>
    <w:p w:rsidR="00F261D5" w:rsidRPr="00A16570" w:rsidRDefault="00F261D5">
      <w:pPr>
        <w:autoSpaceDE w:val="0"/>
        <w:autoSpaceDN w:val="0"/>
        <w:spacing w:after="0" w:line="14" w:lineRule="exact"/>
        <w:rPr>
          <w:lang w:val="ru-RU"/>
        </w:rPr>
      </w:pPr>
    </w:p>
    <w:p w:rsidR="00F261D5" w:rsidRPr="00A16570" w:rsidRDefault="00F261D5">
      <w:pPr>
        <w:rPr>
          <w:lang w:val="ru-RU"/>
        </w:rPr>
        <w:sectPr w:rsidR="00F261D5" w:rsidRPr="00A16570">
          <w:pgSz w:w="16840" w:h="11900"/>
          <w:pgMar w:top="284" w:right="640" w:bottom="394" w:left="666" w:header="720" w:footer="720" w:gutter="0"/>
          <w:cols w:space="720" w:equalWidth="0">
            <w:col w:w="15534" w:space="0"/>
          </w:cols>
          <w:docGrid w:linePitch="360"/>
        </w:sectPr>
      </w:pPr>
    </w:p>
    <w:p w:rsidR="00F261D5" w:rsidRPr="00A16570" w:rsidRDefault="00F261D5">
      <w:pPr>
        <w:autoSpaceDE w:val="0"/>
        <w:autoSpaceDN w:val="0"/>
        <w:spacing w:after="66" w:line="220" w:lineRule="exact"/>
        <w:rPr>
          <w:lang w:val="ru-RU"/>
        </w:rPr>
      </w:pPr>
    </w:p>
    <w:tbl>
      <w:tblPr>
        <w:tblW w:w="0" w:type="auto"/>
        <w:tblInd w:w="6" w:type="dxa"/>
        <w:tblLayout w:type="fixed"/>
        <w:tblLook w:val="04A0" w:firstRow="1" w:lastRow="0" w:firstColumn="1" w:lastColumn="0" w:noHBand="0" w:noVBand="1"/>
      </w:tblPr>
      <w:tblGrid>
        <w:gridCol w:w="468"/>
        <w:gridCol w:w="4576"/>
        <w:gridCol w:w="528"/>
        <w:gridCol w:w="1104"/>
        <w:gridCol w:w="1140"/>
        <w:gridCol w:w="804"/>
        <w:gridCol w:w="2642"/>
        <w:gridCol w:w="1322"/>
        <w:gridCol w:w="2918"/>
      </w:tblGrid>
      <w:tr w:rsidR="00F261D5" w:rsidRPr="00957039">
        <w:trPr>
          <w:trHeight w:hRule="exact" w:val="1500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7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6.5.</w:t>
            </w:r>
          </w:p>
        </w:tc>
        <w:tc>
          <w:tcPr>
            <w:tcW w:w="4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>Развитие речи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78" w:after="0" w:line="230" w:lineRule="auto"/>
              <w:ind w:left="68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261D5"/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261D5"/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261D5"/>
        </w:tc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7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Ответ на проблемный вопрос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78" w:after="0" w:line="247" w:lineRule="auto"/>
              <w:ind w:left="72" w:right="288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Ответ на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проблемный вопрос;</w:t>
            </w:r>
          </w:p>
        </w:tc>
        <w:tc>
          <w:tcPr>
            <w:tcW w:w="2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Pr="00A16570" w:rsidRDefault="00F831C8">
            <w:pPr>
              <w:autoSpaceDE w:val="0"/>
              <w:autoSpaceDN w:val="0"/>
              <w:spacing w:before="78" w:after="0" w:line="252" w:lineRule="auto"/>
              <w:ind w:left="72" w:right="144"/>
              <w:rPr>
                <w:lang w:val="ru-RU"/>
              </w:rPr>
            </w:pP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Единая коллекция цифровых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образовательных ресурсов </w:t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http</w:t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://</w:t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school</w:t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-</w:t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collection</w:t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edu</w:t>
            </w:r>
            <w:proofErr w:type="spellEnd"/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ru</w:t>
            </w:r>
            <w:proofErr w:type="spellEnd"/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/</w:t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catalog</w:t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/</w:t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teacher</w:t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Российская электронная школа </w:t>
            </w:r>
            <w:r w:rsidRPr="00A16570">
              <w:rPr>
                <w:lang w:val="ru-RU"/>
              </w:rP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https</w:t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resh</w:t>
            </w:r>
            <w:proofErr w:type="spellEnd"/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edu</w:t>
            </w:r>
            <w:proofErr w:type="spellEnd"/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ru</w:t>
            </w:r>
            <w:proofErr w:type="spellEnd"/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/</w:t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subject</w:t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/14/5/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Каталог цифрового образовательного контента </w:t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https</w:t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educont</w:t>
            </w:r>
            <w:proofErr w:type="spellEnd"/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ru</w:t>
            </w:r>
            <w:proofErr w:type="spellEnd"/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/</w:t>
            </w:r>
          </w:p>
        </w:tc>
      </w:tr>
      <w:tr w:rsidR="00F261D5">
        <w:trPr>
          <w:trHeight w:hRule="exact" w:val="3592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7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6.6.</w:t>
            </w:r>
          </w:p>
        </w:tc>
        <w:tc>
          <w:tcPr>
            <w:tcW w:w="4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tcMar>
              <w:left w:w="0" w:type="dxa"/>
              <w:right w:w="0" w:type="dxa"/>
            </w:tcMar>
          </w:tcPr>
          <w:p w:rsidR="00F261D5" w:rsidRPr="00A16570" w:rsidRDefault="00F831C8">
            <w:pPr>
              <w:autoSpaceDE w:val="0"/>
              <w:autoSpaceDN w:val="0"/>
              <w:spacing w:before="78" w:after="0" w:line="230" w:lineRule="auto"/>
              <w:ind w:left="72"/>
              <w:rPr>
                <w:lang w:val="ru-RU"/>
              </w:rPr>
            </w:pPr>
            <w:r w:rsidRPr="00A16570"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  <w:lang w:val="ru-RU"/>
              </w:rPr>
              <w:t xml:space="preserve">В. Г. Распутин. Рассказ «Уроки французского» 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78" w:after="0" w:line="230" w:lineRule="auto"/>
              <w:ind w:left="68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2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261D5"/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261D5"/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261D5"/>
        </w:tc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Pr="00A16570" w:rsidRDefault="00F831C8">
            <w:pPr>
              <w:autoSpaceDE w:val="0"/>
              <w:autoSpaceDN w:val="0"/>
              <w:spacing w:before="78" w:after="0" w:line="254" w:lineRule="auto"/>
              <w:ind w:left="74"/>
              <w:rPr>
                <w:lang w:val="ru-RU"/>
              </w:rPr>
            </w:pP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Эмоционально воспринимать и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выразительно читать произведение; Отвечать на вопросы и уметь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формулировать вопросы к тексту; Определять тему, идею, характеры главных героев, мотивы их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поступков;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Анализировать произведение с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учётом его жанровых особенностей, с использованием методов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смыслового чтения и эстетического анализа, давать собственную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интерпретацию и оценку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произведению;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Выявлять авторскую позицию;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Писать сочинение на одну из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предложенных тем;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78" w:after="0" w:line="230" w:lineRule="auto"/>
              <w:ind w:left="7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;</w:t>
            </w:r>
          </w:p>
        </w:tc>
        <w:tc>
          <w:tcPr>
            <w:tcW w:w="2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78" w:after="0" w:line="25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https://resh.edu.ru/subject/lesson/7063/start/ 301952/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https://resh.edu.ru/subject/lesson/7062/start/ 305449/</w:t>
            </w:r>
          </w:p>
        </w:tc>
      </w:tr>
      <w:tr w:rsidR="00F261D5">
        <w:trPr>
          <w:trHeight w:hRule="exact" w:val="732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7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6.7.</w:t>
            </w:r>
          </w:p>
        </w:tc>
        <w:tc>
          <w:tcPr>
            <w:tcW w:w="4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>Развитие речи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78" w:after="0" w:line="230" w:lineRule="auto"/>
              <w:ind w:left="68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261D5"/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261D5"/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261D5"/>
        </w:tc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Pr="00A16570" w:rsidRDefault="00F831C8">
            <w:pPr>
              <w:autoSpaceDE w:val="0"/>
              <w:autoSpaceDN w:val="0"/>
              <w:spacing w:before="78" w:after="0" w:line="245" w:lineRule="auto"/>
              <w:ind w:left="74" w:right="144"/>
              <w:rPr>
                <w:lang w:val="ru-RU"/>
              </w:rPr>
            </w:pP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Подготовка к сочинению-ответу на проблемный вопрос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78" w:after="0" w:line="250" w:lineRule="auto"/>
              <w:ind w:left="72" w:right="288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Ответ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на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проблемный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вопрос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;</w:t>
            </w:r>
          </w:p>
        </w:tc>
        <w:tc>
          <w:tcPr>
            <w:tcW w:w="2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78" w:after="0" w:line="245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https://resh.edu.ru/subject/lesson/7062/start/ 305449/</w:t>
            </w:r>
          </w:p>
        </w:tc>
      </w:tr>
      <w:tr w:rsidR="00F261D5">
        <w:trPr>
          <w:trHeight w:hRule="exact" w:val="4170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76" w:after="0" w:line="233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6.8.</w:t>
            </w:r>
          </w:p>
        </w:tc>
        <w:tc>
          <w:tcPr>
            <w:tcW w:w="4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76" w:after="0" w:line="250" w:lineRule="auto"/>
              <w:ind w:left="72"/>
            </w:pP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Произведения отечественных писателей на тему взросления человека (не менее двух). Например, Р. П. Погодин. «Кирпичные острова»; Р. И. </w:t>
            </w:r>
            <w:proofErr w:type="spellStart"/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Фраерман</w:t>
            </w:r>
            <w:proofErr w:type="spellEnd"/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. «Дикая собака Динго, или Повесть о первой любви»; Ю. И. Коваль. </w:t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«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Самая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лёгкая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лодка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в мире» 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76" w:after="0" w:line="233" w:lineRule="auto"/>
              <w:ind w:left="68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3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261D5"/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261D5"/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261D5"/>
        </w:tc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Pr="00A16570" w:rsidRDefault="00F831C8">
            <w:pPr>
              <w:autoSpaceDE w:val="0"/>
              <w:autoSpaceDN w:val="0"/>
              <w:spacing w:before="76" w:after="0" w:line="257" w:lineRule="auto"/>
              <w:ind w:left="74"/>
              <w:rPr>
                <w:lang w:val="ru-RU"/>
              </w:rPr>
            </w:pP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Читать, отвечать на вопросы,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пересказывать;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Определять тему, идею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произведения;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Характеризовать главных героев,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давать их словесный портрет;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Сопоставлять героев и их поступки с другими произведениями;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Выявлять авторскую позицию;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Высказывать своё отношение к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событиям, изображённым в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произведении;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Находить информацию об авторе и произведении в справочной,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энциклопедической литературе;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Выстраивать с помощью учителя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траекторию самостоятельного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чтения;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Участвовать в разработке учебных проектов;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Писать отзыв на прочитанную книгу;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76" w:after="0" w:line="233" w:lineRule="auto"/>
              <w:ind w:left="7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;</w:t>
            </w:r>
          </w:p>
        </w:tc>
        <w:tc>
          <w:tcPr>
            <w:tcW w:w="2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76" w:after="0" w:line="252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https://resh.edu.ru/subject/lesson/7060/start/ 304979/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https://resh.edu.ru/subject/lesson/7061/start/ 246898/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https://resh.edu.ru/subject/lesson/7064/start/ 307738/</w:t>
            </w:r>
          </w:p>
        </w:tc>
      </w:tr>
    </w:tbl>
    <w:p w:rsidR="00F261D5" w:rsidRDefault="00F261D5">
      <w:pPr>
        <w:autoSpaceDE w:val="0"/>
        <w:autoSpaceDN w:val="0"/>
        <w:spacing w:after="0" w:line="14" w:lineRule="exact"/>
      </w:pPr>
    </w:p>
    <w:p w:rsidR="00F261D5" w:rsidRDefault="00F261D5">
      <w:pPr>
        <w:sectPr w:rsidR="00F261D5">
          <w:pgSz w:w="16840" w:h="11900"/>
          <w:pgMar w:top="284" w:right="640" w:bottom="652" w:left="666" w:header="720" w:footer="720" w:gutter="0"/>
          <w:cols w:space="720" w:equalWidth="0">
            <w:col w:w="15534" w:space="0"/>
          </w:cols>
          <w:docGrid w:linePitch="360"/>
        </w:sectPr>
      </w:pPr>
    </w:p>
    <w:p w:rsidR="00F261D5" w:rsidRDefault="00F261D5">
      <w:pPr>
        <w:autoSpaceDE w:val="0"/>
        <w:autoSpaceDN w:val="0"/>
        <w:spacing w:after="66" w:line="220" w:lineRule="exact"/>
      </w:pPr>
    </w:p>
    <w:tbl>
      <w:tblPr>
        <w:tblW w:w="0" w:type="auto"/>
        <w:tblInd w:w="6" w:type="dxa"/>
        <w:tblLayout w:type="fixed"/>
        <w:tblLook w:val="04A0" w:firstRow="1" w:lastRow="0" w:firstColumn="1" w:lastColumn="0" w:noHBand="0" w:noVBand="1"/>
      </w:tblPr>
      <w:tblGrid>
        <w:gridCol w:w="468"/>
        <w:gridCol w:w="4576"/>
        <w:gridCol w:w="528"/>
        <w:gridCol w:w="1104"/>
        <w:gridCol w:w="1140"/>
        <w:gridCol w:w="804"/>
        <w:gridCol w:w="2642"/>
        <w:gridCol w:w="1322"/>
        <w:gridCol w:w="2918"/>
      </w:tblGrid>
      <w:tr w:rsidR="00F261D5" w:rsidRPr="00957039">
        <w:trPr>
          <w:trHeight w:hRule="exact" w:val="1116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7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6.9.</w:t>
            </w:r>
          </w:p>
        </w:tc>
        <w:tc>
          <w:tcPr>
            <w:tcW w:w="4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>Внеклассное чтение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78" w:after="0" w:line="230" w:lineRule="auto"/>
              <w:ind w:left="68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261D5"/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261D5"/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261D5"/>
        </w:tc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Pr="00A16570" w:rsidRDefault="00F831C8">
            <w:pPr>
              <w:autoSpaceDE w:val="0"/>
              <w:autoSpaceDN w:val="0"/>
              <w:spacing w:before="78" w:after="0" w:line="247" w:lineRule="auto"/>
              <w:ind w:left="74"/>
              <w:rPr>
                <w:lang w:val="ru-RU"/>
              </w:rPr>
            </w:pP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Знакомство с автором, обсуждение прочитанного произведения с учетом его автобиографичности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78" w:after="0" w:line="230" w:lineRule="auto"/>
              <w:ind w:left="7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Тестирование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;</w:t>
            </w:r>
          </w:p>
        </w:tc>
        <w:tc>
          <w:tcPr>
            <w:tcW w:w="2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Pr="00A16570" w:rsidRDefault="00F831C8">
            <w:pPr>
              <w:autoSpaceDE w:val="0"/>
              <w:autoSpaceDN w:val="0"/>
              <w:spacing w:before="78" w:after="0" w:line="252" w:lineRule="auto"/>
              <w:ind w:left="72" w:right="144"/>
              <w:rPr>
                <w:lang w:val="ru-RU"/>
              </w:rPr>
            </w:pP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Единая коллекция цифровых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образовательных ресурсов </w:t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http</w:t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://</w:t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school</w:t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-</w:t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collection</w:t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edu</w:t>
            </w:r>
            <w:proofErr w:type="spellEnd"/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ru</w:t>
            </w:r>
            <w:proofErr w:type="spellEnd"/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/</w:t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catalog</w:t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/</w:t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teacher</w:t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 Каталог цифрового образовательного контента </w:t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https</w:t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educont</w:t>
            </w:r>
            <w:proofErr w:type="spellEnd"/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ru</w:t>
            </w:r>
            <w:proofErr w:type="spellEnd"/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/</w:t>
            </w:r>
          </w:p>
        </w:tc>
      </w:tr>
      <w:tr w:rsidR="00F261D5" w:rsidRPr="00957039">
        <w:trPr>
          <w:trHeight w:hRule="exact" w:val="6688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7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6.10.</w:t>
            </w:r>
          </w:p>
        </w:tc>
        <w:tc>
          <w:tcPr>
            <w:tcW w:w="4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tcMar>
              <w:left w:w="0" w:type="dxa"/>
              <w:right w:w="0" w:type="dxa"/>
            </w:tcMar>
          </w:tcPr>
          <w:p w:rsidR="00F261D5" w:rsidRPr="00A16570" w:rsidRDefault="00F831C8">
            <w:pPr>
              <w:autoSpaceDE w:val="0"/>
              <w:autoSpaceDN w:val="0"/>
              <w:spacing w:before="78" w:after="0" w:line="250" w:lineRule="auto"/>
              <w:ind w:left="72" w:right="144"/>
              <w:rPr>
                <w:lang w:val="ru-RU"/>
              </w:rPr>
            </w:pP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Произведения современных отечественных писателей-фантастов (не менее двух). Например, А. В. </w:t>
            </w:r>
            <w:proofErr w:type="spellStart"/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Жвалевский</w:t>
            </w:r>
            <w:proofErr w:type="spellEnd"/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 и Е. Б. </w:t>
            </w:r>
            <w:proofErr w:type="spellStart"/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Пастернак</w:t>
            </w:r>
            <w:proofErr w:type="gramStart"/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.«</w:t>
            </w:r>
            <w:proofErr w:type="gramEnd"/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Время</w:t>
            </w:r>
            <w:proofErr w:type="spellEnd"/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 всегда хорошее»; С. В. Лукьяненко. «Мальчик и Тьма»; В. В. </w:t>
            </w:r>
            <w:proofErr w:type="spellStart"/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Ледерман</w:t>
            </w:r>
            <w:proofErr w:type="spellEnd"/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. «Календарь </w:t>
            </w:r>
            <w:proofErr w:type="spellStart"/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ма</w:t>
            </w:r>
            <w:proofErr w:type="spellEnd"/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(й)я» и др. 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78" w:after="0" w:line="230" w:lineRule="auto"/>
              <w:ind w:left="68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4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261D5"/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261D5"/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261D5"/>
        </w:tc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Pr="00A16570" w:rsidRDefault="00F831C8">
            <w:pPr>
              <w:autoSpaceDE w:val="0"/>
              <w:autoSpaceDN w:val="0"/>
              <w:spacing w:before="78" w:after="0" w:line="257" w:lineRule="auto"/>
              <w:ind w:left="74"/>
              <w:rPr>
                <w:lang w:val="ru-RU"/>
              </w:rPr>
            </w:pP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;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Эмоционально воспринимать и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выразительно читать произведение; Определять тему, идею,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художественные и композиционные особенности произведений;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Формулировать вопросы по тексту произведения;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Использовать различные виды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пересказа произведения или его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фрагмента;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Характеризовать и сопоставлять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основных героев произведений,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выявлять художественные средства их создания;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Сопоставлять произведения одного и разных авторов по заданным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основаниям;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Выявлять средства художественной изобразительности в произведениях; Использовать различные виды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пересказа произведения или его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фрагмента;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Выражать личное читательское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отношение к прочитанному;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Выстраивать с помощью учителя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траекторию самостоятельного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чтения;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Писать сочинение на литературную тему или отзыв на прочитанное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произведение, аргументировать своё мнение;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Создавать аннотацию на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прочитанное произведение;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78" w:after="0" w:line="230" w:lineRule="auto"/>
              <w:ind w:left="7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;</w:t>
            </w:r>
          </w:p>
        </w:tc>
        <w:tc>
          <w:tcPr>
            <w:tcW w:w="2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Pr="00A16570" w:rsidRDefault="00F831C8">
            <w:pPr>
              <w:autoSpaceDE w:val="0"/>
              <w:autoSpaceDN w:val="0"/>
              <w:spacing w:before="78" w:after="0" w:line="254" w:lineRule="auto"/>
              <w:ind w:left="72" w:right="144"/>
              <w:rPr>
                <w:lang w:val="ru-RU"/>
              </w:rPr>
            </w:pP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Единая коллекция цифровых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образовательных ресурсов </w:t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http</w:t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://</w:t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school</w:t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-</w:t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collection</w:t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edu</w:t>
            </w:r>
            <w:proofErr w:type="spellEnd"/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ru</w:t>
            </w:r>
            <w:proofErr w:type="spellEnd"/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/</w:t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catalog</w:t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/</w:t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teacher</w:t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Российская электронная школа </w:t>
            </w:r>
            <w:r w:rsidRPr="00A16570">
              <w:rPr>
                <w:lang w:val="ru-RU"/>
              </w:rP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https</w:t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resh</w:t>
            </w:r>
            <w:proofErr w:type="spellEnd"/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edu</w:t>
            </w:r>
            <w:proofErr w:type="spellEnd"/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ru</w:t>
            </w:r>
            <w:proofErr w:type="spellEnd"/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/</w:t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subject</w:t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/14/5/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Каталог цифрового образовательного контента </w:t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https</w:t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educont</w:t>
            </w:r>
            <w:proofErr w:type="spellEnd"/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ru</w:t>
            </w:r>
            <w:proofErr w:type="spellEnd"/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/</w:t>
            </w:r>
          </w:p>
        </w:tc>
      </w:tr>
      <w:tr w:rsidR="00F261D5" w:rsidRPr="00957039">
        <w:trPr>
          <w:trHeight w:hRule="exact" w:val="1502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7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6.11.</w:t>
            </w:r>
          </w:p>
        </w:tc>
        <w:tc>
          <w:tcPr>
            <w:tcW w:w="4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>Развитие речи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78" w:after="0" w:line="230" w:lineRule="auto"/>
              <w:ind w:left="68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261D5"/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261D5"/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261D5"/>
        </w:tc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Pr="00A16570" w:rsidRDefault="00F831C8">
            <w:pPr>
              <w:autoSpaceDE w:val="0"/>
              <w:autoSpaceDN w:val="0"/>
              <w:spacing w:before="78" w:after="0" w:line="247" w:lineRule="auto"/>
              <w:ind w:left="74"/>
              <w:rPr>
                <w:lang w:val="ru-RU"/>
              </w:rPr>
            </w:pP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Анализ произведения с точки зрения языковых особенностей </w:t>
            </w:r>
            <w:r w:rsidRPr="00A16570">
              <w:rPr>
                <w:lang w:val="ru-RU"/>
              </w:rPr>
              <w:br/>
            </w:r>
            <w:proofErr w:type="spellStart"/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прихарактеристике</w:t>
            </w:r>
            <w:proofErr w:type="spellEnd"/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 героев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78" w:after="0" w:line="247" w:lineRule="auto"/>
              <w:ind w:left="72" w:right="144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Письменный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контроль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;</w:t>
            </w:r>
          </w:p>
        </w:tc>
        <w:tc>
          <w:tcPr>
            <w:tcW w:w="2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Pr="00A16570" w:rsidRDefault="00F831C8">
            <w:pPr>
              <w:autoSpaceDE w:val="0"/>
              <w:autoSpaceDN w:val="0"/>
              <w:spacing w:before="78" w:after="0" w:line="254" w:lineRule="auto"/>
              <w:ind w:left="72" w:right="144"/>
              <w:rPr>
                <w:lang w:val="ru-RU"/>
              </w:rPr>
            </w:pP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Единая коллекция цифровых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образовательных ресурсов </w:t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http</w:t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://</w:t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school</w:t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-</w:t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collection</w:t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edu</w:t>
            </w:r>
            <w:proofErr w:type="spellEnd"/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ru</w:t>
            </w:r>
            <w:proofErr w:type="spellEnd"/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/</w:t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catalog</w:t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/</w:t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teacher</w:t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Российская электронная школа </w:t>
            </w:r>
            <w:r w:rsidRPr="00A16570">
              <w:rPr>
                <w:lang w:val="ru-RU"/>
              </w:rP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https</w:t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resh</w:t>
            </w:r>
            <w:proofErr w:type="spellEnd"/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edu</w:t>
            </w:r>
            <w:proofErr w:type="spellEnd"/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ru</w:t>
            </w:r>
            <w:proofErr w:type="spellEnd"/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/</w:t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subject</w:t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/14/5/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Каталог цифрового образовательного контента </w:t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https</w:t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educont</w:t>
            </w:r>
            <w:proofErr w:type="spellEnd"/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ru</w:t>
            </w:r>
            <w:proofErr w:type="spellEnd"/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/</w:t>
            </w:r>
          </w:p>
        </w:tc>
      </w:tr>
      <w:tr w:rsidR="00F261D5">
        <w:trPr>
          <w:trHeight w:hRule="exact" w:val="348"/>
        </w:trPr>
        <w:tc>
          <w:tcPr>
            <w:tcW w:w="50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76" w:after="0" w:line="233" w:lineRule="auto"/>
              <w:ind w:left="7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Итого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по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разделу</w:t>
            </w:r>
            <w:proofErr w:type="spellEnd"/>
          </w:p>
        </w:tc>
        <w:tc>
          <w:tcPr>
            <w:tcW w:w="528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76" w:after="0" w:line="233" w:lineRule="auto"/>
              <w:ind w:left="68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21</w:t>
            </w:r>
          </w:p>
        </w:tc>
        <w:tc>
          <w:tcPr>
            <w:tcW w:w="993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261D5"/>
        </w:tc>
      </w:tr>
      <w:tr w:rsidR="00F261D5" w:rsidRPr="00957039">
        <w:trPr>
          <w:trHeight w:hRule="exact" w:val="328"/>
        </w:trPr>
        <w:tc>
          <w:tcPr>
            <w:tcW w:w="1550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Pr="00A16570" w:rsidRDefault="00F831C8">
            <w:pPr>
              <w:autoSpaceDE w:val="0"/>
              <w:autoSpaceDN w:val="0"/>
              <w:spacing w:before="76" w:after="0" w:line="233" w:lineRule="auto"/>
              <w:ind w:left="72"/>
              <w:rPr>
                <w:lang w:val="ru-RU"/>
              </w:rPr>
            </w:pP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Раздел 7.</w:t>
            </w:r>
            <w:r w:rsidRPr="00A16570"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  <w:lang w:val="ru-RU"/>
              </w:rPr>
              <w:t xml:space="preserve"> Литература народов Российской Федерации</w:t>
            </w:r>
          </w:p>
        </w:tc>
      </w:tr>
    </w:tbl>
    <w:p w:rsidR="00F261D5" w:rsidRPr="00A16570" w:rsidRDefault="00F261D5">
      <w:pPr>
        <w:autoSpaceDE w:val="0"/>
        <w:autoSpaceDN w:val="0"/>
        <w:spacing w:after="0" w:line="14" w:lineRule="exact"/>
        <w:rPr>
          <w:lang w:val="ru-RU"/>
        </w:rPr>
      </w:pPr>
    </w:p>
    <w:p w:rsidR="00F261D5" w:rsidRPr="00A16570" w:rsidRDefault="00F261D5">
      <w:pPr>
        <w:rPr>
          <w:lang w:val="ru-RU"/>
        </w:rPr>
        <w:sectPr w:rsidR="00F261D5" w:rsidRPr="00A16570">
          <w:pgSz w:w="16840" w:h="11900"/>
          <w:pgMar w:top="284" w:right="640" w:bottom="658" w:left="666" w:header="720" w:footer="720" w:gutter="0"/>
          <w:cols w:space="720" w:equalWidth="0">
            <w:col w:w="15534" w:space="0"/>
          </w:cols>
          <w:docGrid w:linePitch="360"/>
        </w:sectPr>
      </w:pPr>
    </w:p>
    <w:p w:rsidR="00F261D5" w:rsidRPr="00A16570" w:rsidRDefault="00F261D5">
      <w:pPr>
        <w:autoSpaceDE w:val="0"/>
        <w:autoSpaceDN w:val="0"/>
        <w:spacing w:after="66" w:line="220" w:lineRule="exact"/>
        <w:rPr>
          <w:lang w:val="ru-RU"/>
        </w:rPr>
      </w:pPr>
    </w:p>
    <w:tbl>
      <w:tblPr>
        <w:tblW w:w="0" w:type="auto"/>
        <w:tblInd w:w="6" w:type="dxa"/>
        <w:tblLayout w:type="fixed"/>
        <w:tblLook w:val="04A0" w:firstRow="1" w:lastRow="0" w:firstColumn="1" w:lastColumn="0" w:noHBand="0" w:noVBand="1"/>
      </w:tblPr>
      <w:tblGrid>
        <w:gridCol w:w="468"/>
        <w:gridCol w:w="4576"/>
        <w:gridCol w:w="528"/>
        <w:gridCol w:w="1104"/>
        <w:gridCol w:w="1140"/>
        <w:gridCol w:w="804"/>
        <w:gridCol w:w="2642"/>
        <w:gridCol w:w="1322"/>
        <w:gridCol w:w="2918"/>
      </w:tblGrid>
      <w:tr w:rsidR="00F261D5" w:rsidRPr="00957039">
        <w:trPr>
          <w:trHeight w:hRule="exact" w:val="1884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7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7.1.</w:t>
            </w:r>
          </w:p>
        </w:tc>
        <w:tc>
          <w:tcPr>
            <w:tcW w:w="4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tcMar>
              <w:left w:w="0" w:type="dxa"/>
              <w:right w:w="0" w:type="dxa"/>
            </w:tcMar>
          </w:tcPr>
          <w:p w:rsidR="00F261D5" w:rsidRPr="00A16570" w:rsidRDefault="00F831C8">
            <w:pPr>
              <w:autoSpaceDE w:val="0"/>
              <w:autoSpaceDN w:val="0"/>
              <w:spacing w:before="78" w:after="0" w:line="230" w:lineRule="auto"/>
              <w:ind w:left="72"/>
              <w:rPr>
                <w:lang w:val="ru-RU"/>
              </w:rPr>
            </w:pPr>
            <w:r w:rsidRPr="00A16570"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  <w:lang w:val="ru-RU"/>
              </w:rPr>
              <w:t>Стихотворения (два по выбору).</w:t>
            </w:r>
          </w:p>
          <w:p w:rsidR="00F261D5" w:rsidRPr="00A16570" w:rsidRDefault="00F831C8">
            <w:pPr>
              <w:autoSpaceDE w:val="0"/>
              <w:autoSpaceDN w:val="0"/>
              <w:spacing w:before="20" w:after="0" w:line="230" w:lineRule="auto"/>
              <w:ind w:left="72"/>
              <w:rPr>
                <w:lang w:val="ru-RU"/>
              </w:rPr>
            </w:pPr>
            <w:r w:rsidRPr="00A16570"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  <w:lang w:val="ru-RU"/>
              </w:rPr>
              <w:t>Например, М. Карим. «Бессмертие» (фрагменты); Г. Тукай.</w:t>
            </w:r>
          </w:p>
          <w:p w:rsidR="00F261D5" w:rsidRPr="00A16570" w:rsidRDefault="00F831C8">
            <w:pPr>
              <w:autoSpaceDE w:val="0"/>
              <w:autoSpaceDN w:val="0"/>
              <w:spacing w:before="20" w:after="0" w:line="247" w:lineRule="auto"/>
              <w:ind w:left="72"/>
              <w:rPr>
                <w:lang w:val="ru-RU"/>
              </w:rPr>
            </w:pPr>
            <w:r w:rsidRPr="00A16570"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  <w:lang w:val="ru-RU"/>
              </w:rPr>
              <w:t xml:space="preserve">«Родная деревня», «Книга»; К. Кулиев. «Когда на меня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  <w:lang w:val="ru-RU"/>
              </w:rPr>
              <w:t>навалилась беда…», «Каким бы малым ни был мой народ…»</w:t>
            </w:r>
            <w:proofErr w:type="gramStart"/>
            <w:r w:rsidRPr="00A16570"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  <w:lang w:val="ru-RU"/>
              </w:rPr>
              <w:t>,«</w:t>
            </w:r>
            <w:proofErr w:type="gramEnd"/>
            <w:r w:rsidRPr="00A16570"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  <w:lang w:val="ru-RU"/>
              </w:rPr>
              <w:t>Что б ни делалось на свете…»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78" w:after="0" w:line="230" w:lineRule="auto"/>
              <w:ind w:left="68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3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261D5"/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261D5"/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261D5"/>
        </w:tc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Pr="00A16570" w:rsidRDefault="00F831C8">
            <w:pPr>
              <w:autoSpaceDE w:val="0"/>
              <w:autoSpaceDN w:val="0"/>
              <w:spacing w:before="78" w:after="0" w:line="254" w:lineRule="auto"/>
              <w:ind w:left="74"/>
              <w:rPr>
                <w:lang w:val="ru-RU"/>
              </w:rPr>
            </w:pP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;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Читать выразительно и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анализировать поэтический текст; Характеризовать лирического героя; Сопоставлять произведения,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определяя общность темы и её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художественное воплощение;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Выявлять художественные средства выразительности;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78" w:after="0" w:line="230" w:lineRule="auto"/>
              <w:ind w:left="7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;</w:t>
            </w:r>
          </w:p>
        </w:tc>
        <w:tc>
          <w:tcPr>
            <w:tcW w:w="2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Pr="00A16570" w:rsidRDefault="00F831C8">
            <w:pPr>
              <w:autoSpaceDE w:val="0"/>
              <w:autoSpaceDN w:val="0"/>
              <w:spacing w:before="78" w:after="0" w:line="252" w:lineRule="auto"/>
              <w:ind w:left="72" w:right="144"/>
              <w:rPr>
                <w:lang w:val="ru-RU"/>
              </w:rPr>
            </w:pP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Единая коллекция цифровых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образовательных ресурсов </w:t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http</w:t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://</w:t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school</w:t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-</w:t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collection</w:t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edu</w:t>
            </w:r>
            <w:proofErr w:type="spellEnd"/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ru</w:t>
            </w:r>
            <w:proofErr w:type="spellEnd"/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/</w:t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catalog</w:t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/</w:t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teacher</w:t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Российская электронная школа </w:t>
            </w:r>
            <w:r w:rsidRPr="00A16570">
              <w:rPr>
                <w:lang w:val="ru-RU"/>
              </w:rP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https</w:t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resh</w:t>
            </w:r>
            <w:proofErr w:type="spellEnd"/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edu</w:t>
            </w:r>
            <w:proofErr w:type="spellEnd"/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ru</w:t>
            </w:r>
            <w:proofErr w:type="spellEnd"/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/</w:t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subject</w:t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/14/5/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Каталог цифрового образовательного контента </w:t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https</w:t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educont</w:t>
            </w:r>
            <w:proofErr w:type="spellEnd"/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ru</w:t>
            </w:r>
            <w:proofErr w:type="spellEnd"/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/</w:t>
            </w:r>
          </w:p>
        </w:tc>
      </w:tr>
      <w:tr w:rsidR="00F261D5" w:rsidRPr="00957039">
        <w:trPr>
          <w:trHeight w:hRule="exact" w:val="1502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0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7.2.</w:t>
            </w:r>
          </w:p>
        </w:tc>
        <w:tc>
          <w:tcPr>
            <w:tcW w:w="4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0" w:after="0" w:line="230" w:lineRule="auto"/>
              <w:ind w:left="72"/>
            </w:pPr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>Внеклассное чтение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0" w:after="0" w:line="230" w:lineRule="auto"/>
              <w:ind w:left="68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261D5"/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261D5"/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261D5"/>
        </w:tc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261D5"/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0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Устный опрос;</w:t>
            </w:r>
          </w:p>
        </w:tc>
        <w:tc>
          <w:tcPr>
            <w:tcW w:w="2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Pr="00A16570" w:rsidRDefault="00F831C8">
            <w:pPr>
              <w:autoSpaceDE w:val="0"/>
              <w:autoSpaceDN w:val="0"/>
              <w:spacing w:before="80" w:after="0" w:line="254" w:lineRule="auto"/>
              <w:ind w:left="72" w:right="144"/>
              <w:rPr>
                <w:lang w:val="ru-RU"/>
              </w:rPr>
            </w:pP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Единая коллекция цифровых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образовательных ресурсов </w:t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http</w:t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://</w:t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school</w:t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-</w:t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collection</w:t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edu</w:t>
            </w:r>
            <w:proofErr w:type="spellEnd"/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ru</w:t>
            </w:r>
            <w:proofErr w:type="spellEnd"/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/</w:t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catalog</w:t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/</w:t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teacher</w:t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Российская электронная школа </w:t>
            </w:r>
            <w:r w:rsidRPr="00A16570">
              <w:rPr>
                <w:lang w:val="ru-RU"/>
              </w:rP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https</w:t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resh</w:t>
            </w:r>
            <w:proofErr w:type="spellEnd"/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edu</w:t>
            </w:r>
            <w:proofErr w:type="spellEnd"/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ru</w:t>
            </w:r>
            <w:proofErr w:type="spellEnd"/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/</w:t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subject</w:t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/14/5/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Каталог цифрового образовательного контента </w:t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https</w:t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educont</w:t>
            </w:r>
            <w:proofErr w:type="spellEnd"/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ru</w:t>
            </w:r>
            <w:proofErr w:type="spellEnd"/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/</w:t>
            </w:r>
          </w:p>
        </w:tc>
      </w:tr>
      <w:tr w:rsidR="00F261D5">
        <w:trPr>
          <w:trHeight w:hRule="exact" w:val="348"/>
        </w:trPr>
        <w:tc>
          <w:tcPr>
            <w:tcW w:w="50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76" w:after="0" w:line="233" w:lineRule="auto"/>
              <w:ind w:left="7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Итого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по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разделу</w:t>
            </w:r>
            <w:proofErr w:type="spellEnd"/>
          </w:p>
        </w:tc>
        <w:tc>
          <w:tcPr>
            <w:tcW w:w="528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76" w:after="0" w:line="233" w:lineRule="auto"/>
              <w:ind w:left="68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3</w:t>
            </w:r>
          </w:p>
        </w:tc>
        <w:tc>
          <w:tcPr>
            <w:tcW w:w="993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261D5"/>
        </w:tc>
      </w:tr>
      <w:tr w:rsidR="00F261D5">
        <w:trPr>
          <w:trHeight w:hRule="exact" w:val="348"/>
        </w:trPr>
        <w:tc>
          <w:tcPr>
            <w:tcW w:w="1550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Раздел 8.</w:t>
            </w:r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 xml:space="preserve"> Зарубежная литература</w:t>
            </w:r>
          </w:p>
        </w:tc>
      </w:tr>
      <w:tr w:rsidR="00F261D5">
        <w:trPr>
          <w:trHeight w:hRule="exact" w:val="3806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7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8.1.</w:t>
            </w:r>
          </w:p>
        </w:tc>
        <w:tc>
          <w:tcPr>
            <w:tcW w:w="4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tcMar>
              <w:left w:w="0" w:type="dxa"/>
              <w:right w:w="0" w:type="dxa"/>
            </w:tcMar>
          </w:tcPr>
          <w:p w:rsidR="00F261D5" w:rsidRPr="00A16570" w:rsidRDefault="00F831C8">
            <w:pPr>
              <w:autoSpaceDE w:val="0"/>
              <w:autoSpaceDN w:val="0"/>
              <w:spacing w:before="78" w:after="0" w:line="230" w:lineRule="auto"/>
              <w:ind w:left="72"/>
              <w:rPr>
                <w:lang w:val="ru-RU"/>
              </w:rPr>
            </w:pPr>
            <w:r w:rsidRPr="00A16570"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  <w:lang w:val="ru-RU"/>
              </w:rPr>
              <w:t>Д. Дефо. «Робинзон Крузо» (главы по выбору)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78" w:after="0" w:line="230" w:lineRule="auto"/>
              <w:ind w:left="68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3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261D5"/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261D5"/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261D5"/>
        </w:tc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Pr="00A16570" w:rsidRDefault="00F831C8">
            <w:pPr>
              <w:autoSpaceDE w:val="0"/>
              <w:autoSpaceDN w:val="0"/>
              <w:spacing w:before="78" w:after="0" w:line="254" w:lineRule="auto"/>
              <w:ind w:left="74"/>
              <w:rPr>
                <w:lang w:val="ru-RU"/>
              </w:rPr>
            </w:pP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;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Читать выразительно прозаический текст, отвечать на вопросы;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Учиться самостоятельно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формулировать вопросы;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Пересказывать (кратко, подробно, выборочно) главу повести;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Уметь характеризовать героев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повести;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Анализировать детали, выявляющие авторское отношение к персонажам; Определять художественные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средства выразительности;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Работать со словарями, определять значение устаревших слов и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выражений;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Аргументированно высказывать своё отношение к героям произведения; Составлять отзыв на произведение;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78" w:after="0" w:line="230" w:lineRule="auto"/>
              <w:ind w:left="7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;</w:t>
            </w:r>
          </w:p>
        </w:tc>
        <w:tc>
          <w:tcPr>
            <w:tcW w:w="2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78" w:after="0" w:line="25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https://resh.edu.ru/subject/lesson/7414/start/ 307642/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https://resh.edu.ru/subject/lesson/7416/start/ 307674/</w:t>
            </w:r>
          </w:p>
        </w:tc>
      </w:tr>
      <w:tr w:rsidR="00F261D5" w:rsidRPr="00957039">
        <w:trPr>
          <w:trHeight w:hRule="exact" w:val="2442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7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8.2.</w:t>
            </w:r>
          </w:p>
        </w:tc>
        <w:tc>
          <w:tcPr>
            <w:tcW w:w="4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tcMar>
              <w:left w:w="0" w:type="dxa"/>
              <w:right w:w="0" w:type="dxa"/>
            </w:tcMar>
          </w:tcPr>
          <w:p w:rsidR="00F261D5" w:rsidRPr="00A16570" w:rsidRDefault="00F831C8">
            <w:pPr>
              <w:autoSpaceDE w:val="0"/>
              <w:autoSpaceDN w:val="0"/>
              <w:spacing w:before="78" w:after="0" w:line="230" w:lineRule="auto"/>
              <w:ind w:left="72"/>
              <w:rPr>
                <w:lang w:val="ru-RU"/>
              </w:rPr>
            </w:pP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Дж. Свифт. «Путешествия Гулливера» (главы по выбору)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78" w:after="0" w:line="230" w:lineRule="auto"/>
              <w:ind w:left="68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2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261D5"/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261D5"/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261D5"/>
        </w:tc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Pr="00A16570" w:rsidRDefault="00F831C8">
            <w:pPr>
              <w:autoSpaceDE w:val="0"/>
              <w:autoSpaceDN w:val="0"/>
              <w:spacing w:before="78" w:after="0" w:line="254" w:lineRule="auto"/>
              <w:ind w:left="74" w:right="144"/>
              <w:rPr>
                <w:lang w:val="ru-RU"/>
              </w:rPr>
            </w:pP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Читать произведение, отвечать на вопросы, анализировать отдельные фрагменты;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Определять жанровую особенность произведения;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Характеризовать главного героя, выявлять своё отношение к нему; Сопоставлять художественные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тексты с произведениями других видов искусств;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Составлять письменный отзыв на произведение;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78" w:after="0" w:line="230" w:lineRule="auto"/>
              <w:ind w:left="7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;</w:t>
            </w:r>
          </w:p>
        </w:tc>
        <w:tc>
          <w:tcPr>
            <w:tcW w:w="2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Pr="00A16570" w:rsidRDefault="00F831C8">
            <w:pPr>
              <w:autoSpaceDE w:val="0"/>
              <w:autoSpaceDN w:val="0"/>
              <w:spacing w:before="78" w:after="0" w:line="254" w:lineRule="auto"/>
              <w:ind w:left="72" w:right="144"/>
              <w:rPr>
                <w:lang w:val="ru-RU"/>
              </w:rPr>
            </w:pP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Единая коллекция цифровых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образовательных ресурсов </w:t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http</w:t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://</w:t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school</w:t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-</w:t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collection</w:t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edu</w:t>
            </w:r>
            <w:proofErr w:type="spellEnd"/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ru</w:t>
            </w:r>
            <w:proofErr w:type="spellEnd"/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/</w:t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catalog</w:t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/</w:t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teacher</w:t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Российская электронная школа </w:t>
            </w:r>
            <w:r w:rsidRPr="00A16570">
              <w:rPr>
                <w:lang w:val="ru-RU"/>
              </w:rP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https</w:t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resh</w:t>
            </w:r>
            <w:proofErr w:type="spellEnd"/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edu</w:t>
            </w:r>
            <w:proofErr w:type="spellEnd"/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ru</w:t>
            </w:r>
            <w:proofErr w:type="spellEnd"/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/</w:t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subject</w:t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/14/5/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Каталог цифрового образовательного контента </w:t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https</w:t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educont</w:t>
            </w:r>
            <w:proofErr w:type="spellEnd"/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ru</w:t>
            </w:r>
            <w:proofErr w:type="spellEnd"/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/</w:t>
            </w:r>
          </w:p>
        </w:tc>
      </w:tr>
    </w:tbl>
    <w:p w:rsidR="00F261D5" w:rsidRPr="00A16570" w:rsidRDefault="00F261D5">
      <w:pPr>
        <w:autoSpaceDE w:val="0"/>
        <w:autoSpaceDN w:val="0"/>
        <w:spacing w:after="0" w:line="14" w:lineRule="exact"/>
        <w:rPr>
          <w:lang w:val="ru-RU"/>
        </w:rPr>
      </w:pPr>
    </w:p>
    <w:p w:rsidR="00F261D5" w:rsidRPr="00A16570" w:rsidRDefault="00F261D5">
      <w:pPr>
        <w:rPr>
          <w:lang w:val="ru-RU"/>
        </w:rPr>
        <w:sectPr w:rsidR="00F261D5" w:rsidRPr="00A16570">
          <w:pgSz w:w="16840" w:h="11900"/>
          <w:pgMar w:top="284" w:right="640" w:bottom="484" w:left="666" w:header="720" w:footer="720" w:gutter="0"/>
          <w:cols w:space="720" w:equalWidth="0">
            <w:col w:w="15534" w:space="0"/>
          </w:cols>
          <w:docGrid w:linePitch="360"/>
        </w:sectPr>
      </w:pPr>
    </w:p>
    <w:p w:rsidR="00F261D5" w:rsidRPr="00A16570" w:rsidRDefault="00F261D5">
      <w:pPr>
        <w:autoSpaceDE w:val="0"/>
        <w:autoSpaceDN w:val="0"/>
        <w:spacing w:after="66" w:line="220" w:lineRule="exact"/>
        <w:rPr>
          <w:lang w:val="ru-RU"/>
        </w:rPr>
      </w:pPr>
    </w:p>
    <w:tbl>
      <w:tblPr>
        <w:tblW w:w="0" w:type="auto"/>
        <w:tblInd w:w="6" w:type="dxa"/>
        <w:tblLayout w:type="fixed"/>
        <w:tblLook w:val="04A0" w:firstRow="1" w:lastRow="0" w:firstColumn="1" w:lastColumn="0" w:noHBand="0" w:noVBand="1"/>
      </w:tblPr>
      <w:tblGrid>
        <w:gridCol w:w="468"/>
        <w:gridCol w:w="4576"/>
        <w:gridCol w:w="528"/>
        <w:gridCol w:w="1104"/>
        <w:gridCol w:w="1140"/>
        <w:gridCol w:w="804"/>
        <w:gridCol w:w="2642"/>
        <w:gridCol w:w="1322"/>
        <w:gridCol w:w="2918"/>
      </w:tblGrid>
      <w:tr w:rsidR="00F261D5" w:rsidRPr="00957039">
        <w:trPr>
          <w:trHeight w:hRule="exact" w:val="1500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7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8.3.</w:t>
            </w:r>
          </w:p>
        </w:tc>
        <w:tc>
          <w:tcPr>
            <w:tcW w:w="4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78" w:after="0" w:line="250" w:lineRule="auto"/>
              <w:ind w:left="72"/>
            </w:pP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Произведения зарубежных писателей на тему взросления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человека (не менее двух). Например, Ж. Верн. «Дети капитана Гранта» (главы по выбору); Х. Ли. </w:t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«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Убить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пересмешника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» (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главы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по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выбору) и др. 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78" w:after="0" w:line="230" w:lineRule="auto"/>
              <w:ind w:left="68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6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261D5"/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261D5"/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261D5"/>
        </w:tc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261D5"/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Устный опрос;</w:t>
            </w:r>
          </w:p>
        </w:tc>
        <w:tc>
          <w:tcPr>
            <w:tcW w:w="2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Pr="00A16570" w:rsidRDefault="00F831C8">
            <w:pPr>
              <w:autoSpaceDE w:val="0"/>
              <w:autoSpaceDN w:val="0"/>
              <w:spacing w:before="78" w:after="0" w:line="252" w:lineRule="auto"/>
              <w:ind w:left="72" w:right="144"/>
              <w:rPr>
                <w:lang w:val="ru-RU"/>
              </w:rPr>
            </w:pP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Единая коллекция цифровых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образовательных ресурсов </w:t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http</w:t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://</w:t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school</w:t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-</w:t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collection</w:t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edu</w:t>
            </w:r>
            <w:proofErr w:type="spellEnd"/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ru</w:t>
            </w:r>
            <w:proofErr w:type="spellEnd"/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/</w:t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catalog</w:t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/</w:t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teacher</w:t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Российская электронная школа </w:t>
            </w:r>
            <w:r w:rsidRPr="00A16570">
              <w:rPr>
                <w:lang w:val="ru-RU"/>
              </w:rP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https</w:t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resh</w:t>
            </w:r>
            <w:proofErr w:type="spellEnd"/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edu</w:t>
            </w:r>
            <w:proofErr w:type="spellEnd"/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ru</w:t>
            </w:r>
            <w:proofErr w:type="spellEnd"/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/</w:t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subject</w:t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/14/5/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Каталог цифрового образовательного контента </w:t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https</w:t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educont</w:t>
            </w:r>
            <w:proofErr w:type="spellEnd"/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ru</w:t>
            </w:r>
            <w:proofErr w:type="spellEnd"/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/</w:t>
            </w:r>
          </w:p>
        </w:tc>
      </w:tr>
      <w:tr w:rsidR="00F261D5" w:rsidRPr="00957039">
        <w:trPr>
          <w:trHeight w:hRule="exact" w:val="4000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7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8.4.</w:t>
            </w:r>
          </w:p>
        </w:tc>
        <w:tc>
          <w:tcPr>
            <w:tcW w:w="4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78" w:after="0" w:line="247" w:lineRule="auto"/>
              <w:ind w:left="72"/>
            </w:pP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Произведения современных зарубежных писателей-фантастов (не менее двух). Например, Дж. К. Роулинг. «Гарри Поттер» (главы по выбору), Д. У. Джонс. </w:t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«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Дом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с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характером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» и др. 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78" w:after="0" w:line="230" w:lineRule="auto"/>
              <w:ind w:left="68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3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261D5"/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261D5"/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261D5"/>
        </w:tc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Pr="00A16570" w:rsidRDefault="00F831C8">
            <w:pPr>
              <w:autoSpaceDE w:val="0"/>
              <w:autoSpaceDN w:val="0"/>
              <w:spacing w:before="78" w:after="0" w:line="254" w:lineRule="auto"/>
              <w:ind w:left="74"/>
              <w:rPr>
                <w:lang w:val="ru-RU"/>
              </w:rPr>
            </w:pP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Читать выразительно литературное произведение, отвечать на вопросы, самостоятельно формулировать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вопросы;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Определять жанровую особенность произведения;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Определять тему, идею,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художественные и композиционные особенности произведения;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Находить информацию об авторе и произведении в справочной,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энциклопедической литературе;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Выстраивать с помощью учителя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траекторию самостоятельного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чтения;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Участвовать в разработке учебных проектов;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Писать отзыв на прочитанную книгу; Создавать аннотацию на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прочитанное произведение;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78" w:after="0" w:line="230" w:lineRule="auto"/>
              <w:ind w:left="7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;</w:t>
            </w:r>
          </w:p>
        </w:tc>
        <w:tc>
          <w:tcPr>
            <w:tcW w:w="2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Pr="00A16570" w:rsidRDefault="00F831C8">
            <w:pPr>
              <w:autoSpaceDE w:val="0"/>
              <w:autoSpaceDN w:val="0"/>
              <w:spacing w:before="78" w:after="0" w:line="254" w:lineRule="auto"/>
              <w:ind w:left="72" w:right="144"/>
              <w:rPr>
                <w:lang w:val="ru-RU"/>
              </w:rPr>
            </w:pP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Единая коллекция цифровых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образовательных ресурсов </w:t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http</w:t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://</w:t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school</w:t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-</w:t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collection</w:t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edu</w:t>
            </w:r>
            <w:proofErr w:type="spellEnd"/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ru</w:t>
            </w:r>
            <w:proofErr w:type="spellEnd"/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/</w:t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catalog</w:t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/</w:t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teacher</w:t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Российская электронная школа </w:t>
            </w:r>
            <w:r w:rsidRPr="00A16570">
              <w:rPr>
                <w:lang w:val="ru-RU"/>
              </w:rP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https</w:t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resh</w:t>
            </w:r>
            <w:proofErr w:type="spellEnd"/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edu</w:t>
            </w:r>
            <w:proofErr w:type="spellEnd"/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ru</w:t>
            </w:r>
            <w:proofErr w:type="spellEnd"/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/</w:t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subject</w:t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/14/5/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Каталог цифрового образовательного контента </w:t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https</w:t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educont</w:t>
            </w:r>
            <w:proofErr w:type="spellEnd"/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ru</w:t>
            </w:r>
            <w:proofErr w:type="spellEnd"/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/</w:t>
            </w:r>
          </w:p>
        </w:tc>
      </w:tr>
      <w:tr w:rsidR="00F261D5" w:rsidRPr="00957039">
        <w:trPr>
          <w:trHeight w:hRule="exact" w:val="1500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76" w:after="0" w:line="233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8.5.</w:t>
            </w:r>
          </w:p>
        </w:tc>
        <w:tc>
          <w:tcPr>
            <w:tcW w:w="4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>Внеклассное чтение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76" w:after="0" w:line="233" w:lineRule="auto"/>
              <w:ind w:left="68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261D5"/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261D5"/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261D5"/>
        </w:tc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Pr="00A16570" w:rsidRDefault="00F831C8">
            <w:pPr>
              <w:autoSpaceDE w:val="0"/>
              <w:autoSpaceDN w:val="0"/>
              <w:spacing w:before="76" w:after="0" w:line="245" w:lineRule="auto"/>
              <w:ind w:left="74" w:right="864"/>
              <w:rPr>
                <w:lang w:val="ru-RU"/>
              </w:rPr>
            </w:pP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Знакомство с автором и произведением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76" w:after="0" w:line="233" w:lineRule="auto"/>
              <w:ind w:left="7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;</w:t>
            </w:r>
          </w:p>
        </w:tc>
        <w:tc>
          <w:tcPr>
            <w:tcW w:w="2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Pr="00A16570" w:rsidRDefault="00F831C8">
            <w:pPr>
              <w:autoSpaceDE w:val="0"/>
              <w:autoSpaceDN w:val="0"/>
              <w:spacing w:before="76" w:after="0" w:line="254" w:lineRule="auto"/>
              <w:ind w:left="72" w:right="144"/>
              <w:rPr>
                <w:lang w:val="ru-RU"/>
              </w:rPr>
            </w:pP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Единая коллекция цифровых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образовательных ресурсов </w:t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http</w:t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://</w:t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school</w:t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-</w:t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collection</w:t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edu</w:t>
            </w:r>
            <w:proofErr w:type="spellEnd"/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ru</w:t>
            </w:r>
            <w:proofErr w:type="spellEnd"/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/</w:t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catalog</w:t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/</w:t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teacher</w:t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Российская электронная школа </w:t>
            </w:r>
            <w:r w:rsidRPr="00A16570">
              <w:rPr>
                <w:lang w:val="ru-RU"/>
              </w:rP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https</w:t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resh</w:t>
            </w:r>
            <w:proofErr w:type="spellEnd"/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edu</w:t>
            </w:r>
            <w:proofErr w:type="spellEnd"/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ru</w:t>
            </w:r>
            <w:proofErr w:type="spellEnd"/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/</w:t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subject</w:t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/14/5/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Каталог цифрового образовательного контента </w:t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https</w:t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educont</w:t>
            </w:r>
            <w:proofErr w:type="spellEnd"/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ru</w:t>
            </w:r>
            <w:proofErr w:type="spellEnd"/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/</w:t>
            </w:r>
          </w:p>
        </w:tc>
      </w:tr>
      <w:tr w:rsidR="00F261D5">
        <w:trPr>
          <w:trHeight w:hRule="exact" w:val="348"/>
        </w:trPr>
        <w:tc>
          <w:tcPr>
            <w:tcW w:w="50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78" w:after="0" w:line="230" w:lineRule="auto"/>
              <w:ind w:left="7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Итого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по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разделу</w:t>
            </w:r>
            <w:proofErr w:type="spellEnd"/>
          </w:p>
        </w:tc>
        <w:tc>
          <w:tcPr>
            <w:tcW w:w="528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78" w:after="0" w:line="230" w:lineRule="auto"/>
              <w:ind w:left="68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14</w:t>
            </w:r>
          </w:p>
        </w:tc>
        <w:tc>
          <w:tcPr>
            <w:tcW w:w="993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261D5"/>
        </w:tc>
      </w:tr>
      <w:tr w:rsidR="00F261D5">
        <w:trPr>
          <w:trHeight w:hRule="exact" w:val="348"/>
        </w:trPr>
        <w:tc>
          <w:tcPr>
            <w:tcW w:w="1550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Раздел 9.</w:t>
            </w:r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 xml:space="preserve"> Итоговый контроль</w:t>
            </w:r>
          </w:p>
        </w:tc>
      </w:tr>
      <w:tr w:rsidR="00F261D5" w:rsidRPr="00957039">
        <w:trPr>
          <w:trHeight w:hRule="exact" w:val="1502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7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9.1.</w:t>
            </w:r>
          </w:p>
        </w:tc>
        <w:tc>
          <w:tcPr>
            <w:tcW w:w="4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>Итоговые контрольные работы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78" w:after="0" w:line="230" w:lineRule="auto"/>
              <w:ind w:left="68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2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261D5"/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261D5"/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261D5"/>
        </w:tc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7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Контроль усвоения материала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78" w:after="0" w:line="245" w:lineRule="auto"/>
              <w:ind w:left="72" w:right="288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Контрольная работа;</w:t>
            </w:r>
          </w:p>
        </w:tc>
        <w:tc>
          <w:tcPr>
            <w:tcW w:w="2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Pr="00A16570" w:rsidRDefault="00F831C8">
            <w:pPr>
              <w:autoSpaceDE w:val="0"/>
              <w:autoSpaceDN w:val="0"/>
              <w:spacing w:before="78" w:after="0" w:line="252" w:lineRule="auto"/>
              <w:ind w:left="72" w:right="144"/>
              <w:rPr>
                <w:lang w:val="ru-RU"/>
              </w:rPr>
            </w:pP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Единая коллекция цифровых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образовательных ресурсов </w:t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http</w:t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://</w:t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school</w:t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-</w:t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collection</w:t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edu</w:t>
            </w:r>
            <w:proofErr w:type="spellEnd"/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ru</w:t>
            </w:r>
            <w:proofErr w:type="spellEnd"/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/</w:t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catalog</w:t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/</w:t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teacher</w:t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Российская электронная школа </w:t>
            </w:r>
            <w:r w:rsidRPr="00A16570">
              <w:rPr>
                <w:lang w:val="ru-RU"/>
              </w:rPr>
              <w:br/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https</w:t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resh</w:t>
            </w:r>
            <w:proofErr w:type="spellEnd"/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edu</w:t>
            </w:r>
            <w:proofErr w:type="spellEnd"/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ru</w:t>
            </w:r>
            <w:proofErr w:type="spellEnd"/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/</w:t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subject</w:t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/14/5/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Каталог цифрового образовательного контента </w:t>
            </w: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https</w:t>
            </w: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educont</w:t>
            </w:r>
            <w:proofErr w:type="spellEnd"/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ru</w:t>
            </w:r>
            <w:proofErr w:type="spellEnd"/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/</w:t>
            </w:r>
          </w:p>
        </w:tc>
      </w:tr>
      <w:tr w:rsidR="00F261D5">
        <w:trPr>
          <w:trHeight w:hRule="exact" w:val="348"/>
        </w:trPr>
        <w:tc>
          <w:tcPr>
            <w:tcW w:w="50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76" w:after="0" w:line="233" w:lineRule="auto"/>
              <w:ind w:left="7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Итого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по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разделу</w:t>
            </w:r>
            <w:proofErr w:type="spellEnd"/>
          </w:p>
        </w:tc>
        <w:tc>
          <w:tcPr>
            <w:tcW w:w="528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76" w:after="0" w:line="233" w:lineRule="auto"/>
              <w:ind w:left="68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2</w:t>
            </w:r>
          </w:p>
        </w:tc>
        <w:tc>
          <w:tcPr>
            <w:tcW w:w="993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261D5"/>
        </w:tc>
      </w:tr>
      <w:tr w:rsidR="00F261D5">
        <w:trPr>
          <w:trHeight w:hRule="exact" w:val="348"/>
        </w:trPr>
        <w:tc>
          <w:tcPr>
            <w:tcW w:w="50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Резервное время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76" w:after="0" w:line="233" w:lineRule="auto"/>
              <w:ind w:left="68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9</w:t>
            </w:r>
          </w:p>
        </w:tc>
        <w:tc>
          <w:tcPr>
            <w:tcW w:w="993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261D5"/>
        </w:tc>
      </w:tr>
      <w:tr w:rsidR="00F261D5">
        <w:trPr>
          <w:trHeight w:hRule="exact" w:val="328"/>
        </w:trPr>
        <w:tc>
          <w:tcPr>
            <w:tcW w:w="50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tcMar>
              <w:left w:w="0" w:type="dxa"/>
              <w:right w:w="0" w:type="dxa"/>
            </w:tcMar>
          </w:tcPr>
          <w:p w:rsidR="00F261D5" w:rsidRPr="00A16570" w:rsidRDefault="00F831C8">
            <w:pPr>
              <w:autoSpaceDE w:val="0"/>
              <w:autoSpaceDN w:val="0"/>
              <w:spacing w:before="76" w:after="0" w:line="233" w:lineRule="auto"/>
              <w:ind w:left="72"/>
              <w:rPr>
                <w:lang w:val="ru-RU"/>
              </w:rPr>
            </w:pPr>
            <w:r w:rsidRPr="00A16570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ОБЩЕЕ КОЛИЧЕСТВО ЧАСОВ ПО ПРОГРАММЕ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76" w:after="0" w:line="233" w:lineRule="auto"/>
              <w:ind w:left="68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102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76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261D5"/>
        </w:tc>
      </w:tr>
    </w:tbl>
    <w:p w:rsidR="00F261D5" w:rsidRDefault="00F261D5">
      <w:pPr>
        <w:autoSpaceDE w:val="0"/>
        <w:autoSpaceDN w:val="0"/>
        <w:spacing w:after="0" w:line="14" w:lineRule="exact"/>
      </w:pPr>
    </w:p>
    <w:p w:rsidR="00F261D5" w:rsidRDefault="00F261D5">
      <w:pPr>
        <w:sectPr w:rsidR="00F261D5">
          <w:pgSz w:w="16840" w:h="11900"/>
          <w:pgMar w:top="284" w:right="640" w:bottom="538" w:left="666" w:header="720" w:footer="720" w:gutter="0"/>
          <w:cols w:space="720" w:equalWidth="0">
            <w:col w:w="15534" w:space="0"/>
          </w:cols>
          <w:docGrid w:linePitch="360"/>
        </w:sectPr>
      </w:pPr>
    </w:p>
    <w:p w:rsidR="00F261D5" w:rsidRDefault="00F261D5">
      <w:pPr>
        <w:sectPr w:rsidR="00F261D5">
          <w:pgSz w:w="16840" w:h="11900"/>
          <w:pgMar w:top="1440" w:right="1440" w:bottom="1440" w:left="1440" w:header="720" w:footer="720" w:gutter="0"/>
          <w:cols w:space="720" w:equalWidth="0">
            <w:col w:w="15534" w:space="0"/>
          </w:cols>
          <w:docGrid w:linePitch="360"/>
        </w:sectPr>
      </w:pPr>
    </w:p>
    <w:p w:rsidR="00F261D5" w:rsidRDefault="00F261D5">
      <w:pPr>
        <w:autoSpaceDE w:val="0"/>
        <w:autoSpaceDN w:val="0"/>
        <w:spacing w:after="76" w:line="220" w:lineRule="exact"/>
      </w:pPr>
    </w:p>
    <w:p w:rsidR="00F261D5" w:rsidRPr="00A12E42" w:rsidRDefault="00A12E42">
      <w:pPr>
        <w:autoSpaceDE w:val="0"/>
        <w:autoSpaceDN w:val="0"/>
        <w:spacing w:after="278" w:line="233" w:lineRule="auto"/>
        <w:rPr>
          <w:lang w:val="ru-RU"/>
        </w:rPr>
      </w:pPr>
      <w:r>
        <w:rPr>
          <w:rFonts w:ascii="Times New Roman" w:eastAsia="Times New Roman" w:hAnsi="Times New Roman"/>
          <w:b/>
          <w:color w:val="000000"/>
          <w:sz w:val="21"/>
        </w:rPr>
        <w:t>ПОУРОЧНОЕ ПЛАНИРОВАНИЕ</w:t>
      </w:r>
    </w:p>
    <w:tbl>
      <w:tblPr>
        <w:tblW w:w="0" w:type="auto"/>
        <w:tblInd w:w="5" w:type="dxa"/>
        <w:tblLayout w:type="fixed"/>
        <w:tblLook w:val="04A0" w:firstRow="1" w:lastRow="0" w:firstColumn="1" w:lastColumn="0" w:noHBand="0" w:noVBand="1"/>
      </w:tblPr>
      <w:tblGrid>
        <w:gridCol w:w="500"/>
        <w:gridCol w:w="3896"/>
        <w:gridCol w:w="636"/>
        <w:gridCol w:w="1410"/>
        <w:gridCol w:w="1450"/>
        <w:gridCol w:w="1076"/>
        <w:gridCol w:w="1692"/>
      </w:tblGrid>
      <w:tr w:rsidR="00F261D5">
        <w:trPr>
          <w:trHeight w:hRule="exact" w:val="428"/>
        </w:trPr>
        <w:tc>
          <w:tcPr>
            <w:tcW w:w="5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6" w:after="0" w:line="262" w:lineRule="auto"/>
              <w:ind w:left="62"/>
            </w:pPr>
            <w:r>
              <w:rPr>
                <w:rFonts w:ascii="Times New Roman" w:eastAsia="Times New Roman" w:hAnsi="Times New Roman"/>
                <w:b/>
                <w:color w:val="000000"/>
                <w:sz w:val="21"/>
              </w:rPr>
              <w:t>№</w:t>
            </w:r>
            <w:r>
              <w:br/>
            </w:r>
            <w:r>
              <w:rPr>
                <w:rFonts w:ascii="Times New Roman" w:eastAsia="Times New Roman" w:hAnsi="Times New Roman"/>
                <w:b/>
                <w:color w:val="000000"/>
                <w:sz w:val="21"/>
              </w:rPr>
              <w:t>п/п</w:t>
            </w:r>
          </w:p>
        </w:tc>
        <w:tc>
          <w:tcPr>
            <w:tcW w:w="38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6" w:after="0" w:line="233" w:lineRule="auto"/>
              <w:ind w:left="62"/>
            </w:pPr>
            <w:r>
              <w:rPr>
                <w:rFonts w:ascii="Times New Roman" w:eastAsia="Times New Roman" w:hAnsi="Times New Roman"/>
                <w:b/>
                <w:color w:val="000000"/>
                <w:sz w:val="21"/>
              </w:rPr>
              <w:t>Тема урока</w:t>
            </w:r>
          </w:p>
        </w:tc>
        <w:tc>
          <w:tcPr>
            <w:tcW w:w="3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6" w:after="0" w:line="233" w:lineRule="auto"/>
              <w:ind w:left="60"/>
            </w:pPr>
            <w:r>
              <w:rPr>
                <w:rFonts w:ascii="Times New Roman" w:eastAsia="Times New Roman" w:hAnsi="Times New Roman"/>
                <w:b/>
                <w:color w:val="000000"/>
                <w:sz w:val="21"/>
              </w:rPr>
              <w:t>Количество часов</w:t>
            </w:r>
          </w:p>
        </w:tc>
        <w:tc>
          <w:tcPr>
            <w:tcW w:w="10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6" w:after="0" w:line="262" w:lineRule="auto"/>
              <w:ind w:left="62"/>
            </w:pPr>
            <w:r>
              <w:rPr>
                <w:rFonts w:ascii="Times New Roman" w:eastAsia="Times New Roman" w:hAnsi="Times New Roman"/>
                <w:b/>
                <w:color w:val="000000"/>
                <w:sz w:val="21"/>
              </w:rPr>
              <w:t xml:space="preserve">Дата </w:t>
            </w:r>
            <w:r>
              <w:br/>
            </w:r>
            <w:r>
              <w:rPr>
                <w:rFonts w:ascii="Times New Roman" w:eastAsia="Times New Roman" w:hAnsi="Times New Roman"/>
                <w:b/>
                <w:color w:val="000000"/>
                <w:sz w:val="21"/>
              </w:rPr>
              <w:t>изучения</w:t>
            </w:r>
          </w:p>
        </w:tc>
        <w:tc>
          <w:tcPr>
            <w:tcW w:w="16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6" w:after="0" w:line="262" w:lineRule="auto"/>
              <w:ind w:left="62" w:right="288"/>
            </w:pPr>
            <w:r>
              <w:rPr>
                <w:rFonts w:ascii="Times New Roman" w:eastAsia="Times New Roman" w:hAnsi="Times New Roman"/>
                <w:b/>
                <w:color w:val="000000"/>
                <w:sz w:val="21"/>
              </w:rPr>
              <w:t>Виды, формы контроля</w:t>
            </w:r>
          </w:p>
        </w:tc>
      </w:tr>
      <w:tr w:rsidR="00F261D5">
        <w:trPr>
          <w:trHeight w:hRule="exact" w:val="720"/>
        </w:trPr>
        <w:tc>
          <w:tcPr>
            <w:tcW w:w="15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1D5" w:rsidRDefault="00F261D5"/>
        </w:tc>
        <w:tc>
          <w:tcPr>
            <w:tcW w:w="15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1D5" w:rsidRDefault="00F261D5"/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6" w:after="0" w:line="233" w:lineRule="auto"/>
              <w:ind w:left="60"/>
            </w:pPr>
            <w:r>
              <w:rPr>
                <w:rFonts w:ascii="Times New Roman" w:eastAsia="Times New Roman" w:hAnsi="Times New Roman"/>
                <w:b/>
                <w:color w:val="000000"/>
                <w:sz w:val="21"/>
              </w:rPr>
              <w:t xml:space="preserve">всего 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6" w:after="0" w:line="262" w:lineRule="auto"/>
              <w:ind w:left="62"/>
            </w:pPr>
            <w:r>
              <w:rPr>
                <w:rFonts w:ascii="Times New Roman" w:eastAsia="Times New Roman" w:hAnsi="Times New Roman"/>
                <w:b/>
                <w:color w:val="000000"/>
                <w:sz w:val="21"/>
              </w:rPr>
              <w:t>контрольные работы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6" w:after="0" w:line="262" w:lineRule="auto"/>
              <w:ind w:left="62"/>
            </w:pPr>
            <w:r>
              <w:rPr>
                <w:rFonts w:ascii="Times New Roman" w:eastAsia="Times New Roman" w:hAnsi="Times New Roman"/>
                <w:b/>
                <w:color w:val="000000"/>
                <w:sz w:val="21"/>
              </w:rPr>
              <w:t>практические работы</w:t>
            </w:r>
          </w:p>
        </w:tc>
        <w:tc>
          <w:tcPr>
            <w:tcW w:w="15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1D5" w:rsidRDefault="00F261D5"/>
        </w:tc>
        <w:tc>
          <w:tcPr>
            <w:tcW w:w="15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1D5" w:rsidRDefault="00F261D5"/>
        </w:tc>
      </w:tr>
      <w:tr w:rsidR="00F261D5">
        <w:trPr>
          <w:trHeight w:hRule="exact" w:val="428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6" w:after="0" w:line="233" w:lineRule="auto"/>
              <w:ind w:left="6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1.</w:t>
            </w:r>
          </w:p>
        </w:tc>
        <w:tc>
          <w:tcPr>
            <w:tcW w:w="3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6" w:after="0" w:line="233" w:lineRule="auto"/>
              <w:ind w:left="6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 xml:space="preserve">Введение. В дорогу зовущие. 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6" w:after="0" w:line="233" w:lineRule="auto"/>
              <w:ind w:left="60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1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6" w:after="0" w:line="233" w:lineRule="auto"/>
              <w:ind w:left="6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0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261D5"/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6" w:after="0" w:line="233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01.09.2022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6" w:after="0" w:line="233" w:lineRule="auto"/>
              <w:ind w:left="6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Устный опрос;</w:t>
            </w:r>
          </w:p>
        </w:tc>
      </w:tr>
      <w:tr w:rsidR="00F261D5">
        <w:trPr>
          <w:trHeight w:hRule="exact" w:val="1012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8" w:after="0" w:line="230" w:lineRule="auto"/>
              <w:ind w:left="6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2.</w:t>
            </w:r>
          </w:p>
        </w:tc>
        <w:tc>
          <w:tcPr>
            <w:tcW w:w="3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Pr="00A16570" w:rsidRDefault="00F831C8">
            <w:pPr>
              <w:autoSpaceDE w:val="0"/>
              <w:autoSpaceDN w:val="0"/>
              <w:spacing w:before="88" w:after="0" w:line="271" w:lineRule="auto"/>
              <w:ind w:left="62"/>
              <w:rPr>
                <w:lang w:val="ru-RU"/>
              </w:rPr>
            </w:pPr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>Античная литература. Поэмы Гомера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>«Илиада» и «Одиссея</w:t>
            </w:r>
            <w:proofErr w:type="gramStart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>»(</w:t>
            </w:r>
            <w:proofErr w:type="gramEnd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>фрагменты)Автор и его бессмертное произведение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8" w:after="0" w:line="230" w:lineRule="auto"/>
              <w:ind w:left="60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1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8" w:after="0" w:line="230" w:lineRule="auto"/>
              <w:ind w:left="6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0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261D5"/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06.09.2022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8" w:after="0" w:line="230" w:lineRule="auto"/>
              <w:ind w:left="6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Устный опрос;</w:t>
            </w:r>
          </w:p>
        </w:tc>
      </w:tr>
      <w:tr w:rsidR="00F261D5">
        <w:trPr>
          <w:trHeight w:hRule="exact" w:val="722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6" w:after="0" w:line="233" w:lineRule="auto"/>
              <w:ind w:left="6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3.</w:t>
            </w:r>
          </w:p>
        </w:tc>
        <w:tc>
          <w:tcPr>
            <w:tcW w:w="3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Pr="00A16570" w:rsidRDefault="00F831C8">
            <w:pPr>
              <w:autoSpaceDE w:val="0"/>
              <w:autoSpaceDN w:val="0"/>
              <w:spacing w:before="86" w:after="0" w:line="262" w:lineRule="auto"/>
              <w:ind w:left="62" w:right="576"/>
              <w:rPr>
                <w:lang w:val="ru-RU"/>
              </w:rPr>
            </w:pPr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>Гомер. «Илиада». Образы Ахилла и Гектора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6" w:after="0" w:line="233" w:lineRule="auto"/>
              <w:ind w:left="60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1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6" w:after="0" w:line="233" w:lineRule="auto"/>
              <w:ind w:left="6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0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261D5"/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6" w:after="0" w:line="233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07.09.2022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6" w:after="0" w:line="233" w:lineRule="auto"/>
              <w:ind w:left="6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Устный опрос;</w:t>
            </w:r>
          </w:p>
        </w:tc>
      </w:tr>
      <w:tr w:rsidR="00F261D5">
        <w:trPr>
          <w:trHeight w:hRule="exact" w:val="428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4" w:after="0" w:line="233" w:lineRule="auto"/>
              <w:ind w:left="6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4.</w:t>
            </w:r>
          </w:p>
        </w:tc>
        <w:tc>
          <w:tcPr>
            <w:tcW w:w="3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4" w:after="0" w:line="233" w:lineRule="auto"/>
              <w:ind w:left="6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 xml:space="preserve">Гомер. «Одиссея». Образ Одиссея. 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4" w:after="0" w:line="233" w:lineRule="auto"/>
              <w:ind w:left="60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1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4" w:after="0" w:line="233" w:lineRule="auto"/>
              <w:ind w:left="6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0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261D5"/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4" w:after="0" w:line="233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08.09.2022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4" w:after="0" w:line="233" w:lineRule="auto"/>
              <w:ind w:left="6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Устный опрос;</w:t>
            </w:r>
          </w:p>
        </w:tc>
      </w:tr>
      <w:tr w:rsidR="00F261D5">
        <w:trPr>
          <w:trHeight w:hRule="exact" w:val="722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4" w:after="0" w:line="233" w:lineRule="auto"/>
              <w:ind w:left="6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5.</w:t>
            </w:r>
          </w:p>
        </w:tc>
        <w:tc>
          <w:tcPr>
            <w:tcW w:w="3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Pr="00A16570" w:rsidRDefault="00F831C8">
            <w:pPr>
              <w:autoSpaceDE w:val="0"/>
              <w:autoSpaceDN w:val="0"/>
              <w:spacing w:before="84" w:after="0" w:line="262" w:lineRule="auto"/>
              <w:ind w:left="62" w:right="144"/>
              <w:rPr>
                <w:lang w:val="ru-RU"/>
              </w:rPr>
            </w:pPr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 xml:space="preserve"> Русские былины как жанр </w:t>
            </w:r>
            <w:proofErr w:type="spellStart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>УНТ.Былины</w:t>
            </w:r>
            <w:proofErr w:type="spellEnd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 xml:space="preserve"> Киевского и Новгородского циклов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4" w:after="0" w:line="233" w:lineRule="auto"/>
              <w:ind w:left="60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1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4" w:after="0" w:line="233" w:lineRule="auto"/>
              <w:ind w:left="6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0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261D5"/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4" w:after="0" w:line="233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13.09.2022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4" w:after="0" w:line="233" w:lineRule="auto"/>
              <w:ind w:left="6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Устный опрос;</w:t>
            </w:r>
          </w:p>
        </w:tc>
      </w:tr>
      <w:tr w:rsidR="00F261D5">
        <w:trPr>
          <w:trHeight w:hRule="exact" w:val="1010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4" w:after="0" w:line="233" w:lineRule="auto"/>
              <w:ind w:left="6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6.</w:t>
            </w:r>
          </w:p>
        </w:tc>
        <w:tc>
          <w:tcPr>
            <w:tcW w:w="3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Pr="00A16570" w:rsidRDefault="00F831C8">
            <w:pPr>
              <w:autoSpaceDE w:val="0"/>
              <w:autoSpaceDN w:val="0"/>
              <w:spacing w:before="84" w:after="0" w:line="271" w:lineRule="auto"/>
              <w:ind w:left="62" w:right="576"/>
              <w:rPr>
                <w:lang w:val="ru-RU"/>
              </w:rPr>
            </w:pPr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 xml:space="preserve">Былина "Илья Муромец и </w:t>
            </w:r>
            <w:proofErr w:type="spellStart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>Соловей-разбойник"</w:t>
            </w:r>
            <w:proofErr w:type="gramStart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>:о</w:t>
            </w:r>
            <w:proofErr w:type="gramEnd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>браз</w:t>
            </w:r>
            <w:proofErr w:type="spellEnd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 xml:space="preserve"> защитника Земли русской.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4" w:after="0" w:line="233" w:lineRule="auto"/>
              <w:ind w:left="60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1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4" w:after="0" w:line="233" w:lineRule="auto"/>
              <w:ind w:left="6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0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261D5"/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4" w:after="0" w:line="233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14.09.2022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4" w:after="0" w:line="233" w:lineRule="auto"/>
              <w:ind w:left="6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Устный опрос;</w:t>
            </w:r>
          </w:p>
        </w:tc>
      </w:tr>
      <w:tr w:rsidR="00F261D5">
        <w:trPr>
          <w:trHeight w:hRule="exact" w:val="720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8" w:after="0" w:line="233" w:lineRule="auto"/>
              <w:ind w:left="6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7.</w:t>
            </w:r>
          </w:p>
        </w:tc>
        <w:tc>
          <w:tcPr>
            <w:tcW w:w="3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Pr="00A16570" w:rsidRDefault="00F831C8">
            <w:pPr>
              <w:autoSpaceDE w:val="0"/>
              <w:autoSpaceDN w:val="0"/>
              <w:spacing w:before="88" w:after="0" w:line="262" w:lineRule="auto"/>
              <w:ind w:left="62"/>
              <w:rPr>
                <w:lang w:val="ru-RU"/>
              </w:rPr>
            </w:pPr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>Былина "Садко": переосмысление героем нравственных устоев.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8" w:after="0" w:line="233" w:lineRule="auto"/>
              <w:ind w:left="60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1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8" w:after="0" w:line="233" w:lineRule="auto"/>
              <w:ind w:left="6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0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261D5"/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8" w:after="0" w:line="233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15.09.2022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8" w:after="0" w:line="262" w:lineRule="auto"/>
              <w:ind w:right="288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Устный опрос; тестирование;</w:t>
            </w:r>
          </w:p>
        </w:tc>
      </w:tr>
      <w:tr w:rsidR="00F261D5">
        <w:trPr>
          <w:trHeight w:hRule="exact" w:val="1014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8" w:after="0" w:line="233" w:lineRule="auto"/>
              <w:ind w:left="6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8.</w:t>
            </w:r>
          </w:p>
        </w:tc>
        <w:tc>
          <w:tcPr>
            <w:tcW w:w="3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Pr="00A16570" w:rsidRDefault="00F831C8">
            <w:pPr>
              <w:autoSpaceDE w:val="0"/>
              <w:autoSpaceDN w:val="0"/>
              <w:spacing w:before="88" w:after="0" w:line="271" w:lineRule="auto"/>
              <w:ind w:left="62" w:right="288"/>
              <w:rPr>
                <w:lang w:val="ru-RU"/>
              </w:rPr>
            </w:pPr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>Былина "</w:t>
            </w:r>
            <w:proofErr w:type="spellStart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>Вольга</w:t>
            </w:r>
            <w:proofErr w:type="spellEnd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 xml:space="preserve"> и Микула </w:t>
            </w:r>
            <w:r w:rsidRPr="00A16570">
              <w:rPr>
                <w:lang w:val="ru-RU"/>
              </w:rPr>
              <w:br/>
            </w:r>
            <w:proofErr w:type="spellStart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>Селянинович</w:t>
            </w:r>
            <w:proofErr w:type="spellEnd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>"</w:t>
            </w:r>
            <w:proofErr w:type="gramStart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>:п</w:t>
            </w:r>
            <w:proofErr w:type="gramEnd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>рославление человека-труженика.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8" w:after="0" w:line="233" w:lineRule="auto"/>
              <w:ind w:left="60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1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8" w:after="0" w:line="233" w:lineRule="auto"/>
              <w:ind w:left="6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0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261D5"/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8" w:after="0" w:line="233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20.09.2022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8" w:after="0" w:line="233" w:lineRule="auto"/>
              <w:ind w:left="6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Устный опрос;</w:t>
            </w:r>
          </w:p>
        </w:tc>
      </w:tr>
      <w:tr w:rsidR="00F261D5">
        <w:trPr>
          <w:trHeight w:hRule="exact" w:val="1012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6" w:after="0" w:line="230" w:lineRule="auto"/>
              <w:ind w:left="6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9.</w:t>
            </w:r>
          </w:p>
        </w:tc>
        <w:tc>
          <w:tcPr>
            <w:tcW w:w="3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Pr="00A16570" w:rsidRDefault="00F831C8">
            <w:pPr>
              <w:autoSpaceDE w:val="0"/>
              <w:autoSpaceDN w:val="0"/>
              <w:spacing w:before="86" w:after="0" w:line="271" w:lineRule="auto"/>
              <w:ind w:left="62" w:right="576"/>
              <w:rPr>
                <w:lang w:val="ru-RU"/>
              </w:rPr>
            </w:pPr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 xml:space="preserve">Рр№1 Язык </w:t>
            </w:r>
            <w:proofErr w:type="spellStart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>былин</w:t>
            </w:r>
            <w:proofErr w:type="gramStart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>.И</w:t>
            </w:r>
            <w:proofErr w:type="gramEnd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>зобразительно</w:t>
            </w:r>
            <w:proofErr w:type="spellEnd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 xml:space="preserve">-выразительные средства: эпитет, метафора, </w:t>
            </w:r>
            <w:proofErr w:type="spellStart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>сравнение,гипербола</w:t>
            </w:r>
            <w:proofErr w:type="spellEnd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>.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6" w:after="0" w:line="230" w:lineRule="auto"/>
              <w:ind w:left="60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1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6" w:after="0" w:line="230" w:lineRule="auto"/>
              <w:ind w:left="6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0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261D5"/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6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21.09.2022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6" w:after="0" w:line="230" w:lineRule="auto"/>
              <w:ind w:left="6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Устный опрос;</w:t>
            </w:r>
          </w:p>
        </w:tc>
      </w:tr>
      <w:tr w:rsidR="00F261D5">
        <w:trPr>
          <w:trHeight w:hRule="exact" w:val="1014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8" w:after="0" w:line="233" w:lineRule="auto"/>
              <w:ind w:left="6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10.</w:t>
            </w:r>
          </w:p>
        </w:tc>
        <w:tc>
          <w:tcPr>
            <w:tcW w:w="3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8" w:after="0" w:line="271" w:lineRule="auto"/>
              <w:ind w:left="62" w:right="720"/>
            </w:pPr>
            <w:proofErr w:type="spellStart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>Рр</w:t>
            </w:r>
            <w:proofErr w:type="spellEnd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 xml:space="preserve"> №2 Народные песни и баллады народов России и мира.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1"/>
              </w:rPr>
              <w:t>Русский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1"/>
              </w:rPr>
              <w:t>календарно-обрядовый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1"/>
              </w:rPr>
              <w:t>фольклор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1"/>
              </w:rPr>
              <w:t>.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8" w:after="0" w:line="233" w:lineRule="auto"/>
              <w:ind w:left="60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1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8" w:after="0" w:line="233" w:lineRule="auto"/>
              <w:ind w:left="6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0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261D5"/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8" w:after="0" w:line="233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22.09.2022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8" w:after="0" w:line="233" w:lineRule="auto"/>
              <w:ind w:left="6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Устный опрос;</w:t>
            </w:r>
          </w:p>
        </w:tc>
      </w:tr>
      <w:tr w:rsidR="00F261D5">
        <w:trPr>
          <w:trHeight w:hRule="exact" w:val="722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4" w:after="0" w:line="233" w:lineRule="auto"/>
              <w:ind w:left="6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11.</w:t>
            </w:r>
          </w:p>
        </w:tc>
        <w:tc>
          <w:tcPr>
            <w:tcW w:w="3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Pr="00A16570" w:rsidRDefault="00F831C8">
            <w:pPr>
              <w:autoSpaceDE w:val="0"/>
              <w:autoSpaceDN w:val="0"/>
              <w:spacing w:before="84" w:after="0" w:line="262" w:lineRule="auto"/>
              <w:ind w:left="62"/>
              <w:rPr>
                <w:lang w:val="ru-RU"/>
              </w:rPr>
            </w:pPr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>Жанр баллады.</w:t>
            </w:r>
            <w:r w:rsidR="00FB6CD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 xml:space="preserve"> </w:t>
            </w:r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>Поэма "Песнь о Роланде"-вершина французского эпоса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4" w:after="0" w:line="233" w:lineRule="auto"/>
              <w:ind w:left="60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1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4" w:after="0" w:line="233" w:lineRule="auto"/>
              <w:ind w:left="6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0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261D5"/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4" w:after="0" w:line="233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27.09.2022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4" w:after="0" w:line="233" w:lineRule="auto"/>
              <w:ind w:left="6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Устный опрос;</w:t>
            </w:r>
          </w:p>
        </w:tc>
      </w:tr>
      <w:tr w:rsidR="00F261D5">
        <w:trPr>
          <w:trHeight w:hRule="exact" w:val="720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6" w:after="0" w:line="230" w:lineRule="auto"/>
              <w:ind w:left="6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12.</w:t>
            </w:r>
          </w:p>
        </w:tc>
        <w:tc>
          <w:tcPr>
            <w:tcW w:w="3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Pr="00A16570" w:rsidRDefault="00F831C8">
            <w:pPr>
              <w:autoSpaceDE w:val="0"/>
              <w:autoSpaceDN w:val="0"/>
              <w:spacing w:before="86" w:after="0" w:line="262" w:lineRule="auto"/>
              <w:ind w:left="62" w:right="576"/>
              <w:rPr>
                <w:lang w:val="ru-RU"/>
              </w:rPr>
            </w:pPr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 xml:space="preserve">"Песнь о </w:t>
            </w:r>
            <w:proofErr w:type="spellStart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>Нибелунгах</w:t>
            </w:r>
            <w:proofErr w:type="spellEnd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>": особенности немецкого героического эпоса.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6" w:after="0" w:line="230" w:lineRule="auto"/>
              <w:ind w:left="60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1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6" w:after="0" w:line="230" w:lineRule="auto"/>
              <w:ind w:left="6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0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261D5"/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6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28.09.2022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6" w:after="0" w:line="230" w:lineRule="auto"/>
              <w:ind w:left="6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Устный опрос;</w:t>
            </w:r>
          </w:p>
        </w:tc>
      </w:tr>
      <w:tr w:rsidR="00F261D5">
        <w:trPr>
          <w:trHeight w:hRule="exact" w:val="1012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6" w:after="0" w:line="233" w:lineRule="auto"/>
              <w:ind w:left="6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13.</w:t>
            </w:r>
          </w:p>
        </w:tc>
        <w:tc>
          <w:tcPr>
            <w:tcW w:w="3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Pr="00A16570" w:rsidRDefault="00F831C8">
            <w:pPr>
              <w:autoSpaceDE w:val="0"/>
              <w:autoSpaceDN w:val="0"/>
              <w:spacing w:before="86" w:after="0" w:line="271" w:lineRule="auto"/>
              <w:ind w:left="62" w:right="144"/>
              <w:rPr>
                <w:lang w:val="ru-RU"/>
              </w:rPr>
            </w:pPr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>Русская народная баллада "</w:t>
            </w:r>
            <w:proofErr w:type="spellStart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>Аника</w:t>
            </w:r>
            <w:proofErr w:type="spellEnd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 xml:space="preserve">-воин": тема смысла человеческой жизни и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 xml:space="preserve">смерти. 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6" w:after="0" w:line="233" w:lineRule="auto"/>
              <w:ind w:left="60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1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6" w:after="0" w:line="233" w:lineRule="auto"/>
              <w:ind w:left="6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0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261D5"/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6" w:after="0" w:line="233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29.09.2022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6" w:after="0" w:line="271" w:lineRule="auto"/>
              <w:ind w:left="62" w:right="288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 xml:space="preserve">Устный опрос; Письменный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1"/>
              </w:rPr>
              <w:t>контроль;</w:t>
            </w:r>
          </w:p>
        </w:tc>
      </w:tr>
      <w:tr w:rsidR="00F261D5">
        <w:trPr>
          <w:trHeight w:hRule="exact" w:val="720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4" w:after="0" w:line="233" w:lineRule="auto"/>
              <w:ind w:left="6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14.</w:t>
            </w:r>
          </w:p>
        </w:tc>
        <w:tc>
          <w:tcPr>
            <w:tcW w:w="3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Pr="00A16570" w:rsidRDefault="00F831C8">
            <w:pPr>
              <w:autoSpaceDE w:val="0"/>
              <w:autoSpaceDN w:val="0"/>
              <w:spacing w:before="84" w:after="0" w:line="262" w:lineRule="auto"/>
              <w:ind w:left="62" w:right="432"/>
              <w:rPr>
                <w:lang w:val="ru-RU"/>
              </w:rPr>
            </w:pPr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>Древнерусская литература: основные жанровые особенности.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4" w:after="0" w:line="233" w:lineRule="auto"/>
              <w:ind w:left="60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1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4" w:after="0" w:line="233" w:lineRule="auto"/>
              <w:ind w:left="6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0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261D5"/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4" w:after="0" w:line="233" w:lineRule="auto"/>
              <w:ind w:left="6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 xml:space="preserve">04.10.2022 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4" w:after="0" w:line="233" w:lineRule="auto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 xml:space="preserve"> Устный опрос;</w:t>
            </w:r>
          </w:p>
        </w:tc>
      </w:tr>
      <w:tr w:rsidR="00F261D5">
        <w:trPr>
          <w:trHeight w:hRule="exact" w:val="1348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6" w:after="0" w:line="230" w:lineRule="auto"/>
              <w:ind w:left="6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15.</w:t>
            </w:r>
          </w:p>
        </w:tc>
        <w:tc>
          <w:tcPr>
            <w:tcW w:w="3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Pr="00A16570" w:rsidRDefault="00F831C8">
            <w:pPr>
              <w:autoSpaceDE w:val="0"/>
              <w:autoSpaceDN w:val="0"/>
              <w:spacing w:before="86" w:after="0"/>
              <w:ind w:left="62" w:right="576"/>
              <w:rPr>
                <w:lang w:val="ru-RU"/>
              </w:rPr>
            </w:pPr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 xml:space="preserve">Древнерусские </w:t>
            </w:r>
            <w:proofErr w:type="spellStart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>летописи."Повесть</w:t>
            </w:r>
            <w:proofErr w:type="spellEnd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 xml:space="preserve"> временных лет": "Сказание </w:t>
            </w:r>
            <w:r w:rsidRPr="00A16570">
              <w:rPr>
                <w:lang w:val="ru-RU"/>
              </w:rPr>
              <w:br/>
            </w:r>
            <w:proofErr w:type="spellStart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>обелогородском</w:t>
            </w:r>
            <w:proofErr w:type="spellEnd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 xml:space="preserve"> киселе", "Сказание о</w:t>
            </w:r>
            <w:r w:rsidR="00952FF7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 xml:space="preserve"> </w:t>
            </w:r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>юноше Кожемяке"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6" w:after="0" w:line="230" w:lineRule="auto"/>
              <w:ind w:left="60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1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6" w:after="0" w:line="230" w:lineRule="auto"/>
              <w:ind w:left="6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0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261D5"/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6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05.10.2022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6" w:after="0" w:line="230" w:lineRule="auto"/>
              <w:ind w:left="6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Устный опрос;</w:t>
            </w:r>
          </w:p>
        </w:tc>
      </w:tr>
      <w:tr w:rsidR="00F261D5">
        <w:trPr>
          <w:trHeight w:hRule="exact" w:val="992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6" w:after="0" w:line="233" w:lineRule="auto"/>
              <w:ind w:left="6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16.</w:t>
            </w:r>
          </w:p>
        </w:tc>
        <w:tc>
          <w:tcPr>
            <w:tcW w:w="3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Pr="00A16570" w:rsidRDefault="00F831C8">
            <w:pPr>
              <w:autoSpaceDE w:val="0"/>
              <w:autoSpaceDN w:val="0"/>
              <w:spacing w:before="86" w:after="0" w:line="271" w:lineRule="auto"/>
              <w:ind w:left="62" w:right="144"/>
              <w:rPr>
                <w:lang w:val="ru-RU"/>
              </w:rPr>
            </w:pPr>
            <w:proofErr w:type="spellStart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>Вн</w:t>
            </w:r>
            <w:proofErr w:type="spellEnd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 xml:space="preserve">. чт.№1 "Сказание о походе князя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>Олега на Царьград", "Предание о смерти князя Олега"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6" w:after="0" w:line="233" w:lineRule="auto"/>
              <w:ind w:left="60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1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6" w:after="0" w:line="233" w:lineRule="auto"/>
              <w:ind w:left="6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0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261D5"/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6" w:after="0" w:line="233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06.10.2022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6" w:after="0" w:line="233" w:lineRule="auto"/>
              <w:ind w:left="6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Устный опрос;</w:t>
            </w:r>
          </w:p>
        </w:tc>
      </w:tr>
    </w:tbl>
    <w:p w:rsidR="00F261D5" w:rsidRDefault="00F261D5">
      <w:pPr>
        <w:autoSpaceDE w:val="0"/>
        <w:autoSpaceDN w:val="0"/>
        <w:spacing w:after="0" w:line="14" w:lineRule="exact"/>
      </w:pPr>
    </w:p>
    <w:p w:rsidR="00F261D5" w:rsidRDefault="00F261D5">
      <w:pPr>
        <w:sectPr w:rsidR="00F261D5">
          <w:pgSz w:w="11900" w:h="16840"/>
          <w:pgMar w:top="296" w:right="556" w:bottom="480" w:left="654" w:header="720" w:footer="720" w:gutter="0"/>
          <w:cols w:space="720" w:equalWidth="0">
            <w:col w:w="10690" w:space="0"/>
          </w:cols>
          <w:docGrid w:linePitch="360"/>
        </w:sectPr>
      </w:pPr>
    </w:p>
    <w:p w:rsidR="00F261D5" w:rsidRDefault="00F261D5">
      <w:pPr>
        <w:autoSpaceDE w:val="0"/>
        <w:autoSpaceDN w:val="0"/>
        <w:spacing w:after="66" w:line="220" w:lineRule="exact"/>
      </w:pPr>
    </w:p>
    <w:tbl>
      <w:tblPr>
        <w:tblW w:w="0" w:type="auto"/>
        <w:tblInd w:w="5" w:type="dxa"/>
        <w:tblLayout w:type="fixed"/>
        <w:tblLook w:val="04A0" w:firstRow="1" w:lastRow="0" w:firstColumn="1" w:lastColumn="0" w:noHBand="0" w:noVBand="1"/>
      </w:tblPr>
      <w:tblGrid>
        <w:gridCol w:w="500"/>
        <w:gridCol w:w="3896"/>
        <w:gridCol w:w="636"/>
        <w:gridCol w:w="1410"/>
        <w:gridCol w:w="1450"/>
        <w:gridCol w:w="1076"/>
        <w:gridCol w:w="1692"/>
      </w:tblGrid>
      <w:tr w:rsidR="00F261D5">
        <w:trPr>
          <w:trHeight w:hRule="exact" w:val="1012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4" w:after="0" w:line="233" w:lineRule="auto"/>
              <w:ind w:left="6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17.</w:t>
            </w:r>
          </w:p>
        </w:tc>
        <w:tc>
          <w:tcPr>
            <w:tcW w:w="3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Pr="00A16570" w:rsidRDefault="00F831C8">
            <w:pPr>
              <w:autoSpaceDE w:val="0"/>
              <w:autoSpaceDN w:val="0"/>
              <w:spacing w:before="84" w:after="0" w:line="271" w:lineRule="auto"/>
              <w:ind w:left="62" w:right="288"/>
              <w:rPr>
                <w:lang w:val="ru-RU"/>
              </w:rPr>
            </w:pPr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 xml:space="preserve">Литература 1-й половины 19 </w:t>
            </w:r>
            <w:proofErr w:type="spellStart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>века.А.С</w:t>
            </w:r>
            <w:proofErr w:type="spellEnd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 xml:space="preserve">. </w:t>
            </w:r>
            <w:proofErr w:type="spellStart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>Пушкин.Слово</w:t>
            </w:r>
            <w:proofErr w:type="spellEnd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 xml:space="preserve"> о </w:t>
            </w:r>
            <w:proofErr w:type="spellStart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>поэте."Песнь</w:t>
            </w:r>
            <w:proofErr w:type="spellEnd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 xml:space="preserve"> о вещем Олеге": авторская баллада и летопись.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4" w:after="0" w:line="233" w:lineRule="auto"/>
              <w:ind w:left="60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1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4" w:after="0" w:line="233" w:lineRule="auto"/>
              <w:ind w:left="6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0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261D5"/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4" w:after="0" w:line="233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11.10.2022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4" w:after="0" w:line="233" w:lineRule="auto"/>
              <w:ind w:left="6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Устный опрос;</w:t>
            </w:r>
          </w:p>
        </w:tc>
      </w:tr>
      <w:tr w:rsidR="00F261D5">
        <w:trPr>
          <w:trHeight w:hRule="exact" w:val="1306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4" w:after="0" w:line="233" w:lineRule="auto"/>
              <w:ind w:left="6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18.</w:t>
            </w:r>
          </w:p>
        </w:tc>
        <w:tc>
          <w:tcPr>
            <w:tcW w:w="3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Pr="00A16570" w:rsidRDefault="00F831C8">
            <w:pPr>
              <w:autoSpaceDE w:val="0"/>
              <w:autoSpaceDN w:val="0"/>
              <w:spacing w:before="84" w:after="0" w:line="278" w:lineRule="auto"/>
              <w:ind w:left="62" w:right="288"/>
              <w:rPr>
                <w:lang w:val="ru-RU"/>
              </w:rPr>
            </w:pPr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 xml:space="preserve">А.С. Пушкин .Стихотворение "Зимняя </w:t>
            </w:r>
            <w:proofErr w:type="spellStart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>дорога":мастерство</w:t>
            </w:r>
            <w:proofErr w:type="spellEnd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 xml:space="preserve"> поэта в создании картин зимнего </w:t>
            </w:r>
            <w:proofErr w:type="spellStart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>пейзажа</w:t>
            </w:r>
            <w:proofErr w:type="gramStart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>.Д</w:t>
            </w:r>
            <w:proofErr w:type="gramEnd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>вусложные</w:t>
            </w:r>
            <w:proofErr w:type="spellEnd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 xml:space="preserve"> размеры стиха.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4" w:after="0" w:line="233" w:lineRule="auto"/>
              <w:ind w:left="60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1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4" w:after="0" w:line="233" w:lineRule="auto"/>
              <w:ind w:left="6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0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261D5"/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4" w:after="0" w:line="233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12.10.2022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4" w:after="0" w:line="271" w:lineRule="auto"/>
              <w:ind w:left="62" w:right="288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Устный опрос; практическая работа;</w:t>
            </w:r>
          </w:p>
        </w:tc>
      </w:tr>
      <w:tr w:rsidR="00F261D5">
        <w:trPr>
          <w:trHeight w:hRule="exact" w:val="720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6" w:after="0" w:line="233" w:lineRule="auto"/>
              <w:ind w:left="6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19.</w:t>
            </w:r>
          </w:p>
        </w:tc>
        <w:tc>
          <w:tcPr>
            <w:tcW w:w="3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Pr="00A16570" w:rsidRDefault="00F831C8">
            <w:pPr>
              <w:autoSpaceDE w:val="0"/>
              <w:autoSpaceDN w:val="0"/>
              <w:spacing w:before="86" w:after="0" w:line="262" w:lineRule="auto"/>
              <w:ind w:left="62" w:right="432"/>
              <w:rPr>
                <w:lang w:val="ru-RU"/>
              </w:rPr>
            </w:pPr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>А.С. Пушкин</w:t>
            </w:r>
            <w:proofErr w:type="gramStart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 xml:space="preserve"> .</w:t>
            </w:r>
            <w:proofErr w:type="gramEnd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 xml:space="preserve">Стихотворения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>"</w:t>
            </w:r>
            <w:proofErr w:type="spellStart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>Узник","Туча":вечная</w:t>
            </w:r>
            <w:proofErr w:type="spellEnd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 xml:space="preserve"> тема свободы.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6" w:after="0" w:line="233" w:lineRule="auto"/>
              <w:ind w:left="60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1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6" w:after="0" w:line="233" w:lineRule="auto"/>
              <w:ind w:left="6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0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261D5"/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6" w:after="0" w:line="233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13.10.2022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6" w:after="0" w:line="233" w:lineRule="auto"/>
              <w:ind w:left="6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Устный опрос;</w:t>
            </w:r>
          </w:p>
        </w:tc>
      </w:tr>
      <w:tr w:rsidR="00F261D5">
        <w:trPr>
          <w:trHeight w:hRule="exact" w:val="720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6" w:after="0" w:line="233" w:lineRule="auto"/>
              <w:ind w:left="6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20.</w:t>
            </w:r>
          </w:p>
        </w:tc>
        <w:tc>
          <w:tcPr>
            <w:tcW w:w="3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Pr="00A16570" w:rsidRDefault="00F831C8">
            <w:pPr>
              <w:autoSpaceDE w:val="0"/>
              <w:autoSpaceDN w:val="0"/>
              <w:spacing w:before="86" w:after="0" w:line="262" w:lineRule="auto"/>
              <w:ind w:left="62"/>
              <w:rPr>
                <w:lang w:val="ru-RU"/>
              </w:rPr>
            </w:pPr>
            <w:proofErr w:type="spellStart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>А.С.Пушкин</w:t>
            </w:r>
            <w:proofErr w:type="gramStart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>.Р</w:t>
            </w:r>
            <w:proofErr w:type="gramEnd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>оман"Дубровский":история</w:t>
            </w:r>
            <w:proofErr w:type="spellEnd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 xml:space="preserve"> создания, тема,  идея.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6" w:after="0" w:line="233" w:lineRule="auto"/>
              <w:ind w:left="60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1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6" w:after="0" w:line="233" w:lineRule="auto"/>
              <w:ind w:left="6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0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261D5"/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6" w:after="0" w:line="233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18.10.2022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6" w:after="0" w:line="233" w:lineRule="auto"/>
              <w:ind w:left="6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Устный опрос;</w:t>
            </w:r>
          </w:p>
        </w:tc>
      </w:tr>
      <w:tr w:rsidR="00F261D5">
        <w:trPr>
          <w:trHeight w:hRule="exact" w:val="1014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4" w:after="0" w:line="233" w:lineRule="auto"/>
              <w:ind w:left="6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21.</w:t>
            </w:r>
          </w:p>
        </w:tc>
        <w:tc>
          <w:tcPr>
            <w:tcW w:w="3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Pr="00A16570" w:rsidRDefault="00F831C8">
            <w:pPr>
              <w:autoSpaceDE w:val="0"/>
              <w:autoSpaceDN w:val="0"/>
              <w:spacing w:before="84" w:after="0" w:line="271" w:lineRule="auto"/>
              <w:ind w:left="62" w:right="576"/>
              <w:rPr>
                <w:lang w:val="ru-RU"/>
              </w:rPr>
            </w:pPr>
            <w:proofErr w:type="spellStart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>А.С.Пушкин."Дубровский</w:t>
            </w:r>
            <w:proofErr w:type="spellEnd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 xml:space="preserve">: система </w:t>
            </w:r>
            <w:proofErr w:type="spellStart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>образов.Дубровский</w:t>
            </w:r>
            <w:proofErr w:type="spellEnd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 xml:space="preserve">-старший и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>Троекуров.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4" w:after="0" w:line="233" w:lineRule="auto"/>
              <w:ind w:left="60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1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4" w:after="0" w:line="233" w:lineRule="auto"/>
              <w:ind w:left="6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0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261D5"/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4" w:after="0" w:line="233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19.10.2022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4" w:after="0" w:line="233" w:lineRule="auto"/>
              <w:ind w:left="6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Устный опрос;</w:t>
            </w:r>
          </w:p>
        </w:tc>
      </w:tr>
      <w:tr w:rsidR="00F261D5">
        <w:trPr>
          <w:trHeight w:hRule="exact" w:val="1012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6" w:after="0" w:line="230" w:lineRule="auto"/>
              <w:ind w:left="6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22.</w:t>
            </w:r>
          </w:p>
        </w:tc>
        <w:tc>
          <w:tcPr>
            <w:tcW w:w="3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Pr="00A16570" w:rsidRDefault="00F831C8">
            <w:pPr>
              <w:autoSpaceDE w:val="0"/>
              <w:autoSpaceDN w:val="0"/>
              <w:spacing w:before="86" w:after="0" w:line="262" w:lineRule="auto"/>
              <w:ind w:left="62" w:right="720"/>
              <w:rPr>
                <w:lang w:val="ru-RU"/>
              </w:rPr>
            </w:pPr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 xml:space="preserve">А.С. </w:t>
            </w:r>
            <w:proofErr w:type="spellStart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>Пушки</w:t>
            </w:r>
            <w:proofErr w:type="gramStart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>н"</w:t>
            </w:r>
            <w:proofErr w:type="gramEnd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>Дубровский":образ</w:t>
            </w:r>
            <w:proofErr w:type="spellEnd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 xml:space="preserve"> главного героя.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6" w:after="0" w:line="230" w:lineRule="auto"/>
              <w:ind w:left="60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1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6" w:after="0" w:line="230" w:lineRule="auto"/>
              <w:ind w:left="6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0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261D5"/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6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20.10.2022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6" w:after="0" w:line="271" w:lineRule="auto"/>
              <w:ind w:left="62" w:right="288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 xml:space="preserve">Устный опрос; Письменный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1"/>
              </w:rPr>
              <w:t>контроль;</w:t>
            </w:r>
          </w:p>
        </w:tc>
      </w:tr>
      <w:tr w:rsidR="00F261D5">
        <w:trPr>
          <w:trHeight w:hRule="exact" w:val="722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4" w:after="0" w:line="233" w:lineRule="auto"/>
              <w:ind w:left="6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23.</w:t>
            </w:r>
          </w:p>
        </w:tc>
        <w:tc>
          <w:tcPr>
            <w:tcW w:w="3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Pr="00A16570" w:rsidRDefault="00F831C8">
            <w:pPr>
              <w:autoSpaceDE w:val="0"/>
              <w:autoSpaceDN w:val="0"/>
              <w:spacing w:before="84" w:after="0" w:line="262" w:lineRule="auto"/>
              <w:ind w:left="62" w:right="576"/>
              <w:rPr>
                <w:lang w:val="ru-RU"/>
              </w:rPr>
            </w:pPr>
            <w:proofErr w:type="spellStart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>А.С.Пушкин</w:t>
            </w:r>
            <w:proofErr w:type="spellEnd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 xml:space="preserve"> "Дубровский": Маша и Владимир (история любви)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4" w:after="0" w:line="233" w:lineRule="auto"/>
              <w:ind w:left="60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1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4" w:after="0" w:line="233" w:lineRule="auto"/>
              <w:ind w:left="6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0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261D5"/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4" w:after="0" w:line="233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25.10.2022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4" w:after="0" w:line="233" w:lineRule="auto"/>
              <w:ind w:left="6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Устный опрос;</w:t>
            </w:r>
          </w:p>
        </w:tc>
      </w:tr>
      <w:tr w:rsidR="00F261D5">
        <w:trPr>
          <w:trHeight w:hRule="exact" w:val="720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4" w:after="0" w:line="230" w:lineRule="auto"/>
              <w:ind w:left="6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24.</w:t>
            </w:r>
          </w:p>
        </w:tc>
        <w:tc>
          <w:tcPr>
            <w:tcW w:w="3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Pr="00A16570" w:rsidRDefault="00F831C8">
            <w:pPr>
              <w:autoSpaceDE w:val="0"/>
              <w:autoSpaceDN w:val="0"/>
              <w:spacing w:before="84" w:after="0" w:line="262" w:lineRule="auto"/>
              <w:ind w:left="62" w:right="432"/>
              <w:rPr>
                <w:lang w:val="ru-RU"/>
              </w:rPr>
            </w:pPr>
            <w:proofErr w:type="spellStart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>А.С.Пушкин"Дубровский</w:t>
            </w:r>
            <w:proofErr w:type="spellEnd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 xml:space="preserve">":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>второстепенные персонажи в романе.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4" w:after="0" w:line="230" w:lineRule="auto"/>
              <w:ind w:left="60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1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4" w:after="0" w:line="230" w:lineRule="auto"/>
              <w:ind w:left="6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0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261D5"/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4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26.10.2022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4" w:after="0" w:line="230" w:lineRule="auto"/>
              <w:ind w:left="6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Устный опрос;</w:t>
            </w:r>
          </w:p>
        </w:tc>
      </w:tr>
      <w:tr w:rsidR="00F261D5">
        <w:trPr>
          <w:trHeight w:hRule="exact" w:val="1010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4" w:after="0" w:line="230" w:lineRule="auto"/>
              <w:ind w:left="6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25.</w:t>
            </w:r>
          </w:p>
        </w:tc>
        <w:tc>
          <w:tcPr>
            <w:tcW w:w="3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Pr="00A16570" w:rsidRDefault="00F831C8">
            <w:pPr>
              <w:autoSpaceDE w:val="0"/>
              <w:autoSpaceDN w:val="0"/>
              <w:spacing w:before="84" w:after="0" w:line="262" w:lineRule="auto"/>
              <w:ind w:left="62" w:right="288"/>
              <w:rPr>
                <w:lang w:val="ru-RU"/>
              </w:rPr>
            </w:pPr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 xml:space="preserve">А.С. Пушкин "Дубровский": авторское отношение к героям произведения. 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4" w:after="0" w:line="230" w:lineRule="auto"/>
              <w:ind w:left="60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1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4" w:after="0" w:line="230" w:lineRule="auto"/>
              <w:ind w:left="6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0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261D5"/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4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27.10.2022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4" w:after="0" w:line="271" w:lineRule="auto"/>
              <w:ind w:left="62" w:right="288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 xml:space="preserve">Устный опрос; Письменный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1"/>
              </w:rPr>
              <w:t>контроль;</w:t>
            </w:r>
          </w:p>
        </w:tc>
      </w:tr>
      <w:tr w:rsidR="00F261D5">
        <w:trPr>
          <w:trHeight w:hRule="exact" w:val="722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6" w:after="0" w:line="233" w:lineRule="auto"/>
              <w:ind w:left="6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26.</w:t>
            </w:r>
          </w:p>
        </w:tc>
        <w:tc>
          <w:tcPr>
            <w:tcW w:w="3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Pr="00A16570" w:rsidRDefault="00F831C8">
            <w:pPr>
              <w:autoSpaceDE w:val="0"/>
              <w:autoSpaceDN w:val="0"/>
              <w:spacing w:before="86" w:after="0" w:line="262" w:lineRule="auto"/>
              <w:ind w:left="62" w:right="144"/>
              <w:rPr>
                <w:lang w:val="ru-RU"/>
              </w:rPr>
            </w:pPr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 xml:space="preserve">Итоговый урок по роману </w:t>
            </w:r>
            <w:proofErr w:type="spellStart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>А.С.Пушкина</w:t>
            </w:r>
            <w:proofErr w:type="spellEnd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 xml:space="preserve"> "Дубровский"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6" w:after="0" w:line="233" w:lineRule="auto"/>
              <w:ind w:left="60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1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6" w:after="0" w:line="233" w:lineRule="auto"/>
              <w:ind w:left="6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0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261D5"/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6" w:after="0" w:line="233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08.11.2022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6" w:after="0" w:line="233" w:lineRule="auto"/>
              <w:ind w:left="6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Тестирование;</w:t>
            </w:r>
          </w:p>
        </w:tc>
      </w:tr>
      <w:tr w:rsidR="00F261D5">
        <w:trPr>
          <w:trHeight w:hRule="exact" w:val="1014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4" w:after="0" w:line="233" w:lineRule="auto"/>
              <w:ind w:left="6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27.</w:t>
            </w:r>
          </w:p>
        </w:tc>
        <w:tc>
          <w:tcPr>
            <w:tcW w:w="3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Pr="00A16570" w:rsidRDefault="00F831C8">
            <w:pPr>
              <w:autoSpaceDE w:val="0"/>
              <w:autoSpaceDN w:val="0"/>
              <w:spacing w:before="84" w:after="0" w:line="271" w:lineRule="auto"/>
              <w:ind w:left="62" w:right="576"/>
              <w:rPr>
                <w:lang w:val="ru-RU"/>
              </w:rPr>
            </w:pPr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 xml:space="preserve">Рр№3 Подготовка к домашнему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 xml:space="preserve">сочинению по роману </w:t>
            </w:r>
            <w:proofErr w:type="spellStart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>А.С.Пушкина</w:t>
            </w:r>
            <w:proofErr w:type="spellEnd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 xml:space="preserve"> "Дубровский"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4" w:after="0" w:line="233" w:lineRule="auto"/>
              <w:ind w:left="60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1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4" w:after="0" w:line="233" w:lineRule="auto"/>
              <w:ind w:left="6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0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261D5"/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4" w:after="0" w:line="233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09.11.2022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4" w:after="0" w:line="271" w:lineRule="auto"/>
              <w:ind w:left="62" w:right="43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 xml:space="preserve">Письменный контроль;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1"/>
              </w:rPr>
              <w:t>Сочинение;</w:t>
            </w:r>
          </w:p>
        </w:tc>
      </w:tr>
      <w:tr w:rsidR="00F261D5">
        <w:trPr>
          <w:trHeight w:hRule="exact" w:val="1012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6" w:after="0" w:line="230" w:lineRule="auto"/>
              <w:ind w:left="6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28.</w:t>
            </w:r>
          </w:p>
        </w:tc>
        <w:tc>
          <w:tcPr>
            <w:tcW w:w="3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Pr="00A16570" w:rsidRDefault="00F831C8">
            <w:pPr>
              <w:autoSpaceDE w:val="0"/>
              <w:autoSpaceDN w:val="0"/>
              <w:spacing w:before="86" w:after="0" w:line="271" w:lineRule="auto"/>
              <w:ind w:left="62" w:right="864"/>
              <w:rPr>
                <w:lang w:val="ru-RU"/>
              </w:rPr>
            </w:pPr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 xml:space="preserve">М.Ю. Лермонтов Слово о поэте. </w:t>
            </w:r>
            <w:proofErr w:type="spellStart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>Стихотворени</w:t>
            </w:r>
            <w:proofErr w:type="gramStart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>е"</w:t>
            </w:r>
            <w:proofErr w:type="gramEnd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>Листок":тема</w:t>
            </w:r>
            <w:proofErr w:type="spellEnd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 xml:space="preserve"> равнодушия в произведении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6" w:after="0" w:line="230" w:lineRule="auto"/>
              <w:ind w:left="60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1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6" w:after="0" w:line="230" w:lineRule="auto"/>
              <w:ind w:left="6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0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261D5"/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6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10.11.2022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6" w:after="0" w:line="230" w:lineRule="auto"/>
              <w:ind w:left="6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Устный опрос;</w:t>
            </w:r>
          </w:p>
        </w:tc>
      </w:tr>
      <w:tr w:rsidR="00F261D5">
        <w:trPr>
          <w:trHeight w:hRule="exact" w:val="1012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4" w:after="0" w:line="233" w:lineRule="auto"/>
              <w:ind w:left="6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29.</w:t>
            </w:r>
          </w:p>
        </w:tc>
        <w:tc>
          <w:tcPr>
            <w:tcW w:w="3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Pr="00A16570" w:rsidRDefault="00F831C8">
            <w:pPr>
              <w:autoSpaceDE w:val="0"/>
              <w:autoSpaceDN w:val="0"/>
              <w:spacing w:before="84" w:after="0" w:line="271" w:lineRule="auto"/>
              <w:ind w:left="62" w:right="144"/>
              <w:rPr>
                <w:lang w:val="ru-RU"/>
              </w:rPr>
            </w:pPr>
            <w:proofErr w:type="spellStart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>М.Ю.Лермонтов</w:t>
            </w:r>
            <w:proofErr w:type="spellEnd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 xml:space="preserve"> Стихотворение "Утес": мотив </w:t>
            </w:r>
            <w:proofErr w:type="spellStart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>одиночества.Трехсложные</w:t>
            </w:r>
            <w:proofErr w:type="spellEnd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 xml:space="preserve">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>размеры стиха.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4" w:after="0" w:line="233" w:lineRule="auto"/>
              <w:ind w:left="60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1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4" w:after="0" w:line="233" w:lineRule="auto"/>
              <w:ind w:left="6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0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261D5"/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4" w:after="0" w:line="233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15.11.2022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4" w:after="0" w:line="271" w:lineRule="auto"/>
              <w:ind w:left="62" w:right="288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Устный опрос; практическая работа;</w:t>
            </w:r>
          </w:p>
        </w:tc>
      </w:tr>
      <w:tr w:rsidR="00F261D5">
        <w:trPr>
          <w:trHeight w:hRule="exact" w:val="1012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6" w:after="0" w:line="230" w:lineRule="auto"/>
              <w:ind w:left="6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30.</w:t>
            </w:r>
          </w:p>
        </w:tc>
        <w:tc>
          <w:tcPr>
            <w:tcW w:w="3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Pr="00A16570" w:rsidRDefault="00F831C8">
            <w:pPr>
              <w:autoSpaceDE w:val="0"/>
              <w:autoSpaceDN w:val="0"/>
              <w:spacing w:before="86" w:after="0" w:line="271" w:lineRule="auto"/>
              <w:ind w:left="62" w:right="288"/>
              <w:rPr>
                <w:lang w:val="ru-RU"/>
              </w:rPr>
            </w:pPr>
            <w:proofErr w:type="spellStart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>М.Ю.Лермонтов</w:t>
            </w:r>
            <w:proofErr w:type="spellEnd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 xml:space="preserve"> Стихотворение "Три пальмы": восточное сказание-баллада о смысле жизни.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6" w:after="0" w:line="230" w:lineRule="auto"/>
              <w:ind w:left="60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1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6" w:after="0" w:line="230" w:lineRule="auto"/>
              <w:ind w:left="6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0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261D5"/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6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16.11.2022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6" w:after="0" w:line="230" w:lineRule="auto"/>
              <w:ind w:left="6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Устный опрос;</w:t>
            </w:r>
          </w:p>
        </w:tc>
      </w:tr>
      <w:tr w:rsidR="00F261D5">
        <w:trPr>
          <w:trHeight w:hRule="exact" w:val="1016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6" w:after="0" w:line="233" w:lineRule="auto"/>
              <w:ind w:left="6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31.</w:t>
            </w:r>
          </w:p>
        </w:tc>
        <w:tc>
          <w:tcPr>
            <w:tcW w:w="3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Pr="00A16570" w:rsidRDefault="00F831C8">
            <w:pPr>
              <w:autoSpaceDE w:val="0"/>
              <w:autoSpaceDN w:val="0"/>
              <w:spacing w:before="86" w:after="0" w:line="233" w:lineRule="auto"/>
              <w:ind w:left="62"/>
              <w:rPr>
                <w:lang w:val="ru-RU"/>
              </w:rPr>
            </w:pPr>
            <w:proofErr w:type="spellStart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>А.В.Кольцов</w:t>
            </w:r>
            <w:proofErr w:type="spellEnd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 xml:space="preserve"> Слово о поэте.</w:t>
            </w:r>
          </w:p>
          <w:p w:rsidR="00F261D5" w:rsidRPr="00A16570" w:rsidRDefault="00F831C8">
            <w:pPr>
              <w:autoSpaceDE w:val="0"/>
              <w:autoSpaceDN w:val="0"/>
              <w:spacing w:before="60" w:after="0" w:line="262" w:lineRule="auto"/>
              <w:ind w:left="62" w:right="144"/>
              <w:rPr>
                <w:lang w:val="ru-RU"/>
              </w:rPr>
            </w:pPr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>Стихотворение "Косарь": нравственные ценности народа-труженика.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6" w:after="0" w:line="233" w:lineRule="auto"/>
              <w:ind w:left="60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1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6" w:after="0" w:line="233" w:lineRule="auto"/>
              <w:ind w:left="6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0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261D5"/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6" w:after="0" w:line="233" w:lineRule="auto"/>
              <w:ind w:left="6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 xml:space="preserve">17.11.2022 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6" w:after="0" w:line="271" w:lineRule="auto"/>
              <w:ind w:left="136" w:right="288" w:hanging="136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 xml:space="preserve"> Устный опрос; Письменный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1"/>
              </w:rPr>
              <w:t>контроль;</w:t>
            </w:r>
          </w:p>
        </w:tc>
      </w:tr>
      <w:tr w:rsidR="00F261D5">
        <w:trPr>
          <w:trHeight w:hRule="exact" w:val="990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6" w:after="0" w:line="230" w:lineRule="auto"/>
              <w:ind w:left="6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32.</w:t>
            </w:r>
          </w:p>
        </w:tc>
        <w:tc>
          <w:tcPr>
            <w:tcW w:w="3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Pr="00A16570" w:rsidRDefault="00F831C8">
            <w:pPr>
              <w:autoSpaceDE w:val="0"/>
              <w:autoSpaceDN w:val="0"/>
              <w:spacing w:before="86" w:after="0" w:line="271" w:lineRule="auto"/>
              <w:ind w:left="62" w:right="288"/>
              <w:rPr>
                <w:lang w:val="ru-RU"/>
              </w:rPr>
            </w:pPr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 xml:space="preserve">А.В. Кольцов Стихотворение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>"</w:t>
            </w:r>
            <w:proofErr w:type="spellStart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>Соловей"</w:t>
            </w:r>
            <w:proofErr w:type="gramStart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>:у</w:t>
            </w:r>
            <w:proofErr w:type="gramEnd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>мение</w:t>
            </w:r>
            <w:proofErr w:type="spellEnd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 xml:space="preserve"> героя любить и быть верным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6" w:after="0" w:line="230" w:lineRule="auto"/>
              <w:ind w:left="60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1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6" w:after="0" w:line="230" w:lineRule="auto"/>
              <w:ind w:left="6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0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261D5"/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6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22.11.2022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6" w:after="0" w:line="230" w:lineRule="auto"/>
              <w:ind w:left="6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Устный опрос;</w:t>
            </w:r>
          </w:p>
        </w:tc>
      </w:tr>
    </w:tbl>
    <w:p w:rsidR="00F261D5" w:rsidRDefault="00F261D5">
      <w:pPr>
        <w:autoSpaceDE w:val="0"/>
        <w:autoSpaceDN w:val="0"/>
        <w:spacing w:after="0" w:line="14" w:lineRule="exact"/>
      </w:pPr>
    </w:p>
    <w:p w:rsidR="00F261D5" w:rsidRDefault="00F261D5">
      <w:pPr>
        <w:sectPr w:rsidR="00F261D5">
          <w:pgSz w:w="11900" w:h="16840"/>
          <w:pgMar w:top="284" w:right="556" w:bottom="612" w:left="654" w:header="720" w:footer="720" w:gutter="0"/>
          <w:cols w:space="720" w:equalWidth="0">
            <w:col w:w="10690" w:space="0"/>
          </w:cols>
          <w:docGrid w:linePitch="360"/>
        </w:sectPr>
      </w:pPr>
    </w:p>
    <w:p w:rsidR="00F261D5" w:rsidRDefault="00F261D5">
      <w:pPr>
        <w:autoSpaceDE w:val="0"/>
        <w:autoSpaceDN w:val="0"/>
        <w:spacing w:after="66" w:line="220" w:lineRule="exact"/>
      </w:pPr>
    </w:p>
    <w:tbl>
      <w:tblPr>
        <w:tblW w:w="0" w:type="auto"/>
        <w:tblInd w:w="5" w:type="dxa"/>
        <w:tblLayout w:type="fixed"/>
        <w:tblLook w:val="04A0" w:firstRow="1" w:lastRow="0" w:firstColumn="1" w:lastColumn="0" w:noHBand="0" w:noVBand="1"/>
      </w:tblPr>
      <w:tblGrid>
        <w:gridCol w:w="500"/>
        <w:gridCol w:w="3896"/>
        <w:gridCol w:w="636"/>
        <w:gridCol w:w="1410"/>
        <w:gridCol w:w="1450"/>
        <w:gridCol w:w="1076"/>
        <w:gridCol w:w="1692"/>
      </w:tblGrid>
      <w:tr w:rsidR="00F261D5">
        <w:trPr>
          <w:trHeight w:hRule="exact" w:val="1012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4" w:after="0" w:line="233" w:lineRule="auto"/>
              <w:ind w:left="6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33.</w:t>
            </w:r>
          </w:p>
        </w:tc>
        <w:tc>
          <w:tcPr>
            <w:tcW w:w="3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Pr="00A16570" w:rsidRDefault="00F831C8">
            <w:pPr>
              <w:autoSpaceDE w:val="0"/>
              <w:autoSpaceDN w:val="0"/>
              <w:spacing w:before="84" w:after="0" w:line="271" w:lineRule="auto"/>
              <w:ind w:left="62" w:right="576"/>
              <w:rPr>
                <w:lang w:val="ru-RU"/>
              </w:rPr>
            </w:pPr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 xml:space="preserve">Вн.чт.№2 А.В. Кольцов Человек и природа в </w:t>
            </w:r>
            <w:proofErr w:type="spellStart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>стихотворениях</w:t>
            </w:r>
            <w:proofErr w:type="gramStart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>"Н</w:t>
            </w:r>
            <w:proofErr w:type="gramEnd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>е</w:t>
            </w:r>
            <w:proofErr w:type="spellEnd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 xml:space="preserve"> шуми </w:t>
            </w:r>
            <w:proofErr w:type="spellStart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>ты,рожь</w:t>
            </w:r>
            <w:proofErr w:type="spellEnd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>...", "Песня пахаря"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4" w:after="0" w:line="233" w:lineRule="auto"/>
              <w:ind w:left="60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1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4" w:after="0" w:line="233" w:lineRule="auto"/>
              <w:ind w:left="6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0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261D5"/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4" w:after="0" w:line="233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23.11.2022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4" w:after="0" w:line="233" w:lineRule="auto"/>
              <w:ind w:left="6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Устный опрос;</w:t>
            </w:r>
          </w:p>
        </w:tc>
      </w:tr>
      <w:tr w:rsidR="00F261D5">
        <w:trPr>
          <w:trHeight w:hRule="exact" w:val="1306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4" w:after="0" w:line="233" w:lineRule="auto"/>
              <w:ind w:left="6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34.</w:t>
            </w:r>
          </w:p>
        </w:tc>
        <w:tc>
          <w:tcPr>
            <w:tcW w:w="3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Pr="00A16570" w:rsidRDefault="00F831C8">
            <w:pPr>
              <w:autoSpaceDE w:val="0"/>
              <w:autoSpaceDN w:val="0"/>
              <w:spacing w:before="84" w:after="0" w:line="233" w:lineRule="auto"/>
              <w:ind w:left="62"/>
              <w:rPr>
                <w:lang w:val="ru-RU"/>
              </w:rPr>
            </w:pPr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>Литература 2-ой половины 19 века.</w:t>
            </w:r>
          </w:p>
          <w:p w:rsidR="00F261D5" w:rsidRPr="00A16570" w:rsidRDefault="00F831C8">
            <w:pPr>
              <w:autoSpaceDE w:val="0"/>
              <w:autoSpaceDN w:val="0"/>
              <w:spacing w:before="62" w:after="0" w:line="271" w:lineRule="auto"/>
              <w:ind w:left="62" w:right="432"/>
              <w:rPr>
                <w:lang w:val="ru-RU"/>
              </w:rPr>
            </w:pPr>
            <w:proofErr w:type="spellStart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>Ф.И.Тютчев</w:t>
            </w:r>
            <w:proofErr w:type="spellEnd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 xml:space="preserve"> Слово о </w:t>
            </w:r>
            <w:r w:rsidRPr="00A16570">
              <w:rPr>
                <w:lang w:val="ru-RU"/>
              </w:rPr>
              <w:br/>
            </w:r>
            <w:proofErr w:type="spellStart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>поэте</w:t>
            </w:r>
            <w:proofErr w:type="gramStart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>.С</w:t>
            </w:r>
            <w:proofErr w:type="gramEnd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>тихотворение</w:t>
            </w:r>
            <w:proofErr w:type="spellEnd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 xml:space="preserve"> "Есть в осени </w:t>
            </w:r>
            <w:proofErr w:type="spellStart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>первоначальной":пейзажная</w:t>
            </w:r>
            <w:proofErr w:type="spellEnd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 xml:space="preserve"> лирика.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4" w:after="0" w:line="233" w:lineRule="auto"/>
              <w:ind w:left="60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1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4" w:after="0" w:line="233" w:lineRule="auto"/>
              <w:ind w:left="6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0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261D5"/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4" w:after="0" w:line="233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24.11.2022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4" w:after="0" w:line="233" w:lineRule="auto"/>
              <w:ind w:left="6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Устный опрос;</w:t>
            </w:r>
          </w:p>
        </w:tc>
      </w:tr>
      <w:tr w:rsidR="00F261D5">
        <w:trPr>
          <w:trHeight w:hRule="exact" w:val="1012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6" w:after="0" w:line="233" w:lineRule="auto"/>
              <w:ind w:left="6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35.</w:t>
            </w:r>
          </w:p>
        </w:tc>
        <w:tc>
          <w:tcPr>
            <w:tcW w:w="3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Pr="00A16570" w:rsidRDefault="00F831C8">
            <w:pPr>
              <w:autoSpaceDE w:val="0"/>
              <w:autoSpaceDN w:val="0"/>
              <w:spacing w:before="86" w:after="0" w:line="271" w:lineRule="auto"/>
              <w:ind w:left="62" w:right="318"/>
              <w:jc w:val="both"/>
              <w:rPr>
                <w:lang w:val="ru-RU"/>
              </w:rPr>
            </w:pPr>
            <w:proofErr w:type="spellStart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>Ф.И.Тютчев</w:t>
            </w:r>
            <w:proofErr w:type="spellEnd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 xml:space="preserve"> Стихотворение "С поляны коршун </w:t>
            </w:r>
            <w:proofErr w:type="spellStart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>поднялся"</w:t>
            </w:r>
            <w:proofErr w:type="gramStart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>:ч</w:t>
            </w:r>
            <w:proofErr w:type="gramEnd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>еловек</w:t>
            </w:r>
            <w:proofErr w:type="spellEnd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 xml:space="preserve"> и природа в произведении.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6" w:after="0" w:line="233" w:lineRule="auto"/>
              <w:ind w:left="60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1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6" w:after="0" w:line="233" w:lineRule="auto"/>
              <w:ind w:left="6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0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261D5"/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6" w:after="0" w:line="233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29.11.2022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6" w:after="0" w:line="233" w:lineRule="auto"/>
              <w:ind w:left="6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Устный опрос;</w:t>
            </w:r>
          </w:p>
        </w:tc>
      </w:tr>
      <w:tr w:rsidR="00F261D5">
        <w:trPr>
          <w:trHeight w:hRule="exact" w:val="1306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4" w:after="0" w:line="233" w:lineRule="auto"/>
              <w:ind w:left="6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36.</w:t>
            </w:r>
          </w:p>
        </w:tc>
        <w:tc>
          <w:tcPr>
            <w:tcW w:w="3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Pr="00A16570" w:rsidRDefault="00F831C8">
            <w:pPr>
              <w:autoSpaceDE w:val="0"/>
              <w:autoSpaceDN w:val="0"/>
              <w:spacing w:before="84" w:after="0" w:line="278" w:lineRule="auto"/>
              <w:ind w:left="62" w:right="144"/>
              <w:rPr>
                <w:lang w:val="ru-RU"/>
              </w:rPr>
            </w:pPr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 xml:space="preserve">А.А. Фет Слово о поэте. Стихотворение "Учись у них - у дуба, у </w:t>
            </w:r>
            <w:r w:rsidRPr="00A16570">
              <w:rPr>
                <w:lang w:val="ru-RU"/>
              </w:rPr>
              <w:br/>
            </w:r>
            <w:proofErr w:type="spellStart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>березы"</w:t>
            </w:r>
            <w:proofErr w:type="gramStart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>:в</w:t>
            </w:r>
            <w:proofErr w:type="gramEnd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>заимодействие</w:t>
            </w:r>
            <w:proofErr w:type="spellEnd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 xml:space="preserve"> человека и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>природы.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4" w:after="0" w:line="233" w:lineRule="auto"/>
              <w:ind w:left="60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1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4" w:after="0" w:line="233" w:lineRule="auto"/>
              <w:ind w:left="6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0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261D5"/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4" w:after="0" w:line="233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30.11.2022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4" w:after="0" w:line="233" w:lineRule="auto"/>
              <w:ind w:left="6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Устный опрос;</w:t>
            </w:r>
          </w:p>
        </w:tc>
      </w:tr>
      <w:tr w:rsidR="00F261D5">
        <w:trPr>
          <w:trHeight w:hRule="exact" w:val="1012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4" w:after="0" w:line="233" w:lineRule="auto"/>
              <w:ind w:left="6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37.</w:t>
            </w:r>
          </w:p>
        </w:tc>
        <w:tc>
          <w:tcPr>
            <w:tcW w:w="3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Pr="00A16570" w:rsidRDefault="00F831C8">
            <w:pPr>
              <w:autoSpaceDE w:val="0"/>
              <w:autoSpaceDN w:val="0"/>
              <w:spacing w:before="84" w:after="0" w:line="271" w:lineRule="auto"/>
              <w:ind w:left="62" w:right="436"/>
              <w:jc w:val="both"/>
              <w:rPr>
                <w:lang w:val="ru-RU"/>
              </w:rPr>
            </w:pPr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>А.А. Фет Стихотворение "Я пришел к тебе с приветом": любовь и природа в жизни человека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4" w:after="0" w:line="233" w:lineRule="auto"/>
              <w:ind w:left="60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1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4" w:after="0" w:line="233" w:lineRule="auto"/>
              <w:ind w:left="6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0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261D5"/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4" w:after="0" w:line="233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01.12.2022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4" w:after="0" w:line="233" w:lineRule="auto"/>
              <w:ind w:left="6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Устный опрос;</w:t>
            </w:r>
          </w:p>
        </w:tc>
      </w:tr>
      <w:tr w:rsidR="00F261D5">
        <w:trPr>
          <w:trHeight w:hRule="exact" w:val="1014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4" w:after="0" w:line="233" w:lineRule="auto"/>
              <w:ind w:left="6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38.</w:t>
            </w:r>
          </w:p>
        </w:tc>
        <w:tc>
          <w:tcPr>
            <w:tcW w:w="3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Pr="00A16570" w:rsidRDefault="00F831C8">
            <w:pPr>
              <w:autoSpaceDE w:val="0"/>
              <w:autoSpaceDN w:val="0"/>
              <w:spacing w:before="84" w:after="0" w:line="271" w:lineRule="auto"/>
              <w:ind w:left="62" w:right="144"/>
              <w:rPr>
                <w:lang w:val="ru-RU"/>
              </w:rPr>
            </w:pPr>
            <w:proofErr w:type="spellStart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>И.С.Тургенев</w:t>
            </w:r>
            <w:proofErr w:type="spellEnd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 xml:space="preserve"> Слово о писателе Сборник рассказов "Записки охотника": история </w:t>
            </w:r>
            <w:proofErr w:type="spellStart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>создания</w:t>
            </w:r>
            <w:proofErr w:type="gramStart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>,к</w:t>
            </w:r>
            <w:proofErr w:type="gramEnd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>омпозиция,замысел</w:t>
            </w:r>
            <w:proofErr w:type="spellEnd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 xml:space="preserve">. 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4" w:after="0" w:line="233" w:lineRule="auto"/>
              <w:ind w:left="60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1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4" w:after="0" w:line="233" w:lineRule="auto"/>
              <w:ind w:left="6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0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261D5"/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4" w:after="0" w:line="233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06.12.2022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4" w:after="0" w:line="233" w:lineRule="auto"/>
              <w:ind w:left="6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Устный опрос;</w:t>
            </w:r>
          </w:p>
        </w:tc>
      </w:tr>
      <w:tr w:rsidR="00F261D5">
        <w:trPr>
          <w:trHeight w:hRule="exact" w:val="720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6" w:after="0" w:line="230" w:lineRule="auto"/>
              <w:ind w:left="6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39.</w:t>
            </w:r>
          </w:p>
        </w:tc>
        <w:tc>
          <w:tcPr>
            <w:tcW w:w="3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Pr="00A16570" w:rsidRDefault="00F831C8">
            <w:pPr>
              <w:autoSpaceDE w:val="0"/>
              <w:autoSpaceDN w:val="0"/>
              <w:spacing w:before="86" w:after="0" w:line="262" w:lineRule="auto"/>
              <w:ind w:left="62" w:right="576"/>
              <w:rPr>
                <w:lang w:val="ru-RU"/>
              </w:rPr>
            </w:pPr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>И.С. Тургенев рассказ "</w:t>
            </w:r>
            <w:proofErr w:type="spellStart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>Бежин</w:t>
            </w:r>
            <w:proofErr w:type="spellEnd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 xml:space="preserve"> луг": образы и герои.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6" w:after="0" w:line="230" w:lineRule="auto"/>
              <w:ind w:left="60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1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6" w:after="0" w:line="230" w:lineRule="auto"/>
              <w:ind w:left="6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0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261D5"/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6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07.12.2022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6" w:after="0" w:line="230" w:lineRule="auto"/>
              <w:ind w:left="6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Устный опрос;</w:t>
            </w:r>
          </w:p>
        </w:tc>
      </w:tr>
      <w:tr w:rsidR="00F261D5">
        <w:trPr>
          <w:trHeight w:hRule="exact" w:val="1014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6" w:after="0" w:line="233" w:lineRule="auto"/>
              <w:ind w:left="6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40.</w:t>
            </w:r>
          </w:p>
        </w:tc>
        <w:tc>
          <w:tcPr>
            <w:tcW w:w="3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Pr="00A16570" w:rsidRDefault="00F831C8">
            <w:pPr>
              <w:autoSpaceDE w:val="0"/>
              <w:autoSpaceDN w:val="0"/>
              <w:spacing w:before="86" w:after="0" w:line="271" w:lineRule="auto"/>
              <w:ind w:left="62" w:right="288"/>
              <w:rPr>
                <w:lang w:val="ru-RU"/>
              </w:rPr>
            </w:pPr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 xml:space="preserve">И.С. Тургенев </w:t>
            </w:r>
            <w:proofErr w:type="spellStart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>Рассказ</w:t>
            </w:r>
            <w:proofErr w:type="gramStart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>"Б</w:t>
            </w:r>
            <w:proofErr w:type="gramEnd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>ежин</w:t>
            </w:r>
            <w:proofErr w:type="spellEnd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 xml:space="preserve"> </w:t>
            </w:r>
            <w:r w:rsidRPr="00A16570">
              <w:rPr>
                <w:lang w:val="ru-RU"/>
              </w:rPr>
              <w:br/>
            </w:r>
            <w:proofErr w:type="spellStart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>луг":портрет</w:t>
            </w:r>
            <w:proofErr w:type="spellEnd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 xml:space="preserve"> и пейзаж в литературном произведении.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6" w:after="0" w:line="233" w:lineRule="auto"/>
              <w:ind w:left="60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1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6" w:after="0" w:line="233" w:lineRule="auto"/>
              <w:ind w:left="6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0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261D5"/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6" w:after="0" w:line="233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08.12.2022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6" w:after="0" w:line="233" w:lineRule="auto"/>
              <w:ind w:left="6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Устный опрос;</w:t>
            </w:r>
          </w:p>
        </w:tc>
      </w:tr>
      <w:tr w:rsidR="00F261D5">
        <w:trPr>
          <w:trHeight w:hRule="exact" w:val="1010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2" w:after="0" w:line="233" w:lineRule="auto"/>
              <w:ind w:left="6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41.</w:t>
            </w:r>
          </w:p>
        </w:tc>
        <w:tc>
          <w:tcPr>
            <w:tcW w:w="3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Pr="00A16570" w:rsidRDefault="00F831C8">
            <w:pPr>
              <w:autoSpaceDE w:val="0"/>
              <w:autoSpaceDN w:val="0"/>
              <w:spacing w:before="82" w:after="0" w:line="274" w:lineRule="auto"/>
              <w:ind w:left="62" w:right="288"/>
              <w:rPr>
                <w:lang w:val="ru-RU"/>
              </w:rPr>
            </w:pPr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 xml:space="preserve">Рр№4 Народные поверья и предания в рассказах крестьянских ребятишек </w:t>
            </w:r>
            <w:proofErr w:type="gramStart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 xml:space="preserve">( </w:t>
            </w:r>
            <w:proofErr w:type="gramEnd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>по рассказу И. С. Тургенева "</w:t>
            </w:r>
            <w:proofErr w:type="spellStart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>Бежин</w:t>
            </w:r>
            <w:proofErr w:type="spellEnd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 xml:space="preserve"> луг"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2" w:after="0" w:line="233" w:lineRule="auto"/>
              <w:ind w:left="60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1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2" w:after="0" w:line="233" w:lineRule="auto"/>
              <w:ind w:left="6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0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261D5"/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2" w:after="0" w:line="233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13.12.2022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2" w:after="0" w:line="262" w:lineRule="auto"/>
              <w:ind w:left="6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Художественный пересказ;</w:t>
            </w:r>
          </w:p>
        </w:tc>
      </w:tr>
      <w:tr w:rsidR="00F261D5">
        <w:trPr>
          <w:trHeight w:hRule="exact" w:val="1078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6" w:after="0" w:line="233" w:lineRule="auto"/>
              <w:ind w:left="6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42.</w:t>
            </w:r>
          </w:p>
        </w:tc>
        <w:tc>
          <w:tcPr>
            <w:tcW w:w="3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Pr="00A16570" w:rsidRDefault="00F831C8">
            <w:pPr>
              <w:autoSpaceDE w:val="0"/>
              <w:autoSpaceDN w:val="0"/>
              <w:spacing w:before="86" w:after="0" w:line="271" w:lineRule="auto"/>
              <w:ind w:left="62" w:right="144"/>
              <w:rPr>
                <w:lang w:val="ru-RU"/>
              </w:rPr>
            </w:pPr>
            <w:proofErr w:type="spellStart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>Н.С.Лесков</w:t>
            </w:r>
            <w:proofErr w:type="spellEnd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 xml:space="preserve"> . Слово о </w:t>
            </w:r>
            <w:proofErr w:type="spellStart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>писателе.Сказ</w:t>
            </w:r>
            <w:proofErr w:type="spellEnd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 xml:space="preserve">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 xml:space="preserve">"Левша": знакомство с </w:t>
            </w:r>
            <w:proofErr w:type="spellStart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>героями.Сказовая</w:t>
            </w:r>
            <w:proofErr w:type="spellEnd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 xml:space="preserve"> форма повествования.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6" w:after="0" w:line="233" w:lineRule="auto"/>
              <w:ind w:left="60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1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6" w:after="0" w:line="233" w:lineRule="auto"/>
              <w:ind w:left="6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0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261D5"/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6" w:after="0" w:line="233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14.12.2022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6" w:after="0" w:line="233" w:lineRule="auto"/>
              <w:ind w:left="6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Устный опрос;</w:t>
            </w:r>
          </w:p>
        </w:tc>
      </w:tr>
      <w:tr w:rsidR="00F261D5">
        <w:trPr>
          <w:trHeight w:hRule="exact" w:val="1010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6" w:after="0" w:line="230" w:lineRule="auto"/>
              <w:ind w:left="6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43.</w:t>
            </w:r>
          </w:p>
        </w:tc>
        <w:tc>
          <w:tcPr>
            <w:tcW w:w="3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Pr="00A16570" w:rsidRDefault="00F831C8">
            <w:pPr>
              <w:autoSpaceDE w:val="0"/>
              <w:autoSpaceDN w:val="0"/>
              <w:spacing w:before="86" w:after="0" w:line="271" w:lineRule="auto"/>
              <w:ind w:left="62" w:right="144"/>
              <w:rPr>
                <w:lang w:val="ru-RU"/>
              </w:rPr>
            </w:pPr>
            <w:proofErr w:type="spellStart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>Н.С.Лесков</w:t>
            </w:r>
            <w:proofErr w:type="spellEnd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 xml:space="preserve"> "Левша": секрет тульских </w:t>
            </w:r>
            <w:proofErr w:type="spellStart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>мастеров.Царь</w:t>
            </w:r>
            <w:proofErr w:type="spellEnd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 xml:space="preserve"> Николай Павлович и его </w:t>
            </w:r>
            <w:proofErr w:type="spellStart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>окружение.Платов</w:t>
            </w:r>
            <w:proofErr w:type="spellEnd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 xml:space="preserve"> и Левша.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6" w:after="0" w:line="230" w:lineRule="auto"/>
              <w:ind w:left="60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1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6" w:after="0" w:line="230" w:lineRule="auto"/>
              <w:ind w:left="6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0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261D5"/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6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15.12.2022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6" w:after="0" w:line="230" w:lineRule="auto"/>
              <w:ind w:left="6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Устный опрос;</w:t>
            </w:r>
          </w:p>
        </w:tc>
      </w:tr>
      <w:tr w:rsidR="00F261D5">
        <w:trPr>
          <w:trHeight w:hRule="exact" w:val="1014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6" w:after="0" w:line="233" w:lineRule="auto"/>
              <w:ind w:left="6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44.</w:t>
            </w:r>
          </w:p>
        </w:tc>
        <w:tc>
          <w:tcPr>
            <w:tcW w:w="3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6" w:after="0" w:line="271" w:lineRule="auto"/>
              <w:ind w:left="62"/>
            </w:pPr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 xml:space="preserve"> </w:t>
            </w:r>
            <w:proofErr w:type="spellStart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>Н.С.Лесков</w:t>
            </w:r>
            <w:proofErr w:type="spellEnd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 xml:space="preserve"> "</w:t>
            </w:r>
            <w:proofErr w:type="spellStart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>Левша"</w:t>
            </w:r>
            <w:proofErr w:type="gramStart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>:г</w:t>
            </w:r>
            <w:proofErr w:type="gramEnd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>ордость</w:t>
            </w:r>
            <w:proofErr w:type="spellEnd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 xml:space="preserve"> писателя за народ, его трудолюбие, талантливость, патриотизм.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1"/>
              </w:rPr>
              <w:t>Судьба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1"/>
              </w:rPr>
              <w:t>мастера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1"/>
              </w:rPr>
              <w:t>.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6" w:after="0" w:line="233" w:lineRule="auto"/>
              <w:ind w:left="60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1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6" w:after="0" w:line="233" w:lineRule="auto"/>
              <w:ind w:left="6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0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261D5"/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6" w:after="0" w:line="233" w:lineRule="auto"/>
              <w:ind w:left="6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 xml:space="preserve">20.12.2022 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6" w:after="0" w:line="233" w:lineRule="auto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 xml:space="preserve"> Устный опрос;</w:t>
            </w:r>
          </w:p>
        </w:tc>
      </w:tr>
      <w:tr w:rsidR="00F261D5">
        <w:trPr>
          <w:trHeight w:hRule="exact" w:val="1014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6" w:after="0" w:line="230" w:lineRule="auto"/>
              <w:ind w:left="6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45.</w:t>
            </w:r>
          </w:p>
        </w:tc>
        <w:tc>
          <w:tcPr>
            <w:tcW w:w="3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Pr="00A16570" w:rsidRDefault="00F831C8">
            <w:pPr>
              <w:autoSpaceDE w:val="0"/>
              <w:autoSpaceDN w:val="0"/>
              <w:spacing w:before="86" w:after="0" w:line="271" w:lineRule="auto"/>
              <w:ind w:left="62" w:right="720"/>
              <w:rPr>
                <w:lang w:val="ru-RU"/>
              </w:rPr>
            </w:pPr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 xml:space="preserve">Рр№5 Подготовка к домашнему сочинению по сказу </w:t>
            </w:r>
            <w:proofErr w:type="spellStart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>Н.С.Лескова</w:t>
            </w:r>
            <w:proofErr w:type="spellEnd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 xml:space="preserve"> "Левша"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6" w:after="0" w:line="230" w:lineRule="auto"/>
              <w:ind w:left="60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1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6" w:after="0" w:line="230" w:lineRule="auto"/>
              <w:ind w:left="6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0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261D5"/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6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21.12.2022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6" w:after="0" w:line="230" w:lineRule="auto"/>
              <w:ind w:left="6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Сочинение;</w:t>
            </w:r>
          </w:p>
        </w:tc>
      </w:tr>
      <w:tr w:rsidR="00F261D5">
        <w:trPr>
          <w:trHeight w:hRule="exact" w:val="1012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6" w:after="0" w:line="233" w:lineRule="auto"/>
              <w:ind w:left="6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46.</w:t>
            </w:r>
          </w:p>
        </w:tc>
        <w:tc>
          <w:tcPr>
            <w:tcW w:w="3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Pr="00A16570" w:rsidRDefault="00F831C8">
            <w:pPr>
              <w:autoSpaceDE w:val="0"/>
              <w:autoSpaceDN w:val="0"/>
              <w:spacing w:before="86" w:after="0" w:line="271" w:lineRule="auto"/>
              <w:ind w:left="62"/>
              <w:rPr>
                <w:lang w:val="ru-RU"/>
              </w:rPr>
            </w:pPr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 xml:space="preserve">Л.Н. Толстой Слово о </w:t>
            </w:r>
            <w:proofErr w:type="spellStart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>писателе.Повесть</w:t>
            </w:r>
            <w:proofErr w:type="spellEnd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 xml:space="preserve"> "Детство". Автобиографический характер </w:t>
            </w:r>
            <w:proofErr w:type="spellStart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>повести.Образ</w:t>
            </w:r>
            <w:proofErr w:type="spellEnd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 xml:space="preserve"> Николеньки Иртеньева.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6" w:after="0" w:line="233" w:lineRule="auto"/>
              <w:ind w:left="60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1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6" w:after="0" w:line="233" w:lineRule="auto"/>
              <w:ind w:left="6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0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261D5"/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6" w:after="0" w:line="233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22.12.2022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6" w:after="0" w:line="233" w:lineRule="auto"/>
              <w:ind w:left="6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Устный опрос;</w:t>
            </w:r>
          </w:p>
        </w:tc>
      </w:tr>
      <w:tr w:rsidR="00F261D5">
        <w:trPr>
          <w:trHeight w:hRule="exact" w:val="992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4" w:after="0" w:line="233" w:lineRule="auto"/>
              <w:ind w:left="6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47.</w:t>
            </w:r>
          </w:p>
        </w:tc>
        <w:tc>
          <w:tcPr>
            <w:tcW w:w="3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4" w:after="0" w:line="271" w:lineRule="auto"/>
              <w:ind w:left="62" w:right="288"/>
            </w:pPr>
            <w:proofErr w:type="spellStart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>Л.Н.Толстой</w:t>
            </w:r>
            <w:proofErr w:type="spellEnd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 xml:space="preserve"> "Детство": образы Карла Ивановича и Натальи </w:t>
            </w:r>
            <w:proofErr w:type="spellStart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>Савишны</w:t>
            </w:r>
            <w:proofErr w:type="spellEnd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 xml:space="preserve">. </w:t>
            </w:r>
            <w:r w:rsidRPr="00A16570">
              <w:rPr>
                <w:lang w:val="ru-RU"/>
              </w:rP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1"/>
              </w:rPr>
              <w:t>Нравственные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1"/>
              </w:rPr>
              <w:t>уроки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1"/>
              </w:rPr>
              <w:t>доброты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1"/>
              </w:rPr>
              <w:t>.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4" w:after="0" w:line="233" w:lineRule="auto"/>
              <w:ind w:left="60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1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4" w:after="0" w:line="233" w:lineRule="auto"/>
              <w:ind w:left="6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0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261D5"/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4" w:after="0" w:line="233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27.12.2022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4" w:after="0" w:line="271" w:lineRule="auto"/>
              <w:ind w:left="62" w:right="288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 xml:space="preserve">Устный опрос; Письменный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1"/>
              </w:rPr>
              <w:t>контроль;</w:t>
            </w:r>
          </w:p>
        </w:tc>
      </w:tr>
    </w:tbl>
    <w:p w:rsidR="00F261D5" w:rsidRDefault="00F261D5">
      <w:pPr>
        <w:autoSpaceDE w:val="0"/>
        <w:autoSpaceDN w:val="0"/>
        <w:spacing w:after="0" w:line="14" w:lineRule="exact"/>
      </w:pPr>
    </w:p>
    <w:p w:rsidR="00F261D5" w:rsidRDefault="00F261D5">
      <w:pPr>
        <w:sectPr w:rsidR="00F261D5">
          <w:pgSz w:w="11900" w:h="16840"/>
          <w:pgMar w:top="284" w:right="556" w:bottom="356" w:left="654" w:header="720" w:footer="720" w:gutter="0"/>
          <w:cols w:space="720" w:equalWidth="0">
            <w:col w:w="10690" w:space="0"/>
          </w:cols>
          <w:docGrid w:linePitch="360"/>
        </w:sectPr>
      </w:pPr>
    </w:p>
    <w:p w:rsidR="00F261D5" w:rsidRDefault="00F261D5">
      <w:pPr>
        <w:autoSpaceDE w:val="0"/>
        <w:autoSpaceDN w:val="0"/>
        <w:spacing w:after="66" w:line="220" w:lineRule="exact"/>
      </w:pPr>
    </w:p>
    <w:tbl>
      <w:tblPr>
        <w:tblW w:w="0" w:type="auto"/>
        <w:tblInd w:w="5" w:type="dxa"/>
        <w:tblLayout w:type="fixed"/>
        <w:tblLook w:val="04A0" w:firstRow="1" w:lastRow="0" w:firstColumn="1" w:lastColumn="0" w:noHBand="0" w:noVBand="1"/>
      </w:tblPr>
      <w:tblGrid>
        <w:gridCol w:w="500"/>
        <w:gridCol w:w="3896"/>
        <w:gridCol w:w="636"/>
        <w:gridCol w:w="1410"/>
        <w:gridCol w:w="1450"/>
        <w:gridCol w:w="1076"/>
        <w:gridCol w:w="1692"/>
      </w:tblGrid>
      <w:tr w:rsidR="00F261D5">
        <w:trPr>
          <w:trHeight w:hRule="exact" w:val="720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4" w:after="0" w:line="233" w:lineRule="auto"/>
              <w:ind w:left="6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48.</w:t>
            </w:r>
          </w:p>
        </w:tc>
        <w:tc>
          <w:tcPr>
            <w:tcW w:w="3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Pr="00A16570" w:rsidRDefault="00F831C8">
            <w:pPr>
              <w:autoSpaceDE w:val="0"/>
              <w:autoSpaceDN w:val="0"/>
              <w:spacing w:before="84" w:after="0" w:line="262" w:lineRule="auto"/>
              <w:ind w:left="62"/>
              <w:rPr>
                <w:lang w:val="ru-RU"/>
              </w:rPr>
            </w:pPr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>КР №1. Итоговая контрольная работа за 1 полугодие.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4" w:after="0" w:line="233" w:lineRule="auto"/>
              <w:ind w:left="60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1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4" w:after="0" w:line="233" w:lineRule="auto"/>
              <w:ind w:left="6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0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261D5"/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4" w:after="0" w:line="233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28.12.2022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4" w:after="0" w:line="262" w:lineRule="auto"/>
              <w:ind w:left="62" w:right="43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Контрольная работа;</w:t>
            </w:r>
          </w:p>
        </w:tc>
      </w:tr>
      <w:tr w:rsidR="00F261D5">
        <w:trPr>
          <w:trHeight w:hRule="exact" w:val="1014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6" w:after="0" w:line="233" w:lineRule="auto"/>
              <w:ind w:left="6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49.</w:t>
            </w:r>
          </w:p>
        </w:tc>
        <w:tc>
          <w:tcPr>
            <w:tcW w:w="3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6" w:after="0" w:line="271" w:lineRule="auto"/>
              <w:ind w:left="62" w:right="144"/>
            </w:pPr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 xml:space="preserve">А.П. Чехов, Слово о </w:t>
            </w:r>
            <w:proofErr w:type="spellStart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>писателе.Рассказ</w:t>
            </w:r>
            <w:proofErr w:type="spellEnd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 xml:space="preserve"> "Толстый и тонкий": юмор, ирония,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 xml:space="preserve">средства комического.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1"/>
              </w:rPr>
              <w:t>Герои-антиподы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1"/>
              </w:rPr>
              <w:t>.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6" w:after="0" w:line="233" w:lineRule="auto"/>
              <w:ind w:left="60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1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6" w:after="0" w:line="233" w:lineRule="auto"/>
              <w:ind w:left="6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0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261D5"/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6" w:after="0" w:line="233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29.12.2022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6" w:after="0" w:line="233" w:lineRule="auto"/>
              <w:ind w:left="6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Устный опрос;</w:t>
            </w:r>
          </w:p>
        </w:tc>
      </w:tr>
      <w:tr w:rsidR="00F261D5">
        <w:trPr>
          <w:trHeight w:hRule="exact" w:val="1304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4" w:after="0" w:line="230" w:lineRule="auto"/>
              <w:ind w:left="6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50.</w:t>
            </w:r>
          </w:p>
        </w:tc>
        <w:tc>
          <w:tcPr>
            <w:tcW w:w="3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4" w:after="0"/>
              <w:ind w:left="62" w:right="144"/>
            </w:pPr>
            <w:proofErr w:type="spellStart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>А.П.Чехов</w:t>
            </w:r>
            <w:proofErr w:type="spellEnd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 xml:space="preserve"> </w:t>
            </w:r>
            <w:proofErr w:type="spellStart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>Рассказ"Хамелеон</w:t>
            </w:r>
            <w:proofErr w:type="spellEnd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 xml:space="preserve">":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 xml:space="preserve">художественные средства и приемы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 xml:space="preserve">изображения героев.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1"/>
              </w:rPr>
              <w:t>Осмеяние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1"/>
              </w:rPr>
              <w:t>трусости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1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1"/>
              </w:rPr>
              <w:t>угодничества</w:t>
            </w:r>
            <w:proofErr w:type="spellEnd"/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4" w:after="0" w:line="230" w:lineRule="auto"/>
              <w:ind w:left="60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1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4" w:after="0" w:line="230" w:lineRule="auto"/>
              <w:ind w:left="6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0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261D5"/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4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10.01.2023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4" w:after="0" w:line="230" w:lineRule="auto"/>
              <w:ind w:left="6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Устный опрос;</w:t>
            </w:r>
          </w:p>
        </w:tc>
      </w:tr>
      <w:tr w:rsidR="00F261D5">
        <w:trPr>
          <w:trHeight w:hRule="exact" w:val="720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6" w:after="0" w:line="233" w:lineRule="auto"/>
              <w:ind w:left="6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51.</w:t>
            </w:r>
          </w:p>
        </w:tc>
        <w:tc>
          <w:tcPr>
            <w:tcW w:w="3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Pr="00A16570" w:rsidRDefault="00F831C8">
            <w:pPr>
              <w:autoSpaceDE w:val="0"/>
              <w:autoSpaceDN w:val="0"/>
              <w:spacing w:before="86" w:after="0" w:line="262" w:lineRule="auto"/>
              <w:ind w:left="62" w:right="144"/>
              <w:rPr>
                <w:lang w:val="ru-RU"/>
              </w:rPr>
            </w:pPr>
            <w:proofErr w:type="spellStart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>А.П.Чехов</w:t>
            </w:r>
            <w:proofErr w:type="spellEnd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 xml:space="preserve"> "Смерть чиновника":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>проблема истинных и ложных ценностей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6" w:after="0" w:line="233" w:lineRule="auto"/>
              <w:ind w:left="60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1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6" w:after="0" w:line="233" w:lineRule="auto"/>
              <w:ind w:left="6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0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261D5"/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6" w:after="0" w:line="233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11.01.2023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6" w:after="0" w:line="233" w:lineRule="auto"/>
              <w:ind w:left="6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Устный опрос;</w:t>
            </w:r>
          </w:p>
        </w:tc>
      </w:tr>
      <w:tr w:rsidR="00F261D5">
        <w:trPr>
          <w:trHeight w:hRule="exact" w:val="1014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4" w:after="0" w:line="233" w:lineRule="auto"/>
              <w:ind w:left="6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52.</w:t>
            </w:r>
          </w:p>
        </w:tc>
        <w:tc>
          <w:tcPr>
            <w:tcW w:w="3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Pr="00A16570" w:rsidRDefault="00F831C8">
            <w:pPr>
              <w:autoSpaceDE w:val="0"/>
              <w:autoSpaceDN w:val="0"/>
              <w:spacing w:before="84" w:after="0" w:line="271" w:lineRule="auto"/>
              <w:ind w:left="62" w:right="864"/>
              <w:rPr>
                <w:lang w:val="ru-RU"/>
              </w:rPr>
            </w:pPr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 xml:space="preserve">А.И. Куприн. Слово о </w:t>
            </w:r>
            <w:r w:rsidRPr="00A16570">
              <w:rPr>
                <w:lang w:val="ru-RU"/>
              </w:rPr>
              <w:br/>
            </w:r>
            <w:proofErr w:type="spellStart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>писателе."Чудесный</w:t>
            </w:r>
            <w:proofErr w:type="spellEnd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 xml:space="preserve"> доктор" как "рождественский рассказ".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4" w:after="0" w:line="233" w:lineRule="auto"/>
              <w:ind w:left="60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1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4" w:after="0" w:line="233" w:lineRule="auto"/>
              <w:ind w:left="6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0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261D5"/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4" w:after="0" w:line="233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12.01.2023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4" w:after="0" w:line="233" w:lineRule="auto"/>
              <w:ind w:left="6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Устный опрос;</w:t>
            </w:r>
          </w:p>
        </w:tc>
      </w:tr>
      <w:tr w:rsidR="00F261D5">
        <w:trPr>
          <w:trHeight w:hRule="exact" w:val="1012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6" w:after="0" w:line="230" w:lineRule="auto"/>
              <w:ind w:left="6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53.</w:t>
            </w:r>
          </w:p>
        </w:tc>
        <w:tc>
          <w:tcPr>
            <w:tcW w:w="3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6" w:after="0" w:line="271" w:lineRule="auto"/>
              <w:ind w:left="62" w:right="144"/>
            </w:pPr>
            <w:proofErr w:type="spellStart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>А.И.Куприн</w:t>
            </w:r>
            <w:proofErr w:type="spellEnd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 xml:space="preserve"> "Чудесный </w:t>
            </w:r>
            <w:proofErr w:type="spellStart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>доктор"</w:t>
            </w:r>
            <w:proofErr w:type="gramStart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>:ч</w:t>
            </w:r>
            <w:proofErr w:type="gramEnd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>еловек</w:t>
            </w:r>
            <w:proofErr w:type="spellEnd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 xml:space="preserve"> и жизненные обстоятельства.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1"/>
              </w:rPr>
              <w:t>Герой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1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1"/>
              </w:rPr>
              <w:t>прототип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1"/>
              </w:rPr>
              <w:t>.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6" w:after="0" w:line="230" w:lineRule="auto"/>
              <w:ind w:left="60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1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6" w:after="0" w:line="230" w:lineRule="auto"/>
              <w:ind w:left="6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0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261D5"/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6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17.01.2023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6" w:after="0" w:line="230" w:lineRule="auto"/>
              <w:ind w:left="6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Устный опрос;</w:t>
            </w:r>
          </w:p>
        </w:tc>
      </w:tr>
      <w:tr w:rsidR="00F261D5">
        <w:trPr>
          <w:trHeight w:hRule="exact" w:val="1012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4" w:after="0" w:line="233" w:lineRule="auto"/>
              <w:ind w:left="6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54.</w:t>
            </w:r>
          </w:p>
        </w:tc>
        <w:tc>
          <w:tcPr>
            <w:tcW w:w="3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Pr="00A16570" w:rsidRDefault="00F831C8">
            <w:pPr>
              <w:autoSpaceDE w:val="0"/>
              <w:autoSpaceDN w:val="0"/>
              <w:spacing w:before="84" w:after="0" w:line="271" w:lineRule="auto"/>
              <w:ind w:left="62" w:right="576"/>
              <w:rPr>
                <w:lang w:val="ru-RU"/>
              </w:rPr>
            </w:pPr>
            <w:proofErr w:type="spellStart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>Вн.чт</w:t>
            </w:r>
            <w:proofErr w:type="spellEnd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 xml:space="preserve"> №3. </w:t>
            </w:r>
            <w:proofErr w:type="spellStart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>А.И.Куприн</w:t>
            </w:r>
            <w:proofErr w:type="spellEnd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 xml:space="preserve"> "Изумруд": сострадание к "братьям нашим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>меньшим".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4" w:after="0" w:line="233" w:lineRule="auto"/>
              <w:ind w:left="60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1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4" w:after="0" w:line="233" w:lineRule="auto"/>
              <w:ind w:left="6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0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261D5"/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4" w:after="0" w:line="233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18.01.2023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4" w:after="0" w:line="233" w:lineRule="auto"/>
              <w:ind w:left="6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Устный опрос;</w:t>
            </w:r>
          </w:p>
        </w:tc>
      </w:tr>
      <w:tr w:rsidR="00F261D5">
        <w:trPr>
          <w:trHeight w:hRule="exact" w:val="1640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6" w:after="0" w:line="230" w:lineRule="auto"/>
              <w:ind w:left="6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55.</w:t>
            </w:r>
          </w:p>
        </w:tc>
        <w:tc>
          <w:tcPr>
            <w:tcW w:w="3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Pr="00A16570" w:rsidRDefault="00F831C8">
            <w:pPr>
              <w:autoSpaceDE w:val="0"/>
              <w:autoSpaceDN w:val="0"/>
              <w:spacing w:before="86" w:after="0" w:line="262" w:lineRule="auto"/>
              <w:ind w:left="62" w:right="288"/>
              <w:rPr>
                <w:lang w:val="ru-RU"/>
              </w:rPr>
            </w:pPr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>Литература 20 века. Родная природа в стихотворениях русских поэтов.</w:t>
            </w:r>
          </w:p>
          <w:p w:rsidR="00F261D5" w:rsidRPr="00A16570" w:rsidRDefault="00F831C8">
            <w:pPr>
              <w:autoSpaceDE w:val="0"/>
              <w:autoSpaceDN w:val="0"/>
              <w:spacing w:before="60" w:after="0" w:line="271" w:lineRule="auto"/>
              <w:ind w:left="62"/>
              <w:rPr>
                <w:lang w:val="ru-RU"/>
              </w:rPr>
            </w:pPr>
            <w:proofErr w:type="spellStart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>А.А.Блок</w:t>
            </w:r>
            <w:proofErr w:type="spellEnd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 xml:space="preserve"> "</w:t>
            </w:r>
            <w:proofErr w:type="gramStart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>О</w:t>
            </w:r>
            <w:proofErr w:type="gramEnd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 xml:space="preserve"> </w:t>
            </w:r>
            <w:proofErr w:type="gramStart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>весна</w:t>
            </w:r>
            <w:proofErr w:type="gramEnd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 xml:space="preserve"> без конца...", "Лениво и тяжко плывут облака", "Встану я в утро туманное"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6" w:after="0" w:line="230" w:lineRule="auto"/>
              <w:ind w:left="60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1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6" w:after="0" w:line="230" w:lineRule="auto"/>
              <w:ind w:left="6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0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261D5"/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6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19.01.2023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6" w:after="0" w:line="230" w:lineRule="auto"/>
              <w:ind w:left="6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Устный опрос;</w:t>
            </w:r>
          </w:p>
        </w:tc>
      </w:tr>
      <w:tr w:rsidR="00F261D5">
        <w:trPr>
          <w:trHeight w:hRule="exact" w:val="1012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4" w:after="0" w:line="233" w:lineRule="auto"/>
              <w:ind w:left="6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56.</w:t>
            </w:r>
          </w:p>
        </w:tc>
        <w:tc>
          <w:tcPr>
            <w:tcW w:w="3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Pr="00A16570" w:rsidRDefault="00F831C8">
            <w:pPr>
              <w:autoSpaceDE w:val="0"/>
              <w:autoSpaceDN w:val="0"/>
              <w:spacing w:before="84" w:after="0" w:line="271" w:lineRule="auto"/>
              <w:ind w:left="62" w:right="144"/>
              <w:rPr>
                <w:lang w:val="ru-RU"/>
              </w:rPr>
            </w:pPr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>С.А. Есенин "Гой ты, Русь моя родная", "Низкий дом с голубыми ставнями", "Я покинул..."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4" w:after="0" w:line="233" w:lineRule="auto"/>
              <w:ind w:left="60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1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4" w:after="0" w:line="233" w:lineRule="auto"/>
              <w:ind w:left="6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0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261D5"/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4" w:after="0" w:line="233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24.01.2023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4" w:after="0" w:line="233" w:lineRule="auto"/>
              <w:ind w:left="6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Устный опрос;</w:t>
            </w:r>
          </w:p>
        </w:tc>
      </w:tr>
      <w:tr w:rsidR="00F261D5">
        <w:trPr>
          <w:trHeight w:hRule="exact" w:val="1014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8" w:after="0" w:line="230" w:lineRule="auto"/>
              <w:ind w:left="6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57.</w:t>
            </w:r>
          </w:p>
        </w:tc>
        <w:tc>
          <w:tcPr>
            <w:tcW w:w="3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Pr="00A16570" w:rsidRDefault="00F831C8">
            <w:pPr>
              <w:autoSpaceDE w:val="0"/>
              <w:autoSpaceDN w:val="0"/>
              <w:spacing w:before="88" w:after="0" w:line="271" w:lineRule="auto"/>
              <w:ind w:left="62" w:right="288"/>
              <w:rPr>
                <w:lang w:val="ru-RU"/>
              </w:rPr>
            </w:pPr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 xml:space="preserve">В.В. Маяковский "Необычайное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>приключение, бывшее с В Маяковским летом на даче"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8" w:after="0" w:line="230" w:lineRule="auto"/>
              <w:ind w:left="60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1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8" w:after="0" w:line="230" w:lineRule="auto"/>
              <w:ind w:left="6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0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261D5"/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25.01.2023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8" w:after="0" w:line="230" w:lineRule="auto"/>
              <w:ind w:left="6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Устный опрос;</w:t>
            </w:r>
          </w:p>
        </w:tc>
      </w:tr>
      <w:tr w:rsidR="00F261D5">
        <w:trPr>
          <w:trHeight w:hRule="exact" w:val="1304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6" w:after="0" w:line="233" w:lineRule="auto"/>
              <w:ind w:left="6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58.</w:t>
            </w:r>
          </w:p>
        </w:tc>
        <w:tc>
          <w:tcPr>
            <w:tcW w:w="3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Pr="00A16570" w:rsidRDefault="00F831C8">
            <w:pPr>
              <w:autoSpaceDE w:val="0"/>
              <w:autoSpaceDN w:val="0"/>
              <w:spacing w:before="86" w:after="0"/>
              <w:ind w:left="62" w:right="144"/>
              <w:rPr>
                <w:lang w:val="ru-RU"/>
              </w:rPr>
            </w:pPr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 xml:space="preserve">Стихотворения отечественных поэтов 20 века о войне. </w:t>
            </w:r>
            <w:proofErr w:type="spellStart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>К.Симонов</w:t>
            </w:r>
            <w:proofErr w:type="spellEnd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 xml:space="preserve"> "Ты помнишь, Алеша...", "Жди меня": страдания народа и вера в победу.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6" w:after="0" w:line="233" w:lineRule="auto"/>
              <w:ind w:left="60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1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6" w:after="0" w:line="233" w:lineRule="auto"/>
              <w:ind w:left="6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0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261D5"/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6" w:after="0" w:line="233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26.01.2023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6" w:after="0" w:line="233" w:lineRule="auto"/>
              <w:ind w:left="6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Устный опрос;</w:t>
            </w:r>
          </w:p>
        </w:tc>
      </w:tr>
      <w:tr w:rsidR="00F261D5">
        <w:trPr>
          <w:trHeight w:hRule="exact" w:val="1014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6" w:after="0" w:line="230" w:lineRule="auto"/>
              <w:ind w:left="6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59.</w:t>
            </w:r>
          </w:p>
        </w:tc>
        <w:tc>
          <w:tcPr>
            <w:tcW w:w="3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Pr="00A16570" w:rsidRDefault="00F831C8">
            <w:pPr>
              <w:autoSpaceDE w:val="0"/>
              <w:autoSpaceDN w:val="0"/>
              <w:spacing w:before="86" w:after="0" w:line="271" w:lineRule="auto"/>
              <w:ind w:left="62" w:right="288"/>
              <w:rPr>
                <w:lang w:val="ru-RU"/>
              </w:rPr>
            </w:pPr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 xml:space="preserve">Д. Самойлов "Сороковые", "Мальчики уходят на </w:t>
            </w:r>
            <w:proofErr w:type="spellStart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>войну"</w:t>
            </w:r>
            <w:proofErr w:type="gramStart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>:о</w:t>
            </w:r>
            <w:proofErr w:type="spellEnd"/>
            <w:proofErr w:type="gramEnd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 xml:space="preserve"> юности, опаленной войной.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6" w:after="0" w:line="230" w:lineRule="auto"/>
              <w:ind w:left="60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1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6" w:after="0" w:line="230" w:lineRule="auto"/>
              <w:ind w:left="6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0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261D5"/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6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31.01.2023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6" w:after="0" w:line="230" w:lineRule="auto"/>
              <w:ind w:left="6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Устный опрос;</w:t>
            </w:r>
          </w:p>
        </w:tc>
      </w:tr>
      <w:tr w:rsidR="00F261D5">
        <w:trPr>
          <w:trHeight w:hRule="exact" w:val="1014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4" w:after="0" w:line="233" w:lineRule="auto"/>
              <w:ind w:left="6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60.</w:t>
            </w:r>
          </w:p>
        </w:tc>
        <w:tc>
          <w:tcPr>
            <w:tcW w:w="3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Pr="00A16570" w:rsidRDefault="00F831C8">
            <w:pPr>
              <w:autoSpaceDE w:val="0"/>
              <w:autoSpaceDN w:val="0"/>
              <w:spacing w:before="84" w:after="0" w:line="271" w:lineRule="auto"/>
              <w:ind w:left="62" w:right="144"/>
              <w:rPr>
                <w:lang w:val="ru-RU"/>
              </w:rPr>
            </w:pPr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 xml:space="preserve">Вн.чт.№4.Булат Окуджава. Поэзия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 xml:space="preserve">правды и </w:t>
            </w:r>
            <w:proofErr w:type="spellStart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>достоинства</w:t>
            </w:r>
            <w:proofErr w:type="gramStart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>."</w:t>
            </w:r>
            <w:proofErr w:type="gramEnd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>Ах</w:t>
            </w:r>
            <w:proofErr w:type="spellEnd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>, война, что ты сделала , подлая", "Ленька королев".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4" w:after="0" w:line="233" w:lineRule="auto"/>
              <w:ind w:left="60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1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4" w:after="0" w:line="233" w:lineRule="auto"/>
              <w:ind w:left="6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0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261D5"/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4" w:after="0" w:line="233" w:lineRule="auto"/>
              <w:ind w:left="6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 xml:space="preserve">01.02.2023 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4" w:after="0" w:line="233" w:lineRule="auto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 xml:space="preserve"> Устный опрос;</w:t>
            </w:r>
          </w:p>
        </w:tc>
      </w:tr>
      <w:tr w:rsidR="00F261D5">
        <w:trPr>
          <w:trHeight w:hRule="exact" w:val="990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4" w:after="0" w:line="230" w:lineRule="auto"/>
              <w:ind w:left="6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61.</w:t>
            </w:r>
          </w:p>
        </w:tc>
        <w:tc>
          <w:tcPr>
            <w:tcW w:w="3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Pr="00A16570" w:rsidRDefault="00F831C8">
            <w:pPr>
              <w:autoSpaceDE w:val="0"/>
              <w:autoSpaceDN w:val="0"/>
              <w:spacing w:before="84" w:after="0" w:line="271" w:lineRule="auto"/>
              <w:ind w:left="62" w:right="144"/>
              <w:rPr>
                <w:lang w:val="ru-RU"/>
              </w:rPr>
            </w:pPr>
            <w:proofErr w:type="spellStart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>Вн.чт</w:t>
            </w:r>
            <w:proofErr w:type="spellEnd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 xml:space="preserve"> № 5. </w:t>
            </w:r>
            <w:proofErr w:type="spellStart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>В.Высоцкий</w:t>
            </w:r>
            <w:proofErr w:type="spellEnd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 xml:space="preserve"> "Он не вернулся из боя", "Братские могилы": "это я не вернулся из боя"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4" w:after="0" w:line="230" w:lineRule="auto"/>
              <w:ind w:left="60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1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4" w:after="0" w:line="230" w:lineRule="auto"/>
              <w:ind w:left="6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0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261D5"/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4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02.02.2023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4" w:after="0" w:line="230" w:lineRule="auto"/>
              <w:ind w:left="6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Устный опрос;</w:t>
            </w:r>
          </w:p>
        </w:tc>
      </w:tr>
    </w:tbl>
    <w:p w:rsidR="00F261D5" w:rsidRDefault="00F261D5">
      <w:pPr>
        <w:autoSpaceDE w:val="0"/>
        <w:autoSpaceDN w:val="0"/>
        <w:spacing w:after="0" w:line="14" w:lineRule="exact"/>
      </w:pPr>
    </w:p>
    <w:p w:rsidR="00F261D5" w:rsidRDefault="00F261D5">
      <w:pPr>
        <w:sectPr w:rsidR="00F261D5">
          <w:pgSz w:w="11900" w:h="16840"/>
          <w:pgMar w:top="284" w:right="556" w:bottom="728" w:left="654" w:header="720" w:footer="720" w:gutter="0"/>
          <w:cols w:space="720" w:equalWidth="0">
            <w:col w:w="10690" w:space="0"/>
          </w:cols>
          <w:docGrid w:linePitch="360"/>
        </w:sectPr>
      </w:pPr>
    </w:p>
    <w:p w:rsidR="00F261D5" w:rsidRDefault="00F261D5">
      <w:pPr>
        <w:autoSpaceDE w:val="0"/>
        <w:autoSpaceDN w:val="0"/>
        <w:spacing w:after="66" w:line="220" w:lineRule="exact"/>
      </w:pPr>
    </w:p>
    <w:tbl>
      <w:tblPr>
        <w:tblW w:w="0" w:type="auto"/>
        <w:tblInd w:w="5" w:type="dxa"/>
        <w:tblLayout w:type="fixed"/>
        <w:tblLook w:val="04A0" w:firstRow="1" w:lastRow="0" w:firstColumn="1" w:lastColumn="0" w:noHBand="0" w:noVBand="1"/>
      </w:tblPr>
      <w:tblGrid>
        <w:gridCol w:w="500"/>
        <w:gridCol w:w="3896"/>
        <w:gridCol w:w="636"/>
        <w:gridCol w:w="1410"/>
        <w:gridCol w:w="1450"/>
        <w:gridCol w:w="1076"/>
        <w:gridCol w:w="1692"/>
      </w:tblGrid>
      <w:tr w:rsidR="00F261D5">
        <w:trPr>
          <w:trHeight w:hRule="exact" w:val="1304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4" w:after="0" w:line="233" w:lineRule="auto"/>
              <w:ind w:left="6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62.</w:t>
            </w:r>
          </w:p>
        </w:tc>
        <w:tc>
          <w:tcPr>
            <w:tcW w:w="3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Pr="00A16570" w:rsidRDefault="00F831C8">
            <w:pPr>
              <w:autoSpaceDE w:val="0"/>
              <w:autoSpaceDN w:val="0"/>
              <w:spacing w:before="84" w:after="0"/>
              <w:ind w:left="62" w:right="144"/>
              <w:rPr>
                <w:lang w:val="ru-RU"/>
              </w:rPr>
            </w:pPr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 xml:space="preserve">Проза отечественных писателей конца 20-начала 21 века о войне. </w:t>
            </w:r>
            <w:proofErr w:type="spellStart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>Б.Васильев</w:t>
            </w:r>
            <w:proofErr w:type="spellEnd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 xml:space="preserve"> "Экспонат №": о человеческой памяти и лицемерии.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4" w:after="0" w:line="233" w:lineRule="auto"/>
              <w:ind w:left="60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1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4" w:after="0" w:line="233" w:lineRule="auto"/>
              <w:ind w:left="6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0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261D5"/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4" w:after="0" w:line="233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07.02.2023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4" w:after="0" w:line="233" w:lineRule="auto"/>
              <w:ind w:left="6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Устный опрос;</w:t>
            </w:r>
          </w:p>
        </w:tc>
      </w:tr>
      <w:tr w:rsidR="00F261D5">
        <w:trPr>
          <w:trHeight w:hRule="exact" w:val="722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8" w:after="0" w:line="230" w:lineRule="auto"/>
              <w:ind w:left="6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63.</w:t>
            </w:r>
          </w:p>
        </w:tc>
        <w:tc>
          <w:tcPr>
            <w:tcW w:w="3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Pr="00A16570" w:rsidRDefault="00F831C8">
            <w:pPr>
              <w:autoSpaceDE w:val="0"/>
              <w:autoSpaceDN w:val="0"/>
              <w:spacing w:before="88" w:after="0" w:line="262" w:lineRule="auto"/>
              <w:ind w:left="62" w:right="576"/>
              <w:rPr>
                <w:lang w:val="ru-RU"/>
              </w:rPr>
            </w:pPr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>Б.П. Екимов "Ночь исцеления": эхо прошедшей войны.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8" w:after="0" w:line="230" w:lineRule="auto"/>
              <w:ind w:left="60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1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8" w:after="0" w:line="230" w:lineRule="auto"/>
              <w:ind w:left="6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0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261D5"/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08.02.2023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8" w:after="0" w:line="230" w:lineRule="auto"/>
              <w:ind w:left="6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Устный опрос;</w:t>
            </w:r>
          </w:p>
        </w:tc>
      </w:tr>
      <w:tr w:rsidR="00F261D5">
        <w:trPr>
          <w:trHeight w:hRule="exact" w:val="1596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6" w:after="0" w:line="230" w:lineRule="auto"/>
              <w:ind w:left="6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64.</w:t>
            </w:r>
          </w:p>
        </w:tc>
        <w:tc>
          <w:tcPr>
            <w:tcW w:w="3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Pr="00A16570" w:rsidRDefault="00F831C8">
            <w:pPr>
              <w:autoSpaceDE w:val="0"/>
              <w:autoSpaceDN w:val="0"/>
              <w:spacing w:before="86" w:after="0" w:line="230" w:lineRule="auto"/>
              <w:ind w:left="62"/>
              <w:rPr>
                <w:lang w:val="ru-RU"/>
              </w:rPr>
            </w:pPr>
            <w:proofErr w:type="spellStart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>Вн.чт</w:t>
            </w:r>
            <w:proofErr w:type="spellEnd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 xml:space="preserve"> № 6. </w:t>
            </w:r>
            <w:proofErr w:type="spellStart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>А.В.Жвалевский</w:t>
            </w:r>
            <w:proofErr w:type="spellEnd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 xml:space="preserve"> и Е.Б.</w:t>
            </w:r>
          </w:p>
          <w:p w:rsidR="00F261D5" w:rsidRDefault="00F831C8">
            <w:pPr>
              <w:autoSpaceDE w:val="0"/>
              <w:autoSpaceDN w:val="0"/>
              <w:spacing w:before="62" w:after="0"/>
              <w:ind w:left="62" w:right="288"/>
            </w:pPr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 xml:space="preserve">Пастернак "Правдивая история Деда Мороза"(глава "Очень страшный 1942 Новый год": праздник в блокадном городе. </w:t>
            </w:r>
            <w:r>
              <w:rPr>
                <w:rFonts w:ascii="Times New Roman" w:eastAsia="Times New Roman" w:hAnsi="Times New Roman"/>
                <w:color w:val="000000"/>
                <w:sz w:val="21"/>
              </w:rPr>
              <w:t>(резерв№1)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6" w:after="0" w:line="230" w:lineRule="auto"/>
              <w:ind w:left="60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1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6" w:after="0" w:line="230" w:lineRule="auto"/>
              <w:ind w:left="6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0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261D5"/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6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09.02.2023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6" w:after="0" w:line="230" w:lineRule="auto"/>
              <w:ind w:left="6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Устный опрос;</w:t>
            </w:r>
          </w:p>
        </w:tc>
      </w:tr>
      <w:tr w:rsidR="00F261D5">
        <w:trPr>
          <w:trHeight w:hRule="exact" w:val="720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6" w:after="0" w:line="230" w:lineRule="auto"/>
              <w:ind w:left="6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65.</w:t>
            </w:r>
          </w:p>
        </w:tc>
        <w:tc>
          <w:tcPr>
            <w:tcW w:w="3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Pr="00A16570" w:rsidRDefault="00F831C8">
            <w:pPr>
              <w:autoSpaceDE w:val="0"/>
              <w:autoSpaceDN w:val="0"/>
              <w:spacing w:before="86" w:after="0" w:line="262" w:lineRule="auto"/>
              <w:ind w:left="62" w:right="432"/>
              <w:rPr>
                <w:lang w:val="ru-RU"/>
              </w:rPr>
            </w:pPr>
            <w:proofErr w:type="spellStart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>Рр</w:t>
            </w:r>
            <w:proofErr w:type="spellEnd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 xml:space="preserve"> №6.Ответ на проблемный вопрос "Зачем надо помнить о войне?"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6" w:after="0" w:line="230" w:lineRule="auto"/>
              <w:ind w:left="60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1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6" w:after="0" w:line="230" w:lineRule="auto"/>
              <w:ind w:left="6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0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261D5"/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6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14.02.2023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6" w:after="0" w:line="262" w:lineRule="auto"/>
              <w:ind w:left="62" w:right="43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Письменный контроль;</w:t>
            </w:r>
          </w:p>
        </w:tc>
      </w:tr>
      <w:tr w:rsidR="00F261D5">
        <w:trPr>
          <w:trHeight w:hRule="exact" w:val="1014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6" w:after="0" w:line="230" w:lineRule="auto"/>
              <w:ind w:left="6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66.</w:t>
            </w:r>
          </w:p>
        </w:tc>
        <w:tc>
          <w:tcPr>
            <w:tcW w:w="3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Pr="00A16570" w:rsidRDefault="00F831C8">
            <w:pPr>
              <w:autoSpaceDE w:val="0"/>
              <w:autoSpaceDN w:val="0"/>
              <w:spacing w:before="86" w:after="0" w:line="271" w:lineRule="auto"/>
              <w:ind w:left="62"/>
              <w:rPr>
                <w:lang w:val="ru-RU"/>
              </w:rPr>
            </w:pPr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>В.Г. Распутин</w:t>
            </w:r>
            <w:proofErr w:type="gramStart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 xml:space="preserve"> .</w:t>
            </w:r>
            <w:proofErr w:type="gramEnd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 xml:space="preserve"> Слово о писателе. Рассказ "Уроки французского": трудности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>послевоенного времени"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6" w:after="0" w:line="230" w:lineRule="auto"/>
              <w:ind w:left="60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1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6" w:after="0" w:line="230" w:lineRule="auto"/>
              <w:ind w:left="6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0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261D5"/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6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15.02.2023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6" w:after="0" w:line="230" w:lineRule="auto"/>
              <w:ind w:left="6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Устный опрос;</w:t>
            </w:r>
          </w:p>
        </w:tc>
      </w:tr>
      <w:tr w:rsidR="00F261D5">
        <w:trPr>
          <w:trHeight w:hRule="exact" w:val="1056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4" w:after="0" w:line="233" w:lineRule="auto"/>
              <w:ind w:left="6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67.</w:t>
            </w:r>
          </w:p>
        </w:tc>
        <w:tc>
          <w:tcPr>
            <w:tcW w:w="3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4" w:after="0" w:line="271" w:lineRule="auto"/>
              <w:ind w:left="62" w:right="494"/>
              <w:jc w:val="both"/>
            </w:pPr>
            <w:proofErr w:type="spellStart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>В.Г.Распутин</w:t>
            </w:r>
            <w:proofErr w:type="spellEnd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 xml:space="preserve"> "Уроки французского": образ главного героя и учительницы.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1"/>
              </w:rPr>
              <w:t>Смысл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1"/>
              </w:rPr>
              <w:t>названия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1"/>
              </w:rPr>
              <w:t>рассказа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1"/>
              </w:rPr>
              <w:t>.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4" w:after="0" w:line="233" w:lineRule="auto"/>
              <w:ind w:left="60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1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4" w:after="0" w:line="233" w:lineRule="auto"/>
              <w:ind w:left="6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0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261D5"/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4" w:after="0" w:line="233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16.02.2023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4" w:after="0" w:line="271" w:lineRule="auto"/>
              <w:ind w:left="62" w:right="288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 xml:space="preserve">Устный опрос; Письменный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1"/>
              </w:rPr>
              <w:t>контроль;</w:t>
            </w:r>
          </w:p>
        </w:tc>
      </w:tr>
      <w:tr w:rsidR="00F261D5">
        <w:trPr>
          <w:trHeight w:hRule="exact" w:val="1304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6" w:after="0" w:line="230" w:lineRule="auto"/>
              <w:ind w:left="6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68.</w:t>
            </w:r>
          </w:p>
        </w:tc>
        <w:tc>
          <w:tcPr>
            <w:tcW w:w="3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Pr="00A16570" w:rsidRDefault="00F831C8">
            <w:pPr>
              <w:autoSpaceDE w:val="0"/>
              <w:autoSpaceDN w:val="0"/>
              <w:spacing w:before="86" w:after="0"/>
              <w:ind w:left="62" w:right="576"/>
              <w:rPr>
                <w:lang w:val="ru-RU"/>
              </w:rPr>
            </w:pPr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 xml:space="preserve">РР №7. В.Г. Распутин "Уроки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 xml:space="preserve">французского": нравственная </w:t>
            </w:r>
            <w:r w:rsidRPr="00A16570">
              <w:rPr>
                <w:lang w:val="ru-RU"/>
              </w:rPr>
              <w:br/>
            </w:r>
            <w:proofErr w:type="spellStart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>проблематика.Ответ</w:t>
            </w:r>
            <w:proofErr w:type="spellEnd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 xml:space="preserve"> на </w:t>
            </w:r>
            <w:proofErr w:type="spellStart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>вопрос"Что</w:t>
            </w:r>
            <w:proofErr w:type="spellEnd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 xml:space="preserve"> значит быть добрым?"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6" w:after="0" w:line="230" w:lineRule="auto"/>
              <w:ind w:left="60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1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6" w:after="0" w:line="230" w:lineRule="auto"/>
              <w:ind w:left="6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0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261D5"/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6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21.02.2023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6" w:after="0" w:line="262" w:lineRule="auto"/>
              <w:ind w:left="62" w:right="43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Письменный контроль;</w:t>
            </w:r>
          </w:p>
        </w:tc>
      </w:tr>
      <w:tr w:rsidR="00F261D5">
        <w:trPr>
          <w:trHeight w:hRule="exact" w:val="1596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4" w:after="0" w:line="233" w:lineRule="auto"/>
              <w:ind w:left="6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69.</w:t>
            </w:r>
          </w:p>
        </w:tc>
        <w:tc>
          <w:tcPr>
            <w:tcW w:w="3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Pr="00A16570" w:rsidRDefault="00F831C8">
            <w:pPr>
              <w:autoSpaceDE w:val="0"/>
              <w:autoSpaceDN w:val="0"/>
              <w:spacing w:before="84" w:after="0" w:line="262" w:lineRule="auto"/>
              <w:ind w:left="62" w:right="144"/>
              <w:rPr>
                <w:lang w:val="ru-RU"/>
              </w:rPr>
            </w:pPr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>Произведения отечественных писателей на тему взросления человека.</w:t>
            </w:r>
          </w:p>
          <w:p w:rsidR="00F261D5" w:rsidRPr="00A16570" w:rsidRDefault="00F831C8">
            <w:pPr>
              <w:autoSpaceDE w:val="0"/>
              <w:autoSpaceDN w:val="0"/>
              <w:spacing w:before="62" w:after="0" w:line="271" w:lineRule="auto"/>
              <w:ind w:left="62"/>
              <w:rPr>
                <w:lang w:val="ru-RU"/>
              </w:rPr>
            </w:pPr>
            <w:proofErr w:type="spellStart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>Ф.Искандер</w:t>
            </w:r>
            <w:proofErr w:type="spellEnd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 xml:space="preserve">. Слово о </w:t>
            </w:r>
            <w:r w:rsidRPr="00A16570">
              <w:rPr>
                <w:lang w:val="ru-RU"/>
              </w:rPr>
              <w:br/>
            </w:r>
            <w:proofErr w:type="spellStart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>писателе</w:t>
            </w:r>
            <w:proofErr w:type="gramStart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>."</w:t>
            </w:r>
            <w:proofErr w:type="gramEnd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>Тринадцатый</w:t>
            </w:r>
            <w:proofErr w:type="spellEnd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 xml:space="preserve"> подвиг Геракла": </w:t>
            </w:r>
            <w:proofErr w:type="spellStart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>школа,учитель</w:t>
            </w:r>
            <w:proofErr w:type="spellEnd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>, ученики.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4" w:after="0" w:line="233" w:lineRule="auto"/>
              <w:ind w:left="60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1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4" w:after="0" w:line="233" w:lineRule="auto"/>
              <w:ind w:left="6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0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261D5"/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4" w:after="0" w:line="233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22.02.2023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4" w:after="0" w:line="233" w:lineRule="auto"/>
              <w:ind w:left="6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Устный опрос;</w:t>
            </w:r>
          </w:p>
        </w:tc>
      </w:tr>
      <w:tr w:rsidR="00F261D5">
        <w:trPr>
          <w:trHeight w:hRule="exact" w:val="722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8" w:after="0" w:line="233" w:lineRule="auto"/>
              <w:ind w:left="6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70.</w:t>
            </w:r>
          </w:p>
        </w:tc>
        <w:tc>
          <w:tcPr>
            <w:tcW w:w="3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Pr="00A16570" w:rsidRDefault="00F831C8">
            <w:pPr>
              <w:autoSpaceDE w:val="0"/>
              <w:autoSpaceDN w:val="0"/>
              <w:spacing w:before="88" w:after="0" w:line="262" w:lineRule="auto"/>
              <w:ind w:left="62" w:right="720"/>
              <w:rPr>
                <w:lang w:val="ru-RU"/>
              </w:rPr>
            </w:pPr>
            <w:proofErr w:type="spellStart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>Ф.Искандер</w:t>
            </w:r>
            <w:proofErr w:type="spellEnd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 xml:space="preserve"> "Тринадцатый подвиг Геракла": юмор в рассказе. 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8" w:after="0" w:line="233" w:lineRule="auto"/>
              <w:ind w:left="60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1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8" w:after="0" w:line="233" w:lineRule="auto"/>
              <w:ind w:left="6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0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261D5"/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8" w:after="0" w:line="233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28.02.2023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8" w:after="0" w:line="233" w:lineRule="auto"/>
              <w:ind w:left="6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Устный опрос;</w:t>
            </w:r>
          </w:p>
        </w:tc>
      </w:tr>
      <w:tr w:rsidR="00F261D5">
        <w:trPr>
          <w:trHeight w:hRule="exact" w:val="1306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4" w:after="0" w:line="233" w:lineRule="auto"/>
              <w:ind w:left="6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71.</w:t>
            </w:r>
          </w:p>
        </w:tc>
        <w:tc>
          <w:tcPr>
            <w:tcW w:w="3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Pr="00A16570" w:rsidRDefault="00F831C8">
            <w:pPr>
              <w:autoSpaceDE w:val="0"/>
              <w:autoSpaceDN w:val="0"/>
              <w:spacing w:before="84" w:after="0"/>
              <w:ind w:left="62" w:right="144"/>
              <w:rPr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 xml:space="preserve">Вн. чт.№7. В.П. Астафьев . </w:t>
            </w:r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 xml:space="preserve">Слово о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 xml:space="preserve">писателе. Рассказ "Конь с розовой </w:t>
            </w:r>
            <w:r w:rsidRPr="00A16570">
              <w:rPr>
                <w:lang w:val="ru-RU"/>
              </w:rPr>
              <w:br/>
            </w:r>
            <w:proofErr w:type="spellStart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>гривой"</w:t>
            </w:r>
            <w:proofErr w:type="gramStart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>:п</w:t>
            </w:r>
            <w:proofErr w:type="gramEnd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>роблематика</w:t>
            </w:r>
            <w:proofErr w:type="spellEnd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 xml:space="preserve"> рассказа, образы героя и бабушки.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4" w:after="0" w:line="233" w:lineRule="auto"/>
              <w:ind w:left="60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1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4" w:after="0" w:line="233" w:lineRule="auto"/>
              <w:ind w:left="6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0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261D5"/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4" w:after="0" w:line="233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01.03.2023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4" w:after="0" w:line="271" w:lineRule="auto"/>
              <w:ind w:left="62" w:right="288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 xml:space="preserve">Устный опрос; Письменный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1"/>
              </w:rPr>
              <w:t>контроль;</w:t>
            </w:r>
          </w:p>
        </w:tc>
      </w:tr>
      <w:tr w:rsidR="00F261D5">
        <w:trPr>
          <w:trHeight w:hRule="exact" w:val="1012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6" w:after="0" w:line="230" w:lineRule="auto"/>
              <w:ind w:left="6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72.</w:t>
            </w:r>
          </w:p>
        </w:tc>
        <w:tc>
          <w:tcPr>
            <w:tcW w:w="3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Pr="00A16570" w:rsidRDefault="00F831C8">
            <w:pPr>
              <w:autoSpaceDE w:val="0"/>
              <w:autoSpaceDN w:val="0"/>
              <w:spacing w:before="86" w:after="0" w:line="271" w:lineRule="auto"/>
              <w:ind w:left="62" w:right="144"/>
              <w:rPr>
                <w:lang w:val="ru-RU"/>
              </w:rPr>
            </w:pPr>
            <w:proofErr w:type="spellStart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>Рр</w:t>
            </w:r>
            <w:proofErr w:type="spellEnd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 xml:space="preserve"> №8.В.П. Астафьев "Конь с розовой гривой": речевые характеристики героев, язык произведения (резерв №2)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6" w:after="0" w:line="230" w:lineRule="auto"/>
              <w:ind w:left="60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1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6" w:after="0" w:line="230" w:lineRule="auto"/>
              <w:ind w:left="6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0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261D5"/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6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02.03.2023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6" w:after="0" w:line="262" w:lineRule="auto"/>
              <w:ind w:left="62" w:right="43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Письменный контроль;</w:t>
            </w:r>
          </w:p>
        </w:tc>
      </w:tr>
      <w:tr w:rsidR="00F261D5">
        <w:trPr>
          <w:trHeight w:hRule="exact" w:val="1012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6" w:after="0" w:line="233" w:lineRule="auto"/>
              <w:ind w:left="6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73.</w:t>
            </w:r>
          </w:p>
        </w:tc>
        <w:tc>
          <w:tcPr>
            <w:tcW w:w="3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Pr="00A16570" w:rsidRDefault="00F831C8">
            <w:pPr>
              <w:autoSpaceDE w:val="0"/>
              <w:autoSpaceDN w:val="0"/>
              <w:spacing w:before="86" w:after="0" w:line="233" w:lineRule="auto"/>
              <w:ind w:left="62"/>
              <w:rPr>
                <w:lang w:val="ru-RU"/>
              </w:rPr>
            </w:pPr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>В.М. Шукшин</w:t>
            </w:r>
            <w:proofErr w:type="gramStart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 xml:space="preserve"> .</w:t>
            </w:r>
            <w:proofErr w:type="gramEnd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 xml:space="preserve"> Слово о писателе.</w:t>
            </w:r>
          </w:p>
          <w:p w:rsidR="00F261D5" w:rsidRPr="00A16570" w:rsidRDefault="00F831C8">
            <w:pPr>
              <w:autoSpaceDE w:val="0"/>
              <w:autoSpaceDN w:val="0"/>
              <w:spacing w:before="60" w:after="0" w:line="262" w:lineRule="auto"/>
              <w:ind w:left="62" w:right="144"/>
              <w:rPr>
                <w:lang w:val="ru-RU"/>
              </w:rPr>
            </w:pPr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>Рассказ "</w:t>
            </w:r>
            <w:proofErr w:type="spellStart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>критики"</w:t>
            </w:r>
            <w:proofErr w:type="gramStart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>:о</w:t>
            </w:r>
            <w:proofErr w:type="gramEnd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>браз</w:t>
            </w:r>
            <w:proofErr w:type="spellEnd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 xml:space="preserve"> странного героя в рассказе.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6" w:after="0" w:line="233" w:lineRule="auto"/>
              <w:ind w:left="60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1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6" w:after="0" w:line="233" w:lineRule="auto"/>
              <w:ind w:left="6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0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261D5"/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6" w:after="0" w:line="233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07.03.2023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6" w:after="0" w:line="233" w:lineRule="auto"/>
              <w:ind w:left="6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Устный опрос;</w:t>
            </w:r>
          </w:p>
        </w:tc>
      </w:tr>
      <w:tr w:rsidR="00F261D5">
        <w:trPr>
          <w:trHeight w:hRule="exact" w:val="1870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8" w:after="0" w:line="230" w:lineRule="auto"/>
              <w:ind w:left="6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74.</w:t>
            </w:r>
          </w:p>
        </w:tc>
        <w:tc>
          <w:tcPr>
            <w:tcW w:w="3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Pr="00A16570" w:rsidRDefault="00F831C8">
            <w:pPr>
              <w:autoSpaceDE w:val="0"/>
              <w:autoSpaceDN w:val="0"/>
              <w:spacing w:before="88" w:after="0" w:line="262" w:lineRule="auto"/>
              <w:ind w:left="62" w:right="144"/>
              <w:rPr>
                <w:lang w:val="ru-RU"/>
              </w:rPr>
            </w:pPr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 xml:space="preserve">Произведения современных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>отечественных писателей-фантастов. В.</w:t>
            </w:r>
          </w:p>
          <w:p w:rsidR="00F261D5" w:rsidRPr="00A16570" w:rsidRDefault="00F831C8">
            <w:pPr>
              <w:autoSpaceDE w:val="0"/>
              <w:autoSpaceDN w:val="0"/>
              <w:spacing w:before="62" w:after="0"/>
              <w:ind w:left="62" w:right="576"/>
              <w:rPr>
                <w:lang w:val="ru-RU"/>
              </w:rPr>
            </w:pPr>
            <w:proofErr w:type="spellStart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>Ледерман</w:t>
            </w:r>
            <w:proofErr w:type="spellEnd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 xml:space="preserve">. Подростковая повесть "Календарь </w:t>
            </w:r>
            <w:proofErr w:type="spellStart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>майя"</w:t>
            </w:r>
            <w:proofErr w:type="gramStart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>:к</w:t>
            </w:r>
            <w:proofErr w:type="gramEnd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>ак</w:t>
            </w:r>
            <w:proofErr w:type="spellEnd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 xml:space="preserve"> меняются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>характеры мальчиков и девочек под влиянием общей беды.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8" w:after="0" w:line="230" w:lineRule="auto"/>
              <w:ind w:left="60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1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8" w:after="0" w:line="230" w:lineRule="auto"/>
              <w:ind w:left="6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0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261D5"/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09.03.2023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8" w:after="0" w:line="230" w:lineRule="auto"/>
              <w:ind w:left="6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Устный опрос;</w:t>
            </w:r>
          </w:p>
        </w:tc>
      </w:tr>
    </w:tbl>
    <w:p w:rsidR="00F261D5" w:rsidRDefault="00F261D5">
      <w:pPr>
        <w:autoSpaceDE w:val="0"/>
        <w:autoSpaceDN w:val="0"/>
        <w:spacing w:after="0" w:line="14" w:lineRule="exact"/>
      </w:pPr>
    </w:p>
    <w:p w:rsidR="00F261D5" w:rsidRDefault="00F261D5">
      <w:pPr>
        <w:sectPr w:rsidR="00F261D5">
          <w:pgSz w:w="11900" w:h="16840"/>
          <w:pgMar w:top="284" w:right="556" w:bottom="502" w:left="654" w:header="720" w:footer="720" w:gutter="0"/>
          <w:cols w:space="720" w:equalWidth="0">
            <w:col w:w="10690" w:space="0"/>
          </w:cols>
          <w:docGrid w:linePitch="360"/>
        </w:sectPr>
      </w:pPr>
    </w:p>
    <w:p w:rsidR="00F261D5" w:rsidRDefault="00F261D5">
      <w:pPr>
        <w:autoSpaceDE w:val="0"/>
        <w:autoSpaceDN w:val="0"/>
        <w:spacing w:after="66" w:line="220" w:lineRule="exact"/>
      </w:pPr>
    </w:p>
    <w:tbl>
      <w:tblPr>
        <w:tblW w:w="0" w:type="auto"/>
        <w:tblInd w:w="5" w:type="dxa"/>
        <w:tblLayout w:type="fixed"/>
        <w:tblLook w:val="04A0" w:firstRow="1" w:lastRow="0" w:firstColumn="1" w:lastColumn="0" w:noHBand="0" w:noVBand="1"/>
      </w:tblPr>
      <w:tblGrid>
        <w:gridCol w:w="500"/>
        <w:gridCol w:w="3896"/>
        <w:gridCol w:w="636"/>
        <w:gridCol w:w="1410"/>
        <w:gridCol w:w="1450"/>
        <w:gridCol w:w="1076"/>
        <w:gridCol w:w="1692"/>
      </w:tblGrid>
      <w:tr w:rsidR="00F261D5">
        <w:trPr>
          <w:trHeight w:hRule="exact" w:val="720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4" w:after="0" w:line="233" w:lineRule="auto"/>
              <w:ind w:left="6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75.</w:t>
            </w:r>
          </w:p>
        </w:tc>
        <w:tc>
          <w:tcPr>
            <w:tcW w:w="3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Pr="00A16570" w:rsidRDefault="00F831C8">
            <w:pPr>
              <w:autoSpaceDE w:val="0"/>
              <w:autoSpaceDN w:val="0"/>
              <w:spacing w:before="84" w:after="0" w:line="262" w:lineRule="auto"/>
              <w:ind w:left="62" w:right="432"/>
              <w:rPr>
                <w:lang w:val="ru-RU"/>
              </w:rPr>
            </w:pPr>
            <w:proofErr w:type="spellStart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>В.Ледерман</w:t>
            </w:r>
            <w:proofErr w:type="spellEnd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 xml:space="preserve"> "Календарь </w:t>
            </w:r>
            <w:proofErr w:type="spellStart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>майя"</w:t>
            </w:r>
            <w:proofErr w:type="gramStart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>:р</w:t>
            </w:r>
            <w:proofErr w:type="gramEnd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>оман</w:t>
            </w:r>
            <w:proofErr w:type="spellEnd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 xml:space="preserve"> воспитания.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4" w:after="0" w:line="233" w:lineRule="auto"/>
              <w:ind w:left="60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1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4" w:after="0" w:line="233" w:lineRule="auto"/>
              <w:ind w:left="6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0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261D5"/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4" w:after="0" w:line="233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14.03.2023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4" w:after="0" w:line="233" w:lineRule="auto"/>
              <w:ind w:left="6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Устный опрос;</w:t>
            </w:r>
          </w:p>
        </w:tc>
      </w:tr>
      <w:tr w:rsidR="00F261D5">
        <w:trPr>
          <w:trHeight w:hRule="exact" w:val="1014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6" w:after="0" w:line="233" w:lineRule="auto"/>
              <w:ind w:left="6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76.</w:t>
            </w:r>
          </w:p>
        </w:tc>
        <w:tc>
          <w:tcPr>
            <w:tcW w:w="3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Pr="00A16570" w:rsidRDefault="00F831C8">
            <w:pPr>
              <w:autoSpaceDE w:val="0"/>
              <w:autoSpaceDN w:val="0"/>
              <w:spacing w:before="86" w:after="0" w:line="271" w:lineRule="auto"/>
              <w:ind w:left="62" w:right="288"/>
              <w:rPr>
                <w:lang w:val="ru-RU"/>
              </w:rPr>
            </w:pPr>
            <w:proofErr w:type="spellStart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>А.В.Жвалевский</w:t>
            </w:r>
            <w:proofErr w:type="spellEnd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 xml:space="preserve"> и </w:t>
            </w:r>
            <w:proofErr w:type="spellStart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>Е.Б.Пастернак</w:t>
            </w:r>
            <w:proofErr w:type="spellEnd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 xml:space="preserve">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 xml:space="preserve">"Времена всегда </w:t>
            </w:r>
            <w:proofErr w:type="spellStart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>хорошие":"каждый</w:t>
            </w:r>
            <w:proofErr w:type="spellEnd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 xml:space="preserve"> то, чем он хочет быть"?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6" w:after="0" w:line="233" w:lineRule="auto"/>
              <w:ind w:left="60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1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6" w:after="0" w:line="233" w:lineRule="auto"/>
              <w:ind w:left="6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0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261D5"/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6" w:after="0" w:line="233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15.03.2023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6" w:after="0" w:line="233" w:lineRule="auto"/>
              <w:ind w:left="6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Устный опрос;</w:t>
            </w:r>
          </w:p>
        </w:tc>
      </w:tr>
      <w:tr w:rsidR="00F261D5">
        <w:trPr>
          <w:trHeight w:hRule="exact" w:val="1304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4" w:after="0" w:line="230" w:lineRule="auto"/>
              <w:ind w:left="6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77.</w:t>
            </w:r>
          </w:p>
        </w:tc>
        <w:tc>
          <w:tcPr>
            <w:tcW w:w="3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Pr="00A16570" w:rsidRDefault="00F831C8">
            <w:pPr>
              <w:autoSpaceDE w:val="0"/>
              <w:autoSpaceDN w:val="0"/>
              <w:spacing w:before="84" w:after="0"/>
              <w:ind w:left="62" w:right="432"/>
              <w:rPr>
                <w:lang w:val="ru-RU"/>
              </w:rPr>
            </w:pPr>
            <w:proofErr w:type="spellStart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>А.В.Жвалевский</w:t>
            </w:r>
            <w:proofErr w:type="spellEnd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 xml:space="preserve"> и Е.Б. Пастернак "Времена всегда </w:t>
            </w:r>
            <w:r w:rsidRPr="00A16570">
              <w:rPr>
                <w:lang w:val="ru-RU"/>
              </w:rPr>
              <w:br/>
            </w:r>
            <w:proofErr w:type="spellStart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>хорошие"</w:t>
            </w:r>
            <w:proofErr w:type="gramStart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>:п</w:t>
            </w:r>
            <w:proofErr w:type="gramEnd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>ересматриваем</w:t>
            </w:r>
            <w:proofErr w:type="spellEnd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 xml:space="preserve"> духовные приоритеты.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4" w:after="0" w:line="230" w:lineRule="auto"/>
              <w:ind w:left="60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1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4" w:after="0" w:line="230" w:lineRule="auto"/>
              <w:ind w:left="6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0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261D5"/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4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16.03.2023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4" w:after="0" w:line="230" w:lineRule="auto"/>
              <w:ind w:left="6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Устный опрос;</w:t>
            </w:r>
          </w:p>
        </w:tc>
      </w:tr>
      <w:tr w:rsidR="00F261D5">
        <w:trPr>
          <w:trHeight w:hRule="exact" w:val="1012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6" w:after="0" w:line="233" w:lineRule="auto"/>
              <w:ind w:left="6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78.</w:t>
            </w:r>
          </w:p>
        </w:tc>
        <w:tc>
          <w:tcPr>
            <w:tcW w:w="3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Pr="00A16570" w:rsidRDefault="00F831C8">
            <w:pPr>
              <w:autoSpaceDE w:val="0"/>
              <w:autoSpaceDN w:val="0"/>
              <w:spacing w:before="86" w:after="0" w:line="271" w:lineRule="auto"/>
              <w:ind w:left="62" w:right="144"/>
              <w:rPr>
                <w:lang w:val="ru-RU"/>
              </w:rPr>
            </w:pPr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 xml:space="preserve">Литература народов РФ. Г. Тукай. Слово о </w:t>
            </w:r>
            <w:proofErr w:type="spellStart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>поэте."Родная</w:t>
            </w:r>
            <w:proofErr w:type="spellEnd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 xml:space="preserve"> деревня", "Книга":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>вдохновляясь любовью к своей родине.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6" w:after="0" w:line="233" w:lineRule="auto"/>
              <w:ind w:left="60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1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6" w:after="0" w:line="233" w:lineRule="auto"/>
              <w:ind w:left="6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0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261D5"/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6" w:after="0" w:line="233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21.03.2023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6" w:after="0" w:line="233" w:lineRule="auto"/>
              <w:ind w:left="6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Устный опрос;</w:t>
            </w:r>
          </w:p>
        </w:tc>
      </w:tr>
      <w:tr w:rsidR="00F261D5">
        <w:trPr>
          <w:trHeight w:hRule="exact" w:val="1306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6" w:after="0" w:line="230" w:lineRule="auto"/>
              <w:ind w:left="6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79.</w:t>
            </w:r>
          </w:p>
        </w:tc>
        <w:tc>
          <w:tcPr>
            <w:tcW w:w="3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Pr="00A16570" w:rsidRDefault="00F831C8">
            <w:pPr>
              <w:autoSpaceDE w:val="0"/>
              <w:autoSpaceDN w:val="0"/>
              <w:spacing w:before="86" w:after="0"/>
              <w:ind w:left="62"/>
              <w:rPr>
                <w:lang w:val="ru-RU"/>
              </w:rPr>
            </w:pPr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>К. Кулиев</w:t>
            </w:r>
            <w:proofErr w:type="gramStart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 xml:space="preserve"> .</w:t>
            </w:r>
            <w:proofErr w:type="gramEnd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 xml:space="preserve"> Слово о поэте. "Когда на меня навалилась беда", "Каким бы малым ни был мой </w:t>
            </w:r>
            <w:proofErr w:type="spellStart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>народ"</w:t>
            </w:r>
            <w:proofErr w:type="gramStart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>:м</w:t>
            </w:r>
            <w:proofErr w:type="gramEnd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>ечта</w:t>
            </w:r>
            <w:proofErr w:type="spellEnd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 xml:space="preserve"> о совершенном мире.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6" w:after="0" w:line="230" w:lineRule="auto"/>
              <w:ind w:left="60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1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6" w:after="0" w:line="230" w:lineRule="auto"/>
              <w:ind w:left="6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0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261D5"/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6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22.03.2023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6" w:after="0" w:line="230" w:lineRule="auto"/>
              <w:ind w:left="6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Устный опрос;</w:t>
            </w:r>
          </w:p>
        </w:tc>
      </w:tr>
      <w:tr w:rsidR="00F261D5">
        <w:trPr>
          <w:trHeight w:hRule="exact" w:val="1012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4" w:after="0" w:line="233" w:lineRule="auto"/>
              <w:ind w:left="6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80.</w:t>
            </w:r>
          </w:p>
        </w:tc>
        <w:tc>
          <w:tcPr>
            <w:tcW w:w="3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Pr="00A16570" w:rsidRDefault="00F831C8">
            <w:pPr>
              <w:autoSpaceDE w:val="0"/>
              <w:autoSpaceDN w:val="0"/>
              <w:spacing w:before="84" w:after="0" w:line="271" w:lineRule="auto"/>
              <w:ind w:left="62" w:right="864"/>
              <w:rPr>
                <w:lang w:val="ru-RU"/>
              </w:rPr>
            </w:pPr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 xml:space="preserve">М. Карим. Слово о </w:t>
            </w:r>
            <w:proofErr w:type="spellStart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>поэте.Поэма</w:t>
            </w:r>
            <w:proofErr w:type="spellEnd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 xml:space="preserve"> "Бессмертие"(фрагменты): уроки нравственности" 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4" w:after="0" w:line="233" w:lineRule="auto"/>
              <w:ind w:left="60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1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4" w:after="0" w:line="233" w:lineRule="auto"/>
              <w:ind w:left="6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0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261D5"/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4" w:after="0" w:line="233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23.03.2023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4" w:after="0" w:line="233" w:lineRule="auto"/>
              <w:ind w:left="6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Устный опрос;</w:t>
            </w:r>
          </w:p>
        </w:tc>
      </w:tr>
      <w:tr w:rsidR="00F261D5">
        <w:trPr>
          <w:trHeight w:hRule="exact" w:val="1306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8" w:after="0" w:line="230" w:lineRule="auto"/>
              <w:ind w:left="6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81.</w:t>
            </w:r>
          </w:p>
        </w:tc>
        <w:tc>
          <w:tcPr>
            <w:tcW w:w="3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8" w:after="0"/>
              <w:ind w:left="62"/>
            </w:pPr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 xml:space="preserve">Зарубежная литература. </w:t>
            </w:r>
            <w:proofErr w:type="spellStart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>Д.Дефо</w:t>
            </w:r>
            <w:proofErr w:type="spellEnd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 xml:space="preserve">. Слово о </w:t>
            </w:r>
            <w:proofErr w:type="spellStart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>писателе</w:t>
            </w:r>
            <w:proofErr w:type="gramStart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>."</w:t>
            </w:r>
            <w:proofErr w:type="gramEnd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>Робинзон</w:t>
            </w:r>
            <w:proofErr w:type="spellEnd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 xml:space="preserve"> Крузо"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 xml:space="preserve">(главы):знакомство с романом.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1"/>
              </w:rPr>
              <w:t>Жанровое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1"/>
              </w:rPr>
              <w:t>своеобразие.Сюжет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1"/>
              </w:rPr>
              <w:t>.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8" w:after="0" w:line="230" w:lineRule="auto"/>
              <w:ind w:left="60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1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8" w:after="0" w:line="230" w:lineRule="auto"/>
              <w:ind w:left="6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0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261D5"/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04.04.2023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8" w:after="0" w:line="230" w:lineRule="auto"/>
              <w:ind w:left="6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Устный опрос;</w:t>
            </w:r>
          </w:p>
        </w:tc>
      </w:tr>
      <w:tr w:rsidR="00F261D5">
        <w:trPr>
          <w:trHeight w:hRule="exact" w:val="1012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4" w:after="0" w:line="233" w:lineRule="auto"/>
              <w:ind w:left="6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82.</w:t>
            </w:r>
          </w:p>
        </w:tc>
        <w:tc>
          <w:tcPr>
            <w:tcW w:w="3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Pr="00A16570" w:rsidRDefault="00F831C8">
            <w:pPr>
              <w:autoSpaceDE w:val="0"/>
              <w:autoSpaceDN w:val="0"/>
              <w:spacing w:before="84" w:after="0" w:line="271" w:lineRule="auto"/>
              <w:ind w:left="62"/>
              <w:rPr>
                <w:lang w:val="ru-RU"/>
              </w:rPr>
            </w:pPr>
            <w:proofErr w:type="spellStart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>Д.Дефо."Робинзон</w:t>
            </w:r>
            <w:proofErr w:type="spellEnd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 xml:space="preserve"> </w:t>
            </w:r>
            <w:proofErr w:type="spellStart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>Крузо":Образ</w:t>
            </w:r>
            <w:proofErr w:type="spellEnd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 xml:space="preserve"> главного </w:t>
            </w:r>
            <w:proofErr w:type="spellStart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>героя</w:t>
            </w:r>
            <w:proofErr w:type="gramStart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>.М</w:t>
            </w:r>
            <w:proofErr w:type="gramEnd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>ужество</w:t>
            </w:r>
            <w:proofErr w:type="spellEnd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 xml:space="preserve"> человека и его умение противостоять невзгодам.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4" w:after="0" w:line="233" w:lineRule="auto"/>
              <w:ind w:left="60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1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4" w:after="0" w:line="233" w:lineRule="auto"/>
              <w:ind w:left="6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0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261D5"/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4" w:after="0" w:line="233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05.04.2023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4" w:after="0" w:line="233" w:lineRule="auto"/>
              <w:ind w:left="6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Устный опрос;</w:t>
            </w:r>
          </w:p>
        </w:tc>
      </w:tr>
      <w:tr w:rsidR="00F261D5">
        <w:trPr>
          <w:trHeight w:hRule="exact" w:val="720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6" w:after="0" w:line="230" w:lineRule="auto"/>
              <w:ind w:left="6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83.</w:t>
            </w:r>
          </w:p>
        </w:tc>
        <w:tc>
          <w:tcPr>
            <w:tcW w:w="3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Pr="00A16570" w:rsidRDefault="00F831C8">
            <w:pPr>
              <w:autoSpaceDE w:val="0"/>
              <w:autoSpaceDN w:val="0"/>
              <w:spacing w:before="86" w:after="0" w:line="262" w:lineRule="auto"/>
              <w:ind w:left="62"/>
              <w:rPr>
                <w:lang w:val="ru-RU"/>
              </w:rPr>
            </w:pPr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 xml:space="preserve"> Письмо Робинзону Крузо (герою романа </w:t>
            </w:r>
            <w:proofErr w:type="spellStart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>Д.Дефо</w:t>
            </w:r>
            <w:proofErr w:type="spellEnd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>)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6" w:after="0" w:line="230" w:lineRule="auto"/>
              <w:ind w:left="60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1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6" w:after="0" w:line="230" w:lineRule="auto"/>
              <w:ind w:left="6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0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261D5"/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6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06.04.2023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6" w:after="0" w:line="262" w:lineRule="auto"/>
              <w:ind w:left="62" w:right="43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Письменный контроль;</w:t>
            </w:r>
          </w:p>
        </w:tc>
      </w:tr>
      <w:tr w:rsidR="00F261D5">
        <w:trPr>
          <w:trHeight w:hRule="exact" w:val="1308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6" w:after="0" w:line="233" w:lineRule="auto"/>
              <w:ind w:left="6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84.</w:t>
            </w:r>
          </w:p>
        </w:tc>
        <w:tc>
          <w:tcPr>
            <w:tcW w:w="3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Pr="00A16570" w:rsidRDefault="00F831C8">
            <w:pPr>
              <w:autoSpaceDE w:val="0"/>
              <w:autoSpaceDN w:val="0"/>
              <w:spacing w:before="86" w:after="0"/>
              <w:ind w:left="62" w:right="576"/>
              <w:rPr>
                <w:lang w:val="ru-RU"/>
              </w:rPr>
            </w:pPr>
            <w:proofErr w:type="spellStart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>Дж.Свифт</w:t>
            </w:r>
            <w:proofErr w:type="spellEnd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 xml:space="preserve">. Слово о </w:t>
            </w:r>
            <w:r w:rsidRPr="00A16570">
              <w:rPr>
                <w:lang w:val="ru-RU"/>
              </w:rPr>
              <w:br/>
            </w:r>
            <w:proofErr w:type="spellStart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>писателе</w:t>
            </w:r>
            <w:proofErr w:type="gramStart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>."</w:t>
            </w:r>
            <w:proofErr w:type="gramEnd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>Приключения</w:t>
            </w:r>
            <w:proofErr w:type="spellEnd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 xml:space="preserve"> Гулливера" (главы):жанровая особенность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>произведения, сюжет.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6" w:after="0" w:line="233" w:lineRule="auto"/>
              <w:ind w:left="60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1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6" w:after="0" w:line="233" w:lineRule="auto"/>
              <w:ind w:left="6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0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261D5"/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6" w:after="0" w:line="233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11.04.2023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6" w:after="0" w:line="233" w:lineRule="auto"/>
              <w:ind w:left="6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Устный опрос;</w:t>
            </w:r>
          </w:p>
        </w:tc>
      </w:tr>
      <w:tr w:rsidR="00F261D5">
        <w:trPr>
          <w:trHeight w:hRule="exact" w:val="1304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4" w:after="0" w:line="230" w:lineRule="auto"/>
              <w:ind w:left="6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85.</w:t>
            </w:r>
          </w:p>
        </w:tc>
        <w:tc>
          <w:tcPr>
            <w:tcW w:w="3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Pr="00A16570" w:rsidRDefault="00F831C8">
            <w:pPr>
              <w:autoSpaceDE w:val="0"/>
              <w:autoSpaceDN w:val="0"/>
              <w:spacing w:before="84" w:after="0"/>
              <w:ind w:left="62" w:right="144"/>
              <w:rPr>
                <w:lang w:val="ru-RU"/>
              </w:rPr>
            </w:pPr>
            <w:proofErr w:type="spellStart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>Дж.Свифт"Приключения</w:t>
            </w:r>
            <w:proofErr w:type="spellEnd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 xml:space="preserve"> </w:t>
            </w:r>
            <w:r w:rsidRPr="00A16570">
              <w:rPr>
                <w:lang w:val="ru-RU"/>
              </w:rPr>
              <w:br/>
            </w:r>
            <w:proofErr w:type="spellStart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>Гулливера":"Путешествие</w:t>
            </w:r>
            <w:proofErr w:type="spellEnd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 xml:space="preserve"> в </w:t>
            </w:r>
            <w:proofErr w:type="spellStart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>Лилипутию</w:t>
            </w:r>
            <w:proofErr w:type="spellEnd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 xml:space="preserve">" (сатирическое изображение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>безнравственности и лицемерия)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4" w:after="0" w:line="230" w:lineRule="auto"/>
              <w:ind w:left="60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1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4" w:after="0" w:line="230" w:lineRule="auto"/>
              <w:ind w:left="6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0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261D5"/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4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12.04.2023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4" w:after="0" w:line="230" w:lineRule="auto"/>
              <w:ind w:left="6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Устный опрос;</w:t>
            </w:r>
          </w:p>
        </w:tc>
      </w:tr>
      <w:tr w:rsidR="00F261D5">
        <w:trPr>
          <w:trHeight w:hRule="exact" w:val="1306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4" w:after="0" w:line="233" w:lineRule="auto"/>
              <w:ind w:left="6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86.</w:t>
            </w:r>
          </w:p>
        </w:tc>
        <w:tc>
          <w:tcPr>
            <w:tcW w:w="3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Pr="00A16570" w:rsidRDefault="00F831C8">
            <w:pPr>
              <w:autoSpaceDE w:val="0"/>
              <w:autoSpaceDN w:val="0"/>
              <w:spacing w:before="84" w:after="0"/>
              <w:ind w:left="62"/>
              <w:rPr>
                <w:lang w:val="ru-RU"/>
              </w:rPr>
            </w:pPr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 xml:space="preserve">Произведения зарубежных писателей на тему взросления </w:t>
            </w:r>
            <w:proofErr w:type="spellStart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>человека.А</w:t>
            </w:r>
            <w:proofErr w:type="spellEnd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 xml:space="preserve">. де Сент-Экзюпери. Слово о </w:t>
            </w:r>
            <w:proofErr w:type="spellStart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>писателе."Маленький</w:t>
            </w:r>
            <w:proofErr w:type="spellEnd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 xml:space="preserve"> </w:t>
            </w:r>
            <w:proofErr w:type="spellStart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>принц":"зорко</w:t>
            </w:r>
            <w:proofErr w:type="spellEnd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 xml:space="preserve"> одно лишь сердце".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4" w:after="0" w:line="233" w:lineRule="auto"/>
              <w:ind w:left="60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1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4" w:after="0" w:line="233" w:lineRule="auto"/>
              <w:ind w:left="6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0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261D5"/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4" w:after="0" w:line="233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13.04.2023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4" w:after="0" w:line="233" w:lineRule="auto"/>
              <w:ind w:left="6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Устный опрос;</w:t>
            </w:r>
          </w:p>
        </w:tc>
      </w:tr>
      <w:tr w:rsidR="00F261D5">
        <w:trPr>
          <w:trHeight w:hRule="exact" w:val="720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6" w:after="0" w:line="230" w:lineRule="auto"/>
              <w:ind w:left="6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87.</w:t>
            </w:r>
          </w:p>
        </w:tc>
        <w:tc>
          <w:tcPr>
            <w:tcW w:w="3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Pr="00A16570" w:rsidRDefault="00F831C8">
            <w:pPr>
              <w:autoSpaceDE w:val="0"/>
              <w:autoSpaceDN w:val="0"/>
              <w:spacing w:before="86" w:after="0" w:line="262" w:lineRule="auto"/>
              <w:ind w:left="62" w:right="432"/>
              <w:rPr>
                <w:lang w:val="ru-RU"/>
              </w:rPr>
            </w:pPr>
            <w:proofErr w:type="spellStart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>П.Мериме</w:t>
            </w:r>
            <w:proofErr w:type="spellEnd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>. Слово о писателе. "</w:t>
            </w:r>
            <w:proofErr w:type="spellStart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>Матео</w:t>
            </w:r>
            <w:proofErr w:type="spellEnd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 xml:space="preserve"> </w:t>
            </w:r>
            <w:proofErr w:type="spellStart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>Фальконе"</w:t>
            </w:r>
            <w:proofErr w:type="gramStart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>:у</w:t>
            </w:r>
            <w:proofErr w:type="gramEnd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>бийство</w:t>
            </w:r>
            <w:proofErr w:type="spellEnd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 xml:space="preserve"> или правосудие.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6" w:after="0" w:line="230" w:lineRule="auto"/>
              <w:ind w:left="60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1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6" w:after="0" w:line="230" w:lineRule="auto"/>
              <w:ind w:left="6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0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261D5"/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6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18.04.2023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6" w:after="0" w:line="230" w:lineRule="auto"/>
              <w:ind w:left="6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Устный опрос;</w:t>
            </w:r>
          </w:p>
        </w:tc>
      </w:tr>
      <w:tr w:rsidR="00F261D5">
        <w:trPr>
          <w:trHeight w:hRule="exact" w:val="700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6" w:after="0" w:line="233" w:lineRule="auto"/>
              <w:ind w:left="6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88.</w:t>
            </w:r>
          </w:p>
        </w:tc>
        <w:tc>
          <w:tcPr>
            <w:tcW w:w="3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Pr="00A16570" w:rsidRDefault="00F831C8">
            <w:pPr>
              <w:autoSpaceDE w:val="0"/>
              <w:autoSpaceDN w:val="0"/>
              <w:spacing w:before="86" w:after="0" w:line="262" w:lineRule="auto"/>
              <w:ind w:left="62" w:right="288"/>
              <w:rPr>
                <w:lang w:val="ru-RU"/>
              </w:rPr>
            </w:pPr>
            <w:proofErr w:type="spellStart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>И.Ф.Шиллер</w:t>
            </w:r>
            <w:proofErr w:type="gramStart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>.С</w:t>
            </w:r>
            <w:proofErr w:type="gramEnd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>лово</w:t>
            </w:r>
            <w:proofErr w:type="spellEnd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 xml:space="preserve"> о </w:t>
            </w:r>
            <w:proofErr w:type="spellStart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>писателе.Баллада</w:t>
            </w:r>
            <w:proofErr w:type="spellEnd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 xml:space="preserve"> "</w:t>
            </w:r>
            <w:proofErr w:type="spellStart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>Перчатка":о</w:t>
            </w:r>
            <w:proofErr w:type="spellEnd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 xml:space="preserve"> чести и достоинстве.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6" w:after="0" w:line="233" w:lineRule="auto"/>
              <w:ind w:left="60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1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6" w:after="0" w:line="233" w:lineRule="auto"/>
              <w:ind w:left="6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0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261D5"/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6" w:after="0" w:line="233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19.04.2023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6" w:after="0" w:line="233" w:lineRule="auto"/>
              <w:ind w:left="6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Устный опрос;</w:t>
            </w:r>
          </w:p>
        </w:tc>
      </w:tr>
    </w:tbl>
    <w:p w:rsidR="00F261D5" w:rsidRDefault="00F261D5">
      <w:pPr>
        <w:autoSpaceDE w:val="0"/>
        <w:autoSpaceDN w:val="0"/>
        <w:spacing w:after="0" w:line="14" w:lineRule="exact"/>
      </w:pPr>
    </w:p>
    <w:p w:rsidR="00F261D5" w:rsidRDefault="00F261D5">
      <w:pPr>
        <w:sectPr w:rsidR="00F261D5">
          <w:pgSz w:w="11900" w:h="16840"/>
          <w:pgMar w:top="284" w:right="556" w:bottom="748" w:left="654" w:header="720" w:footer="720" w:gutter="0"/>
          <w:cols w:space="720" w:equalWidth="0">
            <w:col w:w="10690" w:space="0"/>
          </w:cols>
          <w:docGrid w:linePitch="360"/>
        </w:sectPr>
      </w:pPr>
    </w:p>
    <w:p w:rsidR="00F261D5" w:rsidRDefault="00F261D5">
      <w:pPr>
        <w:autoSpaceDE w:val="0"/>
        <w:autoSpaceDN w:val="0"/>
        <w:spacing w:after="66" w:line="220" w:lineRule="exact"/>
      </w:pPr>
    </w:p>
    <w:tbl>
      <w:tblPr>
        <w:tblW w:w="0" w:type="auto"/>
        <w:tblInd w:w="5" w:type="dxa"/>
        <w:tblLayout w:type="fixed"/>
        <w:tblLook w:val="04A0" w:firstRow="1" w:lastRow="0" w:firstColumn="1" w:lastColumn="0" w:noHBand="0" w:noVBand="1"/>
      </w:tblPr>
      <w:tblGrid>
        <w:gridCol w:w="500"/>
        <w:gridCol w:w="3896"/>
        <w:gridCol w:w="636"/>
        <w:gridCol w:w="1410"/>
        <w:gridCol w:w="1450"/>
        <w:gridCol w:w="1076"/>
        <w:gridCol w:w="1692"/>
      </w:tblGrid>
      <w:tr w:rsidR="00F261D5">
        <w:trPr>
          <w:trHeight w:hRule="exact" w:val="1012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4" w:after="0" w:line="233" w:lineRule="auto"/>
              <w:ind w:left="6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89.</w:t>
            </w:r>
          </w:p>
        </w:tc>
        <w:tc>
          <w:tcPr>
            <w:tcW w:w="3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Pr="00A16570" w:rsidRDefault="00F831C8">
            <w:pPr>
              <w:autoSpaceDE w:val="0"/>
              <w:autoSpaceDN w:val="0"/>
              <w:spacing w:before="84" w:after="0" w:line="271" w:lineRule="auto"/>
              <w:ind w:left="62"/>
              <w:rPr>
                <w:lang w:val="ru-RU"/>
              </w:rPr>
            </w:pPr>
            <w:proofErr w:type="spellStart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>Ж.Верн</w:t>
            </w:r>
            <w:proofErr w:type="gramStart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>.С</w:t>
            </w:r>
            <w:proofErr w:type="gramEnd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>лово</w:t>
            </w:r>
            <w:proofErr w:type="spellEnd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 xml:space="preserve"> о </w:t>
            </w:r>
            <w:proofErr w:type="spellStart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>писателе."Дети</w:t>
            </w:r>
            <w:proofErr w:type="spellEnd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 xml:space="preserve"> капитана </w:t>
            </w:r>
            <w:proofErr w:type="spellStart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>Гранта":познания</w:t>
            </w:r>
            <w:proofErr w:type="spellEnd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 xml:space="preserve"> и странствия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>неотделимы друг от друга.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4" w:after="0" w:line="233" w:lineRule="auto"/>
              <w:ind w:left="60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1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4" w:after="0" w:line="233" w:lineRule="auto"/>
              <w:ind w:left="6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0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261D5"/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4" w:after="0" w:line="233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20.04.2023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4" w:after="0" w:line="233" w:lineRule="auto"/>
              <w:ind w:left="6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Устный опрос;</w:t>
            </w:r>
          </w:p>
        </w:tc>
      </w:tr>
      <w:tr w:rsidR="00F261D5">
        <w:trPr>
          <w:trHeight w:hRule="exact" w:val="722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4" w:after="0" w:line="233" w:lineRule="auto"/>
              <w:ind w:left="6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90.</w:t>
            </w:r>
          </w:p>
        </w:tc>
        <w:tc>
          <w:tcPr>
            <w:tcW w:w="3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Pr="00A16570" w:rsidRDefault="00F831C8">
            <w:pPr>
              <w:autoSpaceDE w:val="0"/>
              <w:autoSpaceDN w:val="0"/>
              <w:spacing w:before="84" w:after="0" w:line="262" w:lineRule="auto"/>
              <w:ind w:left="62" w:right="576"/>
              <w:rPr>
                <w:lang w:val="ru-RU"/>
              </w:rPr>
            </w:pPr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 xml:space="preserve">Ж. Верн." Дети капитана </w:t>
            </w:r>
            <w:r w:rsidRPr="00A16570">
              <w:rPr>
                <w:lang w:val="ru-RU"/>
              </w:rPr>
              <w:br/>
            </w:r>
            <w:proofErr w:type="spellStart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>Гранта"</w:t>
            </w:r>
            <w:proofErr w:type="gramStart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>:в</w:t>
            </w:r>
            <w:proofErr w:type="gramEnd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>зросление</w:t>
            </w:r>
            <w:proofErr w:type="spellEnd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 xml:space="preserve"> главного героя. 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4" w:after="0" w:line="233" w:lineRule="auto"/>
              <w:ind w:left="60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1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4" w:after="0" w:line="233" w:lineRule="auto"/>
              <w:ind w:left="6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0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261D5"/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4" w:after="0" w:line="233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25.04.2023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4" w:after="0" w:line="233" w:lineRule="auto"/>
              <w:ind w:left="6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Устный опрос;</w:t>
            </w:r>
          </w:p>
        </w:tc>
      </w:tr>
      <w:tr w:rsidR="00F261D5">
        <w:trPr>
          <w:trHeight w:hRule="exact" w:val="1012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4" w:after="0" w:line="230" w:lineRule="auto"/>
              <w:ind w:left="6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91.</w:t>
            </w:r>
          </w:p>
        </w:tc>
        <w:tc>
          <w:tcPr>
            <w:tcW w:w="3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Pr="00A16570" w:rsidRDefault="00F831C8">
            <w:pPr>
              <w:autoSpaceDE w:val="0"/>
              <w:autoSpaceDN w:val="0"/>
              <w:spacing w:before="84" w:after="0" w:line="271" w:lineRule="auto"/>
              <w:ind w:left="62" w:right="288"/>
              <w:rPr>
                <w:lang w:val="ru-RU"/>
              </w:rPr>
            </w:pPr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 xml:space="preserve">Х. Ли. Слово о писателе. "Убить </w:t>
            </w:r>
            <w:r w:rsidRPr="00A16570">
              <w:rPr>
                <w:lang w:val="ru-RU"/>
              </w:rPr>
              <w:br/>
            </w:r>
            <w:proofErr w:type="spellStart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>пересмешника"</w:t>
            </w:r>
            <w:proofErr w:type="gramStart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>:н</w:t>
            </w:r>
            <w:proofErr w:type="gramEnd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>равственные</w:t>
            </w:r>
            <w:proofErr w:type="spellEnd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 xml:space="preserve"> идеалы в произведении. 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4" w:after="0" w:line="230" w:lineRule="auto"/>
              <w:ind w:left="60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1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4" w:after="0" w:line="230" w:lineRule="auto"/>
              <w:ind w:left="6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0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261D5"/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4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26.04.2023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4" w:after="0" w:line="230" w:lineRule="auto"/>
              <w:ind w:left="6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Устный опрос;</w:t>
            </w:r>
          </w:p>
        </w:tc>
      </w:tr>
      <w:tr w:rsidR="00F261D5">
        <w:trPr>
          <w:trHeight w:hRule="exact" w:val="1304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6" w:after="0" w:line="233" w:lineRule="auto"/>
              <w:ind w:left="6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92.</w:t>
            </w:r>
          </w:p>
        </w:tc>
        <w:tc>
          <w:tcPr>
            <w:tcW w:w="3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Pr="00A16570" w:rsidRDefault="00F831C8">
            <w:pPr>
              <w:autoSpaceDE w:val="0"/>
              <w:autoSpaceDN w:val="0"/>
              <w:spacing w:before="86" w:after="0"/>
              <w:ind w:left="62" w:right="144"/>
              <w:rPr>
                <w:lang w:val="ru-RU"/>
              </w:rPr>
            </w:pPr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 xml:space="preserve">Произведения современных зарубежных писателей-фантастов. </w:t>
            </w:r>
            <w:proofErr w:type="spellStart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>Дж.К</w:t>
            </w:r>
            <w:proofErr w:type="spellEnd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>, Роулинг "Гарри Потер"(главы): значение книг о Гарри Потере в современном мире.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6" w:after="0" w:line="233" w:lineRule="auto"/>
              <w:ind w:left="60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1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6" w:after="0" w:line="233" w:lineRule="auto"/>
              <w:ind w:left="6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0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261D5"/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6" w:after="0" w:line="233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27.04.2023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6" w:after="0" w:line="233" w:lineRule="auto"/>
              <w:ind w:left="6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Устный опрос;</w:t>
            </w:r>
          </w:p>
        </w:tc>
      </w:tr>
      <w:tr w:rsidR="00F261D5">
        <w:trPr>
          <w:trHeight w:hRule="exact" w:val="722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6" w:after="0" w:line="230" w:lineRule="auto"/>
              <w:ind w:left="6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93.</w:t>
            </w:r>
          </w:p>
        </w:tc>
        <w:tc>
          <w:tcPr>
            <w:tcW w:w="3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Pr="00A16570" w:rsidRDefault="00F831C8">
            <w:pPr>
              <w:autoSpaceDE w:val="0"/>
              <w:autoSpaceDN w:val="0"/>
              <w:spacing w:before="86" w:after="0" w:line="262" w:lineRule="auto"/>
              <w:ind w:left="62" w:right="432"/>
              <w:rPr>
                <w:lang w:val="ru-RU"/>
              </w:rPr>
            </w:pPr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 xml:space="preserve">Дж. К. Роулинг "Гарри Потер и </w:t>
            </w:r>
            <w:r w:rsidRPr="00A16570">
              <w:rPr>
                <w:lang w:val="ru-RU"/>
              </w:rPr>
              <w:br/>
            </w:r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>философский камень": уроки жизни.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6" w:after="0" w:line="230" w:lineRule="auto"/>
              <w:ind w:left="60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1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6" w:after="0" w:line="230" w:lineRule="auto"/>
              <w:ind w:left="6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0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261D5"/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6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02.05.2023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6" w:after="0" w:line="230" w:lineRule="auto"/>
              <w:ind w:left="6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Устный опрос;</w:t>
            </w:r>
          </w:p>
        </w:tc>
      </w:tr>
      <w:tr w:rsidR="00F261D5">
        <w:trPr>
          <w:trHeight w:hRule="exact" w:val="720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6" w:after="0" w:line="230" w:lineRule="auto"/>
              <w:ind w:left="6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94.</w:t>
            </w:r>
          </w:p>
        </w:tc>
        <w:tc>
          <w:tcPr>
            <w:tcW w:w="3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Pr="00A16570" w:rsidRDefault="00F831C8">
            <w:pPr>
              <w:autoSpaceDE w:val="0"/>
              <w:autoSpaceDN w:val="0"/>
              <w:spacing w:before="86" w:after="0" w:line="262" w:lineRule="auto"/>
              <w:ind w:left="62" w:right="288"/>
              <w:rPr>
                <w:lang w:val="ru-RU"/>
              </w:rPr>
            </w:pPr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 xml:space="preserve">Мифы Древней </w:t>
            </w:r>
            <w:proofErr w:type="spellStart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>Греции</w:t>
            </w:r>
            <w:proofErr w:type="gramStart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>.Б</w:t>
            </w:r>
            <w:proofErr w:type="gramEnd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>ожественный</w:t>
            </w:r>
            <w:proofErr w:type="spellEnd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 xml:space="preserve"> Олимп .Боги и герои.(резерв №3)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6" w:after="0" w:line="230" w:lineRule="auto"/>
              <w:ind w:left="60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1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6" w:after="0" w:line="230" w:lineRule="auto"/>
              <w:ind w:left="6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0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261D5"/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6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03.05.2023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6" w:after="0" w:line="230" w:lineRule="auto"/>
              <w:ind w:left="6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Устный опрос;</w:t>
            </w:r>
          </w:p>
        </w:tc>
      </w:tr>
      <w:tr w:rsidR="00F261D5">
        <w:trPr>
          <w:trHeight w:hRule="exact" w:val="720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6" w:after="0" w:line="233" w:lineRule="auto"/>
              <w:ind w:left="6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95.</w:t>
            </w:r>
          </w:p>
        </w:tc>
        <w:tc>
          <w:tcPr>
            <w:tcW w:w="3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Pr="00A16570" w:rsidRDefault="00F831C8">
            <w:pPr>
              <w:autoSpaceDE w:val="0"/>
              <w:autoSpaceDN w:val="0"/>
              <w:spacing w:before="86" w:after="0" w:line="262" w:lineRule="auto"/>
              <w:ind w:left="62" w:right="288"/>
              <w:rPr>
                <w:lang w:val="ru-RU"/>
              </w:rPr>
            </w:pPr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 xml:space="preserve">Подвиги </w:t>
            </w:r>
            <w:proofErr w:type="spellStart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>Геракла."Скотный</w:t>
            </w:r>
            <w:proofErr w:type="spellEnd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 xml:space="preserve"> двор царя Авгия", "Яблоки Гесперид"(резерв №4)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6" w:after="0" w:line="233" w:lineRule="auto"/>
              <w:ind w:left="60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1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6" w:after="0" w:line="233" w:lineRule="auto"/>
              <w:ind w:left="6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0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261D5"/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6" w:after="0" w:line="233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04.05.2023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6" w:after="0" w:line="233" w:lineRule="auto"/>
              <w:ind w:left="6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Устный опрос;</w:t>
            </w:r>
          </w:p>
        </w:tc>
      </w:tr>
      <w:tr w:rsidR="00F261D5">
        <w:trPr>
          <w:trHeight w:hRule="exact" w:val="1014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4" w:after="0" w:line="233" w:lineRule="auto"/>
              <w:ind w:left="6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96.</w:t>
            </w:r>
          </w:p>
        </w:tc>
        <w:tc>
          <w:tcPr>
            <w:tcW w:w="3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Pr="00A16570" w:rsidRDefault="00F831C8">
            <w:pPr>
              <w:autoSpaceDE w:val="0"/>
              <w:autoSpaceDN w:val="0"/>
              <w:spacing w:before="84" w:after="0" w:line="262" w:lineRule="auto"/>
              <w:ind w:left="62" w:right="288"/>
              <w:rPr>
                <w:lang w:val="ru-RU"/>
              </w:rPr>
            </w:pPr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 xml:space="preserve">Геродот "Легенда об </w:t>
            </w:r>
            <w:proofErr w:type="spellStart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>Арионе</w:t>
            </w:r>
            <w:proofErr w:type="spellEnd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>".   (резерв№5)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4" w:after="0" w:line="233" w:lineRule="auto"/>
              <w:ind w:left="60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1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4" w:after="0" w:line="233" w:lineRule="auto"/>
              <w:ind w:left="6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0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261D5"/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4" w:after="0" w:line="233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10.05.2023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4" w:after="0" w:line="271" w:lineRule="auto"/>
              <w:ind w:left="6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 xml:space="preserve">Устный опрос;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1"/>
              </w:rPr>
              <w:t>Художественный пересказ;</w:t>
            </w:r>
          </w:p>
        </w:tc>
      </w:tr>
      <w:tr w:rsidR="00F261D5">
        <w:trPr>
          <w:trHeight w:hRule="exact" w:val="1010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4" w:after="0" w:line="230" w:lineRule="auto"/>
              <w:ind w:left="6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97.</w:t>
            </w:r>
          </w:p>
        </w:tc>
        <w:tc>
          <w:tcPr>
            <w:tcW w:w="3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Pr="00A16570" w:rsidRDefault="00F831C8">
            <w:pPr>
              <w:autoSpaceDE w:val="0"/>
              <w:autoSpaceDN w:val="0"/>
              <w:spacing w:before="84" w:after="0" w:line="271" w:lineRule="auto"/>
              <w:ind w:left="62" w:right="432"/>
              <w:rPr>
                <w:lang w:val="ru-RU"/>
              </w:rPr>
            </w:pPr>
            <w:proofErr w:type="spellStart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>Дж</w:t>
            </w:r>
            <w:proofErr w:type="gramStart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>.Р</w:t>
            </w:r>
            <w:proofErr w:type="gramEnd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>одари.Слово</w:t>
            </w:r>
            <w:proofErr w:type="spellEnd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 xml:space="preserve"> о </w:t>
            </w:r>
            <w:proofErr w:type="spellStart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>писателе.Рассказ</w:t>
            </w:r>
            <w:proofErr w:type="spellEnd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 xml:space="preserve"> "</w:t>
            </w:r>
            <w:proofErr w:type="spellStart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>Сиренида</w:t>
            </w:r>
            <w:proofErr w:type="spellEnd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>":обращение к античным мифам и гомеровскому эпосу.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4" w:after="0" w:line="230" w:lineRule="auto"/>
              <w:ind w:left="60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1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4" w:after="0" w:line="230" w:lineRule="auto"/>
              <w:ind w:left="6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0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261D5"/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4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11.05.2023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4" w:after="0" w:line="230" w:lineRule="auto"/>
              <w:ind w:left="6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Устный опрос;</w:t>
            </w:r>
          </w:p>
        </w:tc>
      </w:tr>
      <w:tr w:rsidR="00F261D5">
        <w:trPr>
          <w:trHeight w:hRule="exact" w:val="722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6" w:after="0" w:line="233" w:lineRule="auto"/>
              <w:ind w:left="6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98.</w:t>
            </w:r>
          </w:p>
        </w:tc>
        <w:tc>
          <w:tcPr>
            <w:tcW w:w="3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Pr="00A16570" w:rsidRDefault="00F831C8">
            <w:pPr>
              <w:autoSpaceDE w:val="0"/>
              <w:autoSpaceDN w:val="0"/>
              <w:spacing w:before="86" w:after="0" w:line="262" w:lineRule="auto"/>
              <w:ind w:left="62" w:right="288"/>
              <w:rPr>
                <w:lang w:val="ru-RU"/>
              </w:rPr>
            </w:pPr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>Повторение и обобщение изученного в течение года</w:t>
            </w:r>
            <w:proofErr w:type="gramStart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>.(</w:t>
            </w:r>
            <w:proofErr w:type="gramEnd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>резерв №6)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6" w:after="0" w:line="233" w:lineRule="auto"/>
              <w:ind w:left="60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1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6" w:after="0" w:line="233" w:lineRule="auto"/>
              <w:ind w:left="6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0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261D5"/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6" w:after="0" w:line="233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16.05.2023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6" w:after="0" w:line="233" w:lineRule="auto"/>
              <w:ind w:left="6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Устный опрос;</w:t>
            </w:r>
          </w:p>
        </w:tc>
      </w:tr>
      <w:tr w:rsidR="00F261D5">
        <w:trPr>
          <w:trHeight w:hRule="exact" w:val="1014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4" w:after="0" w:line="233" w:lineRule="auto"/>
              <w:ind w:left="6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99.</w:t>
            </w:r>
          </w:p>
        </w:tc>
        <w:tc>
          <w:tcPr>
            <w:tcW w:w="3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Pr="00A16570" w:rsidRDefault="00F831C8">
            <w:pPr>
              <w:autoSpaceDE w:val="0"/>
              <w:autoSpaceDN w:val="0"/>
              <w:spacing w:before="84" w:after="0" w:line="271" w:lineRule="auto"/>
              <w:ind w:left="62" w:right="288"/>
              <w:rPr>
                <w:lang w:val="ru-RU"/>
              </w:rPr>
            </w:pPr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>Повторение и обобщение изученного в течение учебного года. Подготовка к итоговому контролю.  (резерв №7)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4" w:after="0" w:line="233" w:lineRule="auto"/>
              <w:ind w:left="60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1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4" w:after="0" w:line="233" w:lineRule="auto"/>
              <w:ind w:left="6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0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261D5"/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4" w:after="0" w:line="233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17.05.2023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4" w:after="0" w:line="262" w:lineRule="auto"/>
              <w:ind w:right="288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Устный опрос; тестирование;</w:t>
            </w:r>
          </w:p>
        </w:tc>
      </w:tr>
      <w:tr w:rsidR="00F261D5">
        <w:trPr>
          <w:trHeight w:hRule="exact" w:val="720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6" w:after="0" w:line="230" w:lineRule="auto"/>
              <w:ind w:left="6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 xml:space="preserve">100. </w:t>
            </w:r>
          </w:p>
        </w:tc>
        <w:tc>
          <w:tcPr>
            <w:tcW w:w="3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Pr="00A16570" w:rsidRDefault="00F831C8">
            <w:pPr>
              <w:tabs>
                <w:tab w:val="left" w:pos="502"/>
              </w:tabs>
              <w:autoSpaceDE w:val="0"/>
              <w:autoSpaceDN w:val="0"/>
              <w:spacing w:before="86" w:after="0" w:line="262" w:lineRule="auto"/>
              <w:ind w:right="432"/>
              <w:rPr>
                <w:lang w:val="ru-RU"/>
              </w:rPr>
            </w:pPr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 xml:space="preserve"> Промежуточная </w:t>
            </w:r>
            <w:proofErr w:type="spellStart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>аттестация.Итоговая</w:t>
            </w:r>
            <w:proofErr w:type="spellEnd"/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 xml:space="preserve"> </w:t>
            </w:r>
            <w:r w:rsidRPr="00A16570">
              <w:rPr>
                <w:lang w:val="ru-RU"/>
              </w:rPr>
              <w:tab/>
            </w:r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>контрольная работа.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6" w:after="0" w:line="230" w:lineRule="auto"/>
              <w:ind w:left="60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1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6" w:after="0" w:line="230" w:lineRule="auto"/>
              <w:ind w:left="6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0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261D5"/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6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18.05.2023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6" w:after="0" w:line="262" w:lineRule="auto"/>
              <w:ind w:left="62" w:right="43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Контрольная работа;</w:t>
            </w:r>
          </w:p>
        </w:tc>
      </w:tr>
      <w:tr w:rsidR="00F261D5" w:rsidTr="00A16570">
        <w:trPr>
          <w:trHeight w:hRule="exact" w:val="941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6" w:after="0" w:line="233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101.</w:t>
            </w:r>
          </w:p>
        </w:tc>
        <w:tc>
          <w:tcPr>
            <w:tcW w:w="3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Pr="00A16570" w:rsidRDefault="00F831C8">
            <w:pPr>
              <w:tabs>
                <w:tab w:val="left" w:pos="502"/>
              </w:tabs>
              <w:autoSpaceDE w:val="0"/>
              <w:autoSpaceDN w:val="0"/>
              <w:spacing w:before="86" w:after="0" w:line="262" w:lineRule="auto"/>
              <w:ind w:right="432"/>
              <w:rPr>
                <w:lang w:val="ru-RU"/>
              </w:rPr>
            </w:pPr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 xml:space="preserve"> Промежуточная аттестация. Итоговая </w:t>
            </w:r>
            <w:r w:rsid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>контрольная работа  (резерв № 8)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6" w:after="0" w:line="233" w:lineRule="auto"/>
              <w:ind w:left="60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1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6" w:after="0" w:line="233" w:lineRule="auto"/>
              <w:ind w:left="6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0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261D5"/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6" w:after="0" w:line="233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23.05.2023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6" w:after="0" w:line="262" w:lineRule="auto"/>
              <w:ind w:left="62" w:right="43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Контрольная работа;</w:t>
            </w:r>
          </w:p>
        </w:tc>
      </w:tr>
      <w:tr w:rsidR="00F261D5">
        <w:trPr>
          <w:trHeight w:hRule="exact" w:val="722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4" w:after="0" w:line="233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102.</w:t>
            </w:r>
          </w:p>
        </w:tc>
        <w:tc>
          <w:tcPr>
            <w:tcW w:w="3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Pr="00A16570" w:rsidRDefault="00F831C8">
            <w:pPr>
              <w:autoSpaceDE w:val="0"/>
              <w:autoSpaceDN w:val="0"/>
              <w:spacing w:before="84" w:after="0" w:line="262" w:lineRule="auto"/>
              <w:ind w:left="62"/>
              <w:rPr>
                <w:lang w:val="ru-RU"/>
              </w:rPr>
            </w:pPr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>Урок- рекомендация "Что читаем летом" (резерв №9)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4" w:after="0" w:line="233" w:lineRule="auto"/>
              <w:ind w:left="60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1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4" w:after="0" w:line="233" w:lineRule="auto"/>
              <w:ind w:left="6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0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261D5"/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4" w:after="0" w:line="233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24.05.2023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4" w:after="0" w:line="262" w:lineRule="auto"/>
              <w:ind w:left="62" w:right="43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Письменный контроль;</w:t>
            </w:r>
          </w:p>
        </w:tc>
      </w:tr>
      <w:tr w:rsidR="00F261D5">
        <w:trPr>
          <w:trHeight w:hRule="exact" w:val="700"/>
        </w:trPr>
        <w:tc>
          <w:tcPr>
            <w:tcW w:w="4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Pr="00A16570" w:rsidRDefault="00F831C8">
            <w:pPr>
              <w:autoSpaceDE w:val="0"/>
              <w:autoSpaceDN w:val="0"/>
              <w:spacing w:before="84" w:after="0" w:line="262" w:lineRule="auto"/>
              <w:ind w:left="62" w:right="1008"/>
              <w:rPr>
                <w:lang w:val="ru-RU"/>
              </w:rPr>
            </w:pPr>
            <w:r w:rsidRPr="00A16570">
              <w:rPr>
                <w:rFonts w:ascii="Times New Roman" w:eastAsia="Times New Roman" w:hAnsi="Times New Roman"/>
                <w:color w:val="000000"/>
                <w:sz w:val="21"/>
                <w:lang w:val="ru-RU"/>
              </w:rPr>
              <w:t>ОБЩЕЕ КОЛИЧЕСТВО ЧАСОВ ПО ПРОГРАММЕ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4" w:after="0" w:line="230" w:lineRule="auto"/>
              <w:ind w:left="60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102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4" w:after="0" w:line="230" w:lineRule="auto"/>
              <w:ind w:left="6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0</w:t>
            </w:r>
          </w:p>
        </w:tc>
        <w:tc>
          <w:tcPr>
            <w:tcW w:w="42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261D5" w:rsidRDefault="00F831C8">
            <w:pPr>
              <w:autoSpaceDE w:val="0"/>
              <w:autoSpaceDN w:val="0"/>
              <w:spacing w:before="84" w:after="0" w:line="230" w:lineRule="auto"/>
              <w:ind w:left="62"/>
            </w:pPr>
            <w:r>
              <w:rPr>
                <w:rFonts w:ascii="Times New Roman" w:eastAsia="Times New Roman" w:hAnsi="Times New Roman"/>
                <w:color w:val="000000"/>
                <w:sz w:val="21"/>
              </w:rPr>
              <w:t>0</w:t>
            </w:r>
          </w:p>
        </w:tc>
      </w:tr>
    </w:tbl>
    <w:p w:rsidR="00F261D5" w:rsidRDefault="00F261D5">
      <w:pPr>
        <w:autoSpaceDE w:val="0"/>
        <w:autoSpaceDN w:val="0"/>
        <w:spacing w:after="0" w:line="14" w:lineRule="exact"/>
      </w:pPr>
    </w:p>
    <w:p w:rsidR="00F261D5" w:rsidRDefault="00F261D5">
      <w:pPr>
        <w:sectPr w:rsidR="00F261D5">
          <w:pgSz w:w="11900" w:h="16840"/>
          <w:pgMar w:top="284" w:right="556" w:bottom="1440" w:left="654" w:header="720" w:footer="720" w:gutter="0"/>
          <w:cols w:space="720" w:equalWidth="0">
            <w:col w:w="10690" w:space="0"/>
          </w:cols>
          <w:docGrid w:linePitch="360"/>
        </w:sectPr>
      </w:pPr>
    </w:p>
    <w:p w:rsidR="00F261D5" w:rsidRDefault="00F261D5">
      <w:pPr>
        <w:autoSpaceDE w:val="0"/>
        <w:autoSpaceDN w:val="0"/>
        <w:spacing w:after="78" w:line="220" w:lineRule="exact"/>
      </w:pPr>
    </w:p>
    <w:p w:rsidR="00F261D5" w:rsidRDefault="00F831C8">
      <w:pPr>
        <w:autoSpaceDE w:val="0"/>
        <w:autoSpaceDN w:val="0"/>
        <w:spacing w:after="0" w:line="230" w:lineRule="auto"/>
      </w:pPr>
      <w:r>
        <w:rPr>
          <w:rFonts w:ascii="Times New Roman" w:eastAsia="Times New Roman" w:hAnsi="Times New Roman"/>
          <w:b/>
          <w:color w:val="000000"/>
          <w:sz w:val="24"/>
        </w:rPr>
        <w:t xml:space="preserve">УЧЕБНО-МЕТОДИЧЕСКОЕ ОБЕСПЕЧЕНИЕ ОБРАЗОВАТЕЛЬНОГО ПРОЦЕССА </w:t>
      </w:r>
    </w:p>
    <w:p w:rsidR="00F261D5" w:rsidRDefault="00F831C8">
      <w:pPr>
        <w:autoSpaceDE w:val="0"/>
        <w:autoSpaceDN w:val="0"/>
        <w:spacing w:before="346" w:after="0" w:line="230" w:lineRule="auto"/>
      </w:pPr>
      <w:r>
        <w:rPr>
          <w:rFonts w:ascii="Times New Roman" w:eastAsia="Times New Roman" w:hAnsi="Times New Roman"/>
          <w:b/>
          <w:color w:val="000000"/>
          <w:sz w:val="24"/>
        </w:rPr>
        <w:t>ОБЯЗАТЕЛЬНЫЕ УЧЕБНЫЕ МАТЕРИАЛЫ ДЛЯ УЧЕНИКА</w:t>
      </w:r>
    </w:p>
    <w:p w:rsidR="00F261D5" w:rsidRPr="00A16570" w:rsidRDefault="00F831C8">
      <w:pPr>
        <w:autoSpaceDE w:val="0"/>
        <w:autoSpaceDN w:val="0"/>
        <w:spacing w:before="166" w:after="0" w:line="271" w:lineRule="auto"/>
        <w:ind w:right="864"/>
        <w:rPr>
          <w:lang w:val="ru-RU"/>
        </w:rPr>
      </w:pPr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>Литература (в 2 частях), 6 класс /</w:t>
      </w:r>
      <w:proofErr w:type="spellStart"/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>Полухина</w:t>
      </w:r>
      <w:proofErr w:type="spellEnd"/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 xml:space="preserve"> В.П., Коровина В.Я., Журавлев В.П. и другие; под редакцией Коровиной В.Я.; АО «Издательство «Просвещение»; </w:t>
      </w:r>
      <w:r w:rsidRPr="00A16570">
        <w:rPr>
          <w:lang w:val="ru-RU"/>
        </w:rPr>
        <w:br/>
      </w:r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>Введите свой вариант:</w:t>
      </w:r>
    </w:p>
    <w:p w:rsidR="00F261D5" w:rsidRPr="00A16570" w:rsidRDefault="00F831C8">
      <w:pPr>
        <w:autoSpaceDE w:val="0"/>
        <w:autoSpaceDN w:val="0"/>
        <w:spacing w:before="262" w:after="0" w:line="230" w:lineRule="auto"/>
        <w:rPr>
          <w:lang w:val="ru-RU"/>
        </w:rPr>
      </w:pPr>
      <w:r w:rsidRPr="00A16570">
        <w:rPr>
          <w:rFonts w:ascii="Times New Roman" w:eastAsia="Times New Roman" w:hAnsi="Times New Roman"/>
          <w:b/>
          <w:color w:val="000000"/>
          <w:sz w:val="24"/>
          <w:lang w:val="ru-RU"/>
        </w:rPr>
        <w:t>МЕТОДИЧЕСКИЕ МАТЕРИАЛЫ ДЛЯ УЧИТЕЛЯ</w:t>
      </w:r>
    </w:p>
    <w:p w:rsidR="00F261D5" w:rsidRPr="00A16570" w:rsidRDefault="00F831C8">
      <w:pPr>
        <w:autoSpaceDE w:val="0"/>
        <w:autoSpaceDN w:val="0"/>
        <w:spacing w:before="166" w:after="0" w:line="271" w:lineRule="auto"/>
        <w:ind w:right="144"/>
        <w:rPr>
          <w:lang w:val="ru-RU"/>
        </w:rPr>
      </w:pPr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>1. Примерные программы по учебным предметам. Литература. 5-9 классы. – М.: Просвещение, 2021. 2. Программа общеобразовательных учреждений 5 - 11 классы (базовый уровень) под редакцией В.Я. Коровиной. Допущено Министерством образования и науки РФ, 2021.</w:t>
      </w:r>
    </w:p>
    <w:p w:rsidR="00F261D5" w:rsidRPr="00A16570" w:rsidRDefault="00F831C8">
      <w:pPr>
        <w:autoSpaceDE w:val="0"/>
        <w:autoSpaceDN w:val="0"/>
        <w:spacing w:before="72" w:after="0" w:line="262" w:lineRule="auto"/>
        <w:ind w:right="288"/>
        <w:rPr>
          <w:lang w:val="ru-RU"/>
        </w:rPr>
      </w:pPr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>3. Золотарева И.В., Егорова Н.В. Универсальные поурочные разработки по литературе. 5 класс. –М: ВАКО, 2017.</w:t>
      </w:r>
    </w:p>
    <w:p w:rsidR="00F261D5" w:rsidRPr="00A16570" w:rsidRDefault="00F831C8">
      <w:pPr>
        <w:autoSpaceDE w:val="0"/>
        <w:autoSpaceDN w:val="0"/>
        <w:spacing w:before="70" w:after="0" w:line="262" w:lineRule="auto"/>
        <w:ind w:right="288"/>
        <w:rPr>
          <w:lang w:val="ru-RU"/>
        </w:rPr>
      </w:pPr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>4. Контрольно-измерительные материалы. Литература: 5 класс / Сост. Л.В. Антонова. – М.: ВАКО, 2011. – 96 с. – (Контрольно-измерительные материалы).</w:t>
      </w:r>
    </w:p>
    <w:p w:rsidR="00F261D5" w:rsidRPr="00A16570" w:rsidRDefault="00F831C8">
      <w:pPr>
        <w:autoSpaceDE w:val="0"/>
        <w:autoSpaceDN w:val="0"/>
        <w:spacing w:before="70" w:after="0" w:line="262" w:lineRule="auto"/>
        <w:ind w:right="144"/>
        <w:rPr>
          <w:lang w:val="ru-RU"/>
        </w:rPr>
      </w:pPr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 xml:space="preserve">5. Литература. 5-9 классы: диалоговые формы обучения / авт.-сост. Л.В. </w:t>
      </w:r>
      <w:proofErr w:type="spellStart"/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>Перепелицына</w:t>
      </w:r>
      <w:proofErr w:type="spellEnd"/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>. – Волгоград: Учитель, 2008.</w:t>
      </w:r>
    </w:p>
    <w:p w:rsidR="00F261D5" w:rsidRPr="00A16570" w:rsidRDefault="00F831C8">
      <w:pPr>
        <w:autoSpaceDE w:val="0"/>
        <w:autoSpaceDN w:val="0"/>
        <w:spacing w:before="70" w:after="0" w:line="230" w:lineRule="auto"/>
        <w:rPr>
          <w:lang w:val="ru-RU"/>
        </w:rPr>
      </w:pPr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 xml:space="preserve">6. Литература в таблицах : 5-11 </w:t>
      </w:r>
      <w:proofErr w:type="spellStart"/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>кл</w:t>
      </w:r>
      <w:proofErr w:type="spellEnd"/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>.: справ</w:t>
      </w:r>
      <w:proofErr w:type="gramStart"/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>.</w:t>
      </w:r>
      <w:proofErr w:type="gramEnd"/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 xml:space="preserve"> </w:t>
      </w:r>
      <w:proofErr w:type="gramStart"/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>м</w:t>
      </w:r>
      <w:proofErr w:type="gramEnd"/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 xml:space="preserve">атериалы / Н.А. Миронова. – М.: АСТ: </w:t>
      </w:r>
      <w:proofErr w:type="spellStart"/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>Астрель</w:t>
      </w:r>
      <w:proofErr w:type="spellEnd"/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>, 2019.</w:t>
      </w:r>
    </w:p>
    <w:p w:rsidR="00F261D5" w:rsidRPr="00A16570" w:rsidRDefault="00F831C8">
      <w:pPr>
        <w:autoSpaceDE w:val="0"/>
        <w:autoSpaceDN w:val="0"/>
        <w:spacing w:before="70" w:after="0" w:line="271" w:lineRule="auto"/>
        <w:rPr>
          <w:lang w:val="ru-RU"/>
        </w:rPr>
      </w:pPr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 xml:space="preserve">7. Литература в таблицах и схемах / Марина Мещерякова. – 10 изд. – М.: Айрис-пресс, 2010. 8. Учебно-методический комплекс «Вокруг тебя – Мир…». 5-8 классы: В помощь учителю. Сборник / И. </w:t>
      </w:r>
      <w:proofErr w:type="spellStart"/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>Бурж</w:t>
      </w:r>
      <w:proofErr w:type="spellEnd"/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>, К. Сухарев-</w:t>
      </w:r>
      <w:proofErr w:type="spellStart"/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>Дериваз</w:t>
      </w:r>
      <w:proofErr w:type="spellEnd"/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 xml:space="preserve">, В.Ю. </w:t>
      </w:r>
      <w:proofErr w:type="spellStart"/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>Выборнова</w:t>
      </w:r>
      <w:proofErr w:type="spellEnd"/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 xml:space="preserve">, Ю.Ф. </w:t>
      </w:r>
      <w:proofErr w:type="spellStart"/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>Гуголев</w:t>
      </w:r>
      <w:proofErr w:type="spellEnd"/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>. – М.: МККК.</w:t>
      </w:r>
    </w:p>
    <w:p w:rsidR="00F261D5" w:rsidRPr="00A16570" w:rsidRDefault="00F831C8">
      <w:pPr>
        <w:autoSpaceDE w:val="0"/>
        <w:autoSpaceDN w:val="0"/>
        <w:spacing w:before="262" w:after="0" w:line="230" w:lineRule="auto"/>
        <w:rPr>
          <w:lang w:val="ru-RU"/>
        </w:rPr>
      </w:pPr>
      <w:r w:rsidRPr="00A16570">
        <w:rPr>
          <w:rFonts w:ascii="Times New Roman" w:eastAsia="Times New Roman" w:hAnsi="Times New Roman"/>
          <w:b/>
          <w:color w:val="000000"/>
          <w:sz w:val="24"/>
          <w:lang w:val="ru-RU"/>
        </w:rPr>
        <w:t>ЦИФРОВЫЕ ОБРАЗОВАТЕЛЬНЫЕ РЕСУРСЫ И РЕСУРСЫ СЕТИ ИНТЕРНЕТ</w:t>
      </w:r>
    </w:p>
    <w:p w:rsidR="00F261D5" w:rsidRPr="00A16570" w:rsidRDefault="00F831C8">
      <w:pPr>
        <w:autoSpaceDE w:val="0"/>
        <w:autoSpaceDN w:val="0"/>
        <w:spacing w:before="502" w:after="0" w:line="281" w:lineRule="auto"/>
        <w:ind w:right="6912"/>
        <w:rPr>
          <w:lang w:val="ru-RU"/>
        </w:rPr>
      </w:pPr>
      <w:r>
        <w:rPr>
          <w:rFonts w:ascii="Times New Roman" w:eastAsia="Times New Roman" w:hAnsi="Times New Roman"/>
          <w:color w:val="000000"/>
          <w:sz w:val="24"/>
        </w:rPr>
        <w:t>https</w:t>
      </w:r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>://</w:t>
      </w:r>
      <w:proofErr w:type="spellStart"/>
      <w:r>
        <w:rPr>
          <w:rFonts w:ascii="Times New Roman" w:eastAsia="Times New Roman" w:hAnsi="Times New Roman"/>
          <w:color w:val="000000"/>
          <w:sz w:val="24"/>
        </w:rPr>
        <w:t>resh</w:t>
      </w:r>
      <w:proofErr w:type="spellEnd"/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>.</w:t>
      </w:r>
      <w:proofErr w:type="spellStart"/>
      <w:r>
        <w:rPr>
          <w:rFonts w:ascii="Times New Roman" w:eastAsia="Times New Roman" w:hAnsi="Times New Roman"/>
          <w:color w:val="000000"/>
          <w:sz w:val="24"/>
        </w:rPr>
        <w:t>edu</w:t>
      </w:r>
      <w:proofErr w:type="spellEnd"/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>.</w:t>
      </w:r>
      <w:proofErr w:type="spellStart"/>
      <w:r>
        <w:rPr>
          <w:rFonts w:ascii="Times New Roman" w:eastAsia="Times New Roman" w:hAnsi="Times New Roman"/>
          <w:color w:val="000000"/>
          <w:sz w:val="24"/>
        </w:rPr>
        <w:t>ru</w:t>
      </w:r>
      <w:proofErr w:type="spellEnd"/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 xml:space="preserve">/ </w:t>
      </w:r>
      <w:r w:rsidRPr="00A16570">
        <w:rPr>
          <w:lang w:val="ru-RU"/>
        </w:rPr>
        <w:br/>
      </w:r>
      <w:r>
        <w:rPr>
          <w:rFonts w:ascii="Times New Roman" w:eastAsia="Times New Roman" w:hAnsi="Times New Roman"/>
          <w:color w:val="000000"/>
          <w:sz w:val="24"/>
        </w:rPr>
        <w:t>https</w:t>
      </w:r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>://</w:t>
      </w:r>
      <w:proofErr w:type="spellStart"/>
      <w:r>
        <w:rPr>
          <w:rFonts w:ascii="Times New Roman" w:eastAsia="Times New Roman" w:hAnsi="Times New Roman"/>
          <w:color w:val="000000"/>
          <w:sz w:val="24"/>
        </w:rPr>
        <w:t>multiurok</w:t>
      </w:r>
      <w:proofErr w:type="spellEnd"/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>.</w:t>
      </w:r>
      <w:proofErr w:type="spellStart"/>
      <w:r>
        <w:rPr>
          <w:rFonts w:ascii="Times New Roman" w:eastAsia="Times New Roman" w:hAnsi="Times New Roman"/>
          <w:color w:val="000000"/>
          <w:sz w:val="24"/>
        </w:rPr>
        <w:t>ru</w:t>
      </w:r>
      <w:proofErr w:type="spellEnd"/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 xml:space="preserve">/ </w:t>
      </w:r>
      <w:r w:rsidRPr="00A16570">
        <w:rPr>
          <w:lang w:val="ru-RU"/>
        </w:rPr>
        <w:br/>
      </w:r>
      <w:r>
        <w:rPr>
          <w:rFonts w:ascii="Times New Roman" w:eastAsia="Times New Roman" w:hAnsi="Times New Roman"/>
          <w:color w:val="000000"/>
          <w:sz w:val="24"/>
        </w:rPr>
        <w:t>https</w:t>
      </w:r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>://</w:t>
      </w:r>
      <w:proofErr w:type="spellStart"/>
      <w:r>
        <w:rPr>
          <w:rFonts w:ascii="Times New Roman" w:eastAsia="Times New Roman" w:hAnsi="Times New Roman"/>
          <w:color w:val="000000"/>
          <w:sz w:val="24"/>
        </w:rPr>
        <w:t>infourok</w:t>
      </w:r>
      <w:proofErr w:type="spellEnd"/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>.</w:t>
      </w:r>
      <w:proofErr w:type="spellStart"/>
      <w:r>
        <w:rPr>
          <w:rFonts w:ascii="Times New Roman" w:eastAsia="Times New Roman" w:hAnsi="Times New Roman"/>
          <w:color w:val="000000"/>
          <w:sz w:val="24"/>
        </w:rPr>
        <w:t>ru</w:t>
      </w:r>
      <w:proofErr w:type="spellEnd"/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>/</w:t>
      </w:r>
      <w:proofErr w:type="spellStart"/>
      <w:r>
        <w:rPr>
          <w:rFonts w:ascii="Times New Roman" w:eastAsia="Times New Roman" w:hAnsi="Times New Roman"/>
          <w:color w:val="000000"/>
          <w:sz w:val="24"/>
        </w:rPr>
        <w:t>biblioteka</w:t>
      </w:r>
      <w:proofErr w:type="spellEnd"/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>/</w:t>
      </w:r>
      <w:r>
        <w:rPr>
          <w:rFonts w:ascii="Times New Roman" w:eastAsia="Times New Roman" w:hAnsi="Times New Roman"/>
          <w:color w:val="000000"/>
          <w:sz w:val="24"/>
        </w:rPr>
        <w:t>type</w:t>
      </w:r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 xml:space="preserve">-55 </w:t>
      </w:r>
      <w:r w:rsidRPr="00A16570">
        <w:rPr>
          <w:lang w:val="ru-RU"/>
        </w:rPr>
        <w:br/>
      </w:r>
      <w:r>
        <w:rPr>
          <w:rFonts w:ascii="Times New Roman" w:eastAsia="Times New Roman" w:hAnsi="Times New Roman"/>
          <w:color w:val="000000"/>
          <w:sz w:val="24"/>
        </w:rPr>
        <w:t>http</w:t>
      </w:r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>://</w:t>
      </w:r>
      <w:r>
        <w:rPr>
          <w:rFonts w:ascii="Times New Roman" w:eastAsia="Times New Roman" w:hAnsi="Times New Roman"/>
          <w:color w:val="000000"/>
          <w:sz w:val="24"/>
        </w:rPr>
        <w:t>www</w:t>
      </w:r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>.1</w:t>
      </w:r>
      <w:proofErr w:type="spellStart"/>
      <w:r>
        <w:rPr>
          <w:rFonts w:ascii="Times New Roman" w:eastAsia="Times New Roman" w:hAnsi="Times New Roman"/>
          <w:color w:val="000000"/>
          <w:sz w:val="24"/>
        </w:rPr>
        <w:t>september</w:t>
      </w:r>
      <w:proofErr w:type="spellEnd"/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>.</w:t>
      </w:r>
      <w:proofErr w:type="spellStart"/>
      <w:r>
        <w:rPr>
          <w:rFonts w:ascii="Times New Roman" w:eastAsia="Times New Roman" w:hAnsi="Times New Roman"/>
          <w:color w:val="000000"/>
          <w:sz w:val="24"/>
        </w:rPr>
        <w:t>ru</w:t>
      </w:r>
      <w:proofErr w:type="spellEnd"/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 xml:space="preserve"> </w:t>
      </w:r>
      <w:r w:rsidRPr="00A16570">
        <w:rPr>
          <w:lang w:val="ru-RU"/>
        </w:rPr>
        <w:br/>
      </w:r>
      <w:r>
        <w:rPr>
          <w:rFonts w:ascii="Times New Roman" w:eastAsia="Times New Roman" w:hAnsi="Times New Roman"/>
          <w:color w:val="000000"/>
          <w:sz w:val="24"/>
        </w:rPr>
        <w:t>http</w:t>
      </w:r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>://</w:t>
      </w:r>
      <w:r>
        <w:rPr>
          <w:rFonts w:ascii="Times New Roman" w:eastAsia="Times New Roman" w:hAnsi="Times New Roman"/>
          <w:color w:val="000000"/>
          <w:sz w:val="24"/>
        </w:rPr>
        <w:t>center</w:t>
      </w:r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>.</w:t>
      </w:r>
      <w:proofErr w:type="spellStart"/>
      <w:r>
        <w:rPr>
          <w:rFonts w:ascii="Times New Roman" w:eastAsia="Times New Roman" w:hAnsi="Times New Roman"/>
          <w:color w:val="000000"/>
          <w:sz w:val="24"/>
        </w:rPr>
        <w:t>fio</w:t>
      </w:r>
      <w:proofErr w:type="spellEnd"/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>.</w:t>
      </w:r>
      <w:proofErr w:type="spellStart"/>
      <w:r>
        <w:rPr>
          <w:rFonts w:ascii="Times New Roman" w:eastAsia="Times New Roman" w:hAnsi="Times New Roman"/>
          <w:color w:val="000000"/>
          <w:sz w:val="24"/>
        </w:rPr>
        <w:t>ru</w:t>
      </w:r>
      <w:proofErr w:type="spellEnd"/>
    </w:p>
    <w:p w:rsidR="00F261D5" w:rsidRPr="00A16570" w:rsidRDefault="00F261D5">
      <w:pPr>
        <w:rPr>
          <w:lang w:val="ru-RU"/>
        </w:rPr>
        <w:sectPr w:rsidR="00F261D5" w:rsidRPr="00A16570">
          <w:pgSz w:w="11900" w:h="16840"/>
          <w:pgMar w:top="298" w:right="650" w:bottom="1440" w:left="666" w:header="720" w:footer="720" w:gutter="0"/>
          <w:cols w:space="720" w:equalWidth="0">
            <w:col w:w="10584" w:space="0"/>
          </w:cols>
          <w:docGrid w:linePitch="360"/>
        </w:sectPr>
      </w:pPr>
    </w:p>
    <w:p w:rsidR="00F261D5" w:rsidRPr="00A16570" w:rsidRDefault="00F261D5">
      <w:pPr>
        <w:autoSpaceDE w:val="0"/>
        <w:autoSpaceDN w:val="0"/>
        <w:spacing w:after="78" w:line="220" w:lineRule="exact"/>
        <w:rPr>
          <w:lang w:val="ru-RU"/>
        </w:rPr>
      </w:pPr>
    </w:p>
    <w:p w:rsidR="00F261D5" w:rsidRPr="00A16570" w:rsidRDefault="00F831C8">
      <w:pPr>
        <w:autoSpaceDE w:val="0"/>
        <w:autoSpaceDN w:val="0"/>
        <w:spacing w:after="0" w:line="230" w:lineRule="auto"/>
        <w:rPr>
          <w:lang w:val="ru-RU"/>
        </w:rPr>
      </w:pPr>
      <w:r w:rsidRPr="00A16570">
        <w:rPr>
          <w:rFonts w:ascii="Times New Roman" w:eastAsia="Times New Roman" w:hAnsi="Times New Roman"/>
          <w:b/>
          <w:color w:val="000000"/>
          <w:sz w:val="24"/>
          <w:lang w:val="ru-RU"/>
        </w:rPr>
        <w:t>МАТЕРИАЛЬНО-ТЕХНИЧЕСКОЕ ОБЕСПЕЧЕНИЕ ОБРАЗОВАТЕЛЬНОГО ПРОЦЕССА</w:t>
      </w:r>
    </w:p>
    <w:p w:rsidR="00F261D5" w:rsidRPr="00A16570" w:rsidRDefault="00F831C8">
      <w:pPr>
        <w:autoSpaceDE w:val="0"/>
        <w:autoSpaceDN w:val="0"/>
        <w:spacing w:before="346" w:after="0" w:line="302" w:lineRule="auto"/>
        <w:ind w:right="5328"/>
        <w:rPr>
          <w:lang w:val="ru-RU"/>
        </w:rPr>
      </w:pPr>
      <w:r w:rsidRPr="00A16570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УЧЕБНОЕ ОБОРУДОВАНИЕ </w:t>
      </w:r>
      <w:r w:rsidRPr="00A16570">
        <w:rPr>
          <w:lang w:val="ru-RU"/>
        </w:rPr>
        <w:br/>
      </w:r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>Компьютер, проектор, экран, интерактивная доска</w:t>
      </w:r>
    </w:p>
    <w:p w:rsidR="00F261D5" w:rsidRPr="00A16570" w:rsidRDefault="00F831C8">
      <w:pPr>
        <w:autoSpaceDE w:val="0"/>
        <w:autoSpaceDN w:val="0"/>
        <w:spacing w:before="262" w:after="0" w:line="302" w:lineRule="auto"/>
        <w:ind w:right="3024"/>
        <w:rPr>
          <w:lang w:val="ru-RU"/>
        </w:rPr>
      </w:pPr>
      <w:r w:rsidRPr="00A16570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ОБОРУДОВАНИЕ ДЛЯ ПРОВЕДЕНИЯ ПРАКТИЧЕСКИХ РАБОТ </w:t>
      </w:r>
      <w:r w:rsidRPr="00A16570">
        <w:rPr>
          <w:rFonts w:ascii="Times New Roman" w:eastAsia="Times New Roman" w:hAnsi="Times New Roman"/>
          <w:color w:val="000000"/>
          <w:sz w:val="24"/>
          <w:lang w:val="ru-RU"/>
        </w:rPr>
        <w:t>Раздаточный материал</w:t>
      </w:r>
    </w:p>
    <w:p w:rsidR="00F261D5" w:rsidRPr="00A16570" w:rsidRDefault="00F261D5">
      <w:pPr>
        <w:rPr>
          <w:lang w:val="ru-RU"/>
        </w:rPr>
        <w:sectPr w:rsidR="00F261D5" w:rsidRPr="00A16570">
          <w:pgSz w:w="11900" w:h="16840"/>
          <w:pgMar w:top="298" w:right="650" w:bottom="1440" w:left="666" w:header="720" w:footer="720" w:gutter="0"/>
          <w:cols w:space="720" w:equalWidth="0">
            <w:col w:w="10584" w:space="0"/>
          </w:cols>
          <w:docGrid w:linePitch="360"/>
        </w:sectPr>
      </w:pPr>
    </w:p>
    <w:p w:rsidR="00F831C8" w:rsidRPr="00A16570" w:rsidRDefault="00F831C8">
      <w:pPr>
        <w:rPr>
          <w:lang w:val="ru-RU"/>
        </w:rPr>
      </w:pPr>
    </w:p>
    <w:sectPr w:rsidR="00F831C8" w:rsidRPr="00A16570" w:rsidSect="00034616">
      <w:pgSz w:w="11900" w:h="16840"/>
      <w:pgMar w:top="1440" w:right="1440" w:bottom="1440" w:left="1440" w:header="720" w:footer="720" w:gutter="0"/>
      <w:cols w:space="720" w:equalWidth="0">
        <w:col w:w="10584" w:space="0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090304"/>
    <w:rsid w:val="0015074B"/>
    <w:rsid w:val="0029639D"/>
    <w:rsid w:val="00324CFB"/>
    <w:rsid w:val="00326F90"/>
    <w:rsid w:val="0037357B"/>
    <w:rsid w:val="00952FF7"/>
    <w:rsid w:val="00957039"/>
    <w:rsid w:val="00A12E42"/>
    <w:rsid w:val="00A16570"/>
    <w:rsid w:val="00AA1D8D"/>
    <w:rsid w:val="00B47730"/>
    <w:rsid w:val="00CB0664"/>
    <w:rsid w:val="00F261D5"/>
    <w:rsid w:val="00F831C8"/>
    <w:rsid w:val="00FB6CD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8">
    <w:name w:val="Balloon Text"/>
    <w:basedOn w:val="a1"/>
    <w:link w:val="aff9"/>
    <w:uiPriority w:val="99"/>
    <w:semiHidden/>
    <w:unhideWhenUsed/>
    <w:rsid w:val="00A12E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f9">
    <w:name w:val="Текст выноски Знак"/>
    <w:basedOn w:val="a2"/>
    <w:link w:val="aff8"/>
    <w:uiPriority w:val="99"/>
    <w:semiHidden/>
    <w:rsid w:val="00A12E42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8">
    <w:name w:val="Balloon Text"/>
    <w:basedOn w:val="a1"/>
    <w:link w:val="aff9"/>
    <w:uiPriority w:val="99"/>
    <w:semiHidden/>
    <w:unhideWhenUsed/>
    <w:rsid w:val="00A12E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f9">
    <w:name w:val="Текст выноски Знак"/>
    <w:basedOn w:val="a2"/>
    <w:link w:val="aff8"/>
    <w:uiPriority w:val="99"/>
    <w:semiHidden/>
    <w:rsid w:val="00A12E4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E8D595D-C615-4125-A2A6-A046D6B1D1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39</Pages>
  <Words>10760</Words>
  <Characters>61334</Characters>
  <Application>Microsoft Office Word</Application>
  <DocSecurity>0</DocSecurity>
  <Lines>511</Lines>
  <Paragraphs>143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71951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qwerty2</cp:lastModifiedBy>
  <cp:revision>12</cp:revision>
  <cp:lastPrinted>2022-10-13T06:34:00Z</cp:lastPrinted>
  <dcterms:created xsi:type="dcterms:W3CDTF">2013-12-23T23:15:00Z</dcterms:created>
  <dcterms:modified xsi:type="dcterms:W3CDTF">2022-10-23T19:53:00Z</dcterms:modified>
  <cp:category/>
</cp:coreProperties>
</file>